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Свисток</w:t>
      </w:r>
    </w:p>
    <w:p>
      <w:r>
        <w:br/>
        <w:t xml:space="preserve"> В старій шухляді&lt;br /&gt;</w:t>
        <w:br/>
        <w:t>жив свисток,&lt;br /&gt;</w:t>
        <w:br/>
        <w:t>такий собі звичайний,&lt;br /&gt;</w:t>
        <w:br/>
        <w:t>що всі, напевне,&lt;br /&gt;</w:t>
        <w:br/>
        <w:t>років сто&lt;br /&gt;</w:t>
        <w:br/>
        <w:t>його&lt;br /&gt;</w:t>
        <w:br/>
        <w:t>не помічали,</w:t>
      </w:r>
    </w:p>
    <w:p>
      <w:r>
        <w:br/>
        <w:t>А він страждав,&lt;br /&gt;</w:t>
        <w:br/>
        <w:t>він так страждав,&lt;br /&gt;</w:t>
        <w:br/>
        <w:t>що й розучився&lt;br /&gt;</w:t>
        <w:br/>
        <w:t>спати.&lt;br /&gt;</w:t>
        <w:br/>
        <w:t>Та він би&lt;br /&gt;</w:t>
        <w:br/>
        <w:t>все своє оддав,&lt;br /&gt;</w:t>
        <w:br/>
        <w:t>щоб кимось іншим&lt;br /&gt;</w:t>
        <w:br/>
        <w:t>стати!</w:t>
      </w:r>
    </w:p>
    <w:p>
      <w:r>
        <w:br/>
        <w:t>Він зойкав:&lt;br /&gt;</w:t>
        <w:br/>
        <w:t>— Ну за що свистком&lt;br /&gt;</w:t>
        <w:br/>
        <w:t>життя мене зробило?!&lt;br /&gt;</w:t>
        <w:br/>
        <w:t>Чому не став я&lt;br /&gt;</w:t>
        <w:br/>
        <w:t>літаком&lt;br /&gt;</w:t>
        <w:br/>
        <w:t>чи пароплавом білим?&lt;br /&gt;</w:t>
        <w:br/>
        <w:t>Чи тепловозом&lt;br /&gt;</w:t>
        <w:br/>
        <w:t>міг би стать —&lt;br /&gt;</w:t>
        <w:br/>
        <w:t>і мчати&lt;br /&gt;</w:t>
        <w:br/>
        <w:t>десь по трасі!&lt;br /&gt;</w:t>
        <w:br/>
        <w:t>Або принаймні —&lt;br /&gt;</w:t>
        <w:br/>
        <w:t>що й казать! —&lt;br /&gt;</w:t>
        <w:br/>
        <w:t>шпаком&lt;br /&gt;</w:t>
        <w:br/>
        <w:t>у крайнім разі!..</w:t>
      </w:r>
    </w:p>
    <w:p>
      <w:r>
        <w:br/>
        <w:t>Отак&lt;br /&gt;</w:t>
        <w:br/>
        <w:t>він жив би&lt;br /&gt;</w:t>
        <w:br/>
        <w:t>дотепер,&lt;br /&gt;</w:t>
        <w:br/>
        <w:t>без радощів,&lt;br /&gt;</w:t>
        <w:br/>
        <w:t>без ладу.&lt;br /&gt;</w:t>
        <w:br/>
        <w:t>Та якось ранком,&lt;br /&gt;</w:t>
        <w:br/>
        <w:t>у четвер,&lt;br /&gt;</w:t>
        <w:br/>
        <w:t>одкрив хлопчак&lt;br /&gt;</w:t>
        <w:br/>
        <w:t>шухляду...</w:t>
      </w:r>
    </w:p>
    <w:p>
      <w:r>
        <w:br/>
        <w:t>Свисток засовавсь —&lt;br /&gt;</w:t>
        <w:br/>
        <w:t>так і так! —&lt;br /&gt;</w:t>
        <w:br/>
        <w:t>од розпачу та страху:&lt;br /&gt;</w:t>
        <w:br/>
        <w:t>а що,&lt;br /&gt;</w:t>
        <w:br/>
        <w:t>коли його&lt;br /&gt;</w:t>
        <w:br/>
        <w:t>хлопчак —&lt;br /&gt;</w:t>
        <w:br/>
        <w:t>та й викине,&lt;br /&gt;</w:t>
        <w:br/>
        <w:t>бідаху?!</w:t>
      </w:r>
    </w:p>
    <w:p>
      <w:r>
        <w:br/>
        <w:t>А той спитав:&lt;br /&gt;</w:t>
        <w:br/>
        <w:t>— Ти хто?&lt;br /&gt;</w:t>
        <w:br/>
        <w:t>Свисток?&lt;br /&gt;</w:t>
        <w:br/>
        <w:t>— Угу...—&lt;br /&gt;</w:t>
        <w:br/>
        <w:t>свисток промимрив.&lt;br /&gt;</w:t>
        <w:br/>
        <w:t>— Урра! —&lt;br /&gt;</w:t>
        <w:br/>
        <w:t>хлопчак до стелі —&lt;br /&gt;</w:t>
        <w:br/>
        <w:t>скок! —&lt;br /&gt;</w:t>
        <w:br/>
        <w:t>Ура! Свисток!!&lt;br /&gt;</w:t>
        <w:br/>
        <w:t>Відмінно!!!</w:t>
      </w:r>
    </w:p>
    <w:p>
      <w:r>
        <w:br/>
        <w:t>І з тої хвильки&lt;br /&gt;</w:t>
        <w:br/>
        <w:t>у свистка&lt;br /&gt;</w:t>
        <w:br/>
        <w:t>нове життя настало.&lt;br /&gt;</w:t>
        <w:br/>
        <w:t>Він був&lt;br /&gt;</w:t>
        <w:br/>
        <w:t>пілотом літака&lt;br /&gt;</w:t>
        <w:br/>
        <w:t>та білим&lt;br /&gt;</w:t>
        <w:br/>
        <w:t>пароплавом.&lt;br /&gt;</w:t>
        <w:br/>
        <w:t>Схотів хлопчак —&lt;br /&gt;</w:t>
        <w:br/>
        <w:t>і вже за мить&lt;br /&gt;</w:t>
        <w:br/>
        <w:t>він тепловозом дужим&lt;br /&gt;</w:t>
        <w:br/>
        <w:t>по срібних рейках&lt;br /&gt;</w:t>
        <w:br/>
        <w:t>стрімко мчить —&lt;br /&gt;</w:t>
        <w:br/>
        <w:t>везе дарунки друзям.&lt;br /&gt;</w:t>
        <w:br/>
        <w:t>А як натомиться&lt;br /&gt;</w:t>
        <w:br/>
        <w:t>хлопчак&lt;br /&gt;</w:t>
        <w:br/>
        <w:t>і відпочити сяде —&lt;br /&gt;</w:t>
        <w:br/>
        <w:t>свисток співає,&lt;br /&gt;</w:t>
        <w:br/>
        <w:t>наче шпак&lt;br /&gt;</w:t>
        <w:br/>
        <w:t>на вишні&lt;br /&gt;</w:t>
        <w:br/>
        <w:t>серед саду!..</w:t>
      </w:r>
    </w:p>
    <w:p>
      <w:r>
        <w:br/>
        <w:t>І вже — щасливий&lt;br /&gt;</w:t>
        <w:br/>
        <w:t>той свисток,&lt;br /&gt;</w:t>
        <w:br/>
        <w:t>що він —&lt;br /&gt;</w:t>
        <w:br/>
        <w:t>свисток звичайний,&lt;br /&gt;</w:t>
        <w:br/>
        <w:t>якого досі&lt;br /&gt;</w:t>
        <w:br/>
        <w:t>років сто&lt;br /&gt;</w:t>
        <w:br/>
        <w:t>усі&lt;br /&gt;</w:t>
        <w:br/>
        <w:t>не помічали...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Свисток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