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</w:t>
      </w:r>
    </w:p>
    <w:p>
      <w:r>
        <w:br/>
        <w:t xml:space="preserve"> &lt;p&gt;І</w:t>
      </w:r>
    </w:p>
    <w:p>
      <w:r>
        <w:br/>
        <w:t>Це каже зоологія:</w:t>
      </w:r>
    </w:p>
    <w:p>
      <w:r>
        <w:br/>
        <w:t>"...має сорок чотири зуби. Sus domesticus: йоркширська, темворст, суфолькська, ессекська і ще багато. І ще: sus scrofa: дик, вепер — є в Азії, залишився і в Європі".</w:t>
      </w:r>
    </w:p>
    <w:p>
      <w:r>
        <w:br/>
        <w:t>Іще треба розповісти про Карла Івановича і про Хаю — між іншим, а про свиню буду говорити потім.</w:t>
      </w:r>
    </w:p>
    <w:p>
      <w:r>
        <w:br/>
        <w:t>А тепер іще про будинок, а може, ще про кого-небудь.</w:t>
      </w:r>
    </w:p>
    <w:p>
      <w:r>
        <w:br/>
        <w:t>Будинок...</w:t>
      </w:r>
    </w:p>
    <w:p>
      <w:r>
        <w:br/>
        <w:t>Будинок має чотири виходи, входи. Вихід вісім квартир, квартира чотири-п'ять кімнат, а кімнати (назад!) — дають ще квартири. У кімнатах, у квартирі, де Хая, не де Карло Іванович, нижче поверхом,— чотири квартири: Хая, сім'я товаришки Зої з Зоєю і два товариші: один товариш з товаришкою, тепер жінка (чи як там?): Райський і вона, Яблучкіна. Четвертий — Пєтушков.</w:t>
      </w:r>
    </w:p>
    <w:p>
      <w:r>
        <w:br/>
        <w:t>От.</w:t>
      </w:r>
    </w:p>
    <w:p>
      <w:r>
        <w:br/>
        <w:t>А от припустім.</w:t>
      </w:r>
    </w:p>
    <w:p>
      <w:r>
        <w:br/>
        <w:t>Два балкони: один вище, другий нижче.</w:t>
      </w:r>
    </w:p>
    <w:p>
      <w:r>
        <w:br/>
        <w:t>...Чи тут, чи там, чи десь цвіркун точить крильця... (Є такі ярки — цвіркунячі, повно точіння, коли вечір, коли в степу блукає таємно червоний огонь: мабуть, багаття, а мабуть... не знаю). Двадцять кроків гримає духовна музика — це сад "Гастроль". А коли стихає, тоді симфонічна оркестра.</w:t>
      </w:r>
    </w:p>
    <w:p>
      <w:r>
        <w:br/>
        <w:t>Дивлюсь —</w:t>
      </w:r>
    </w:p>
    <w:p>
      <w:r>
        <w:br/>
        <w:t>ліхтарі, ліхтарі, ліхтарі, як золотий горох: це над будинками, видно з будинку, що над будинками.</w:t>
      </w:r>
    </w:p>
    <w:p>
      <w:r>
        <w:br/>
        <w:t>...А десь збираються їхати кудись. Під'їдуть до семафора, а там іще семафор, іще семафор...</w:t>
      </w:r>
    </w:p>
    <w:p>
      <w:r>
        <w:br/>
        <w:t>Так от —</w:t>
      </w:r>
    </w:p>
    <w:p>
      <w:r>
        <w:br/>
        <w:t>під балконом гризуться собаки, зрідка плачуть коти, мов ті діти.</w:t>
      </w:r>
    </w:p>
    <w:p>
      <w:r>
        <w:br/>
        <w:t>Вечір. А потім —</w:t>
      </w:r>
    </w:p>
    <w:p>
      <w:r>
        <w:br/>
        <w:t>ніч.</w:t>
      </w:r>
    </w:p>
    <w:p>
      <w:r>
        <w:br/>
        <w:t>— Мяу-у-у!</w:t>
      </w:r>
    </w:p>
    <w:p>
      <w:r>
        <w:br/>
        <w:t>Садок. Із садка арія з "Івана Сусаніна". І тому, що Глинка великий композитор, і місто не місто, і огні не огні, сумно, тоскно, радісно... І знову сумно...</w:t>
      </w:r>
    </w:p>
    <w:p>
      <w:r>
        <w:br/>
        <w:t>Чи тут, чи там, чи десь цвіркун точить крильцями...</w:t>
      </w:r>
    </w:p>
    <w:p>
      <w:r>
        <w:br/>
        <w:t>А коли вистукував цвіркун (тоді прийшов вечір), Хая пішла на балкон і через бильця перехилилась, щоб покликати:</w:t>
      </w:r>
    </w:p>
    <w:p>
      <w:r>
        <w:br/>
        <w:t>— Ка-арль! Ка-арль!</w:t>
      </w:r>
    </w:p>
    <w:p>
      <w:r>
        <w:br/>
        <w:t>Це так: язик до піднебіння. От повторіть голосно:</w:t>
      </w:r>
    </w:p>
    <w:p>
      <w:r>
        <w:br/>
        <w:t>— Ка-арль! Ка-арль!</w:t>
      </w:r>
    </w:p>
    <w:p>
      <w:r>
        <w:br/>
        <w:t>Чоловік живе і він не знає, що він мавпує. Один зробить "гав" — другий зробить "гав!", бо в природі теж: весна заплаче дощами, а потім і осінь заплаче дощами. Між іншим, чом ми бабники. Ви як гадаєте? А от Латвія нібито ріка і тихенько струмкує, це тому, що Латвія нагадує латаття, а біля латаття вода якось завжди струмкує.</w:t>
      </w:r>
    </w:p>
    <w:p>
      <w:r>
        <w:br/>
        <w:t>Хая покликала й пішла в кімнату.</w:t>
      </w:r>
    </w:p>
    <w:p>
      <w:r>
        <w:br/>
        <w:t>А тоді на східцях шум, тупіт, і влітає канарейкою Карло Іванович.</w:t>
      </w:r>
    </w:p>
    <w:p>
      <w:r>
        <w:br/>
        <w:t>— Шьо, дєтошька?</w:t>
      </w:r>
    </w:p>
    <w:p>
      <w:r>
        <w:br/>
        <w:t>Карло Іванович "шьо" — прибалтійський акцент: "шьо". Христосик Карло Іванович, во благообразії: русява борідка, а в сірих очах смирення (вода біля латаття тихо струмкує).</w:t>
      </w:r>
    </w:p>
    <w:p>
      <w:r>
        <w:br/>
        <w:t>Хая показала пальцем:</w:t>
      </w:r>
    </w:p>
    <w:p>
      <w:r>
        <w:br/>
        <w:t>— Там я напісяла, візьми винеси.</w:t>
      </w:r>
    </w:p>
    <w:p>
      <w:r>
        <w:br/>
        <w:t>Карло Іванович заметушився, спотикнувся, схопив "генерала" і вискочив.</w:t>
      </w:r>
    </w:p>
    <w:p>
      <w:r>
        <w:br/>
        <w:t>...А тепер —</w:t>
      </w:r>
    </w:p>
    <w:p>
      <w:r>
        <w:br/>
        <w:t>— а тепер Хая лежить на канапі. Карло Іванович, коли розсердиться — "Ах, ці жірні шеншіні..." (здається: жірні женшини всюди, навіть, де цвіркун точить крильця, навіть сняться — всюди... жірні шеншіні...).</w:t>
      </w:r>
    </w:p>
    <w:p>
      <w:r>
        <w:br/>
        <w:t>Карло Іванович увійшов з порожнім "генералом" і поставив його обережно під кровать.</w:t>
      </w:r>
    </w:p>
    <w:p>
      <w:r>
        <w:br/>
        <w:t>І сів... і не сів...</w:t>
      </w:r>
    </w:p>
    <w:p>
      <w:r>
        <w:br/>
        <w:t>Хая сказала суворо:</w:t>
      </w:r>
    </w:p>
    <w:p>
      <w:r>
        <w:br/>
        <w:t>— Іди. Можеш іти. Можеш сьогодні не приходити.</w:t>
      </w:r>
    </w:p>
    <w:p>
      <w:r>
        <w:br/>
        <w:t>...Коли б'ються півні, а потім один тікає, тоді одному чуб настовбурчений. Так і Карло Іванович.</w:t>
      </w:r>
    </w:p>
    <w:p>
      <w:r>
        <w:br/>
        <w:t>Карло Іванович пішов, він не розсердився, стримав себе, тому що він північний чоловік, а на півночі довго холодно.</w:t>
      </w:r>
    </w:p>
    <w:p>
      <w:r>
        <w:br/>
        <w:t>А прийшов сюди через півгодини (на п'ять хвилин) Райський — живе за стіною. Райський прийшов сказати:</w:t>
      </w:r>
    </w:p>
    <w:p>
      <w:r>
        <w:br/>
        <w:t>— Єрунда!</w:t>
      </w:r>
    </w:p>
    <w:p>
      <w:r>
        <w:br/>
        <w:t>Єрунда: пишуться тези, тезове царство. У Райського тезовий стіл, спеціально, стоси.— Я здихаю! — Єрунда. З жахом: — Що ви робите? — Єрунда!.. Не думаєте ви цього: коли тези згоріли, тоді вилетіла з них літера "з", поширяла над землею й сіла на своє одвічне місце. І пішло звучати в другім таборі:</w:t>
      </w:r>
    </w:p>
    <w:p>
      <w:r>
        <w:br/>
        <w:t>— З-з-з-з-з-з-з!</w:t>
      </w:r>
    </w:p>
    <w:p>
      <w:r>
        <w:br/>
        <w:t>— З-з-з-з-з-з-з!</w:t>
      </w:r>
    </w:p>
    <w:p>
      <w:r>
        <w:br/>
        <w:t>Звучить холодно, уїдливо, одноманітно…</w:t>
      </w:r>
    </w:p>
    <w:p>
      <w:r>
        <w:br/>
        <w:t>Райський мовчить. Більше мовчить. Коли висловиться —</w:t>
      </w:r>
    </w:p>
    <w:p>
      <w:r>
        <w:br/>
        <w:t>-доклад по питанню... Докладач т. Райський.</w:t>
      </w:r>
    </w:p>
    <w:p>
      <w:r>
        <w:br/>
        <w:t>...Хая взяла, за руку, а потім на вухо, а потім лукаво:</w:t>
      </w:r>
    </w:p>
    <w:p>
      <w:r>
        <w:br/>
        <w:t>— Правда?</w:t>
      </w:r>
    </w:p>
    <w:p>
      <w:r>
        <w:br/>
        <w:t>Похмуро:</w:t>
      </w:r>
    </w:p>
    <w:p>
      <w:r>
        <w:br/>
        <w:t>— Так...</w:t>
      </w:r>
    </w:p>
    <w:p>
      <w:r>
        <w:br/>
        <w:t>Тоді Хая розвела руками:</w:t>
      </w:r>
    </w:p>
    <w:p>
      <w:r>
        <w:br/>
        <w:t>— А-я-я... Такий розумний, а теж попались на гачок... Ну й Яблучкіна!</w:t>
      </w:r>
    </w:p>
    <w:p>
      <w:r>
        <w:br/>
        <w:t>І ще про Яблучкіну, жінку (чи як там?) Райського. А потім грала очима:</w:t>
      </w:r>
    </w:p>
    <w:p>
      <w:r>
        <w:br/>
        <w:t>— О темпора, о морес! Де нравственість? От візьміть Тему Касальську. Знаєте? Вона каже: мені що? сьогодні один, а завтра другий: не все одно, з якої чашки однакове вино пити?</w:t>
      </w:r>
    </w:p>
    <w:p>
      <w:r>
        <w:br/>
        <w:t>І брала його руку й трошки томилась:</w:t>
      </w:r>
    </w:p>
    <w:p>
      <w:r>
        <w:br/>
        <w:t>— Я не можу! Я так не можу!</w:t>
      </w:r>
    </w:p>
    <w:p>
      <w:r>
        <w:br/>
        <w:t>...А Карло Іванович не засне, поки в Хаї не темно. Довго не темно — прислухається, хвилюється, а коли говірку чути, Карло Іванович сальтоморталить по-цирковому: залежить ноги в залізні перекладини балкона, а тулуб і голову кине вниз. Дивитись вниз не можна: в голові кружляє, упасти — розбитись на смерть. Зате так видно, що робить Хая (її балкон нижче): чи не прийшов хто, а як прийшов — що таке?</w:t>
      </w:r>
    </w:p>
    <w:p>
      <w:r>
        <w:br/>
        <w:t>...Чи тут, чи там, чи десь цвіркун точить крильця, а потім симфонія в саду "Гастроль".</w:t>
      </w:r>
    </w:p>
    <w:p>
      <w:r>
        <w:br/>
        <w:t>...А хтось поїде кудись: під'їде до семафора, а далі ще семафор, ще семафор...</w:t>
      </w:r>
    </w:p>
    <w:p>
      <w:r>
        <w:br/>
        <w:t>II</w:t>
      </w:r>
    </w:p>
    <w:p>
      <w:r>
        <w:br/>
        <w:t>Далеко на півдні замислилось море. Далеко далека Ялта — порт. Морські купання, і море пахне, і виноград пахне, а грона з винограду на взгір'ях. Виноград в листях, і тільки зрідка соковито на сонці блищить.</w:t>
      </w:r>
    </w:p>
    <w:p>
      <w:r>
        <w:br/>
        <w:t>Так блищить: морська хвиля мчалась, й вдарило її з нальоту проміння.</w:t>
      </w:r>
    </w:p>
    <w:p>
      <w:r>
        <w:br/>
        <w:t>...Тут Лівадія, Оріянда, Алупка, тут у старовину генуйська оселя з далекої Італії... Пахне тютюном, дурманить тютюном...</w:t>
      </w:r>
    </w:p>
    <w:p>
      <w:r>
        <w:br/>
        <w:t>Тут нащадки лихої татарви, тепер: "шурум-бурум" — спокійні, задумливі татари... І гори: Яйла, Чатирдаг, Карабах...</w:t>
      </w:r>
    </w:p>
    <w:p>
      <w:r>
        <w:br/>
        <w:t>Відпустки дають у травні, в червні і коли вже стиглий виноград.</w:t>
      </w:r>
    </w:p>
    <w:p>
      <w:r>
        <w:br/>
        <w:t>Хая чекала на свіжий виноград і була ввічлива до Карла Івановича, рідко тривожила його з "генералом".</w:t>
      </w:r>
    </w:p>
    <w:p>
      <w:r>
        <w:br/>
        <w:t>А виноград "скоро поспіє"...</w:t>
      </w:r>
    </w:p>
    <w:p>
      <w:r>
        <w:br/>
        <w:t>...Ранок, ще рано: пів на одинадцяту. Вікна на захід, сонце на сході. Сонце зійшло, але не видно: на тім боці.</w:t>
      </w:r>
    </w:p>
    <w:p>
      <w:r>
        <w:br/>
        <w:t>...Нарешті прокидаються, прокинулись. Нарешті — стук: це шофер.</w:t>
      </w:r>
    </w:p>
    <w:p>
      <w:r>
        <w:br/>
        <w:t>До Зої увійшов шофер. Каже:</w:t>
      </w:r>
    </w:p>
    <w:p>
      <w:r>
        <w:br/>
        <w:t>— Дозвольте посидіти. Ще не підвівся... совбарин.</w:t>
      </w:r>
    </w:p>
    <w:p>
      <w:r>
        <w:br/>
        <w:t>Це про Райського — за ним приїхав.</w:t>
      </w:r>
    </w:p>
    <w:p>
      <w:r>
        <w:br/>
        <w:t>...Минуло ще півгодини. Не прокинувся. Шофер хвилюється:</w:t>
      </w:r>
    </w:p>
    <w:p>
      <w:r>
        <w:br/>
        <w:t>— Мабуть, піду... постукаю.</w:t>
      </w:r>
    </w:p>
    <w:p>
      <w:r>
        <w:br/>
        <w:t>Іде й каже незадоволено.</w:t>
      </w:r>
    </w:p>
    <w:p>
      <w:r>
        <w:br/>
        <w:t>— Атвєтствєнной... гіпо-по-по-там.</w:t>
      </w:r>
    </w:p>
    <w:p>
      <w:r>
        <w:br/>
        <w:t>...Єсть воли волов'яча шия — Райський. Шофер не заїкається; гіпопотам не скаже, скаже зайве "по"; гіпо-по-по-там.</w:t>
      </w:r>
    </w:p>
    <w:p>
      <w:r>
        <w:br/>
        <w:t>Нарешті прокинувся, умився. Поїхали.</w:t>
      </w:r>
    </w:p>
    <w:p>
      <w:r>
        <w:br/>
        <w:t>Тоді до Хаї постукав Карло Іванович:</w:t>
      </w:r>
    </w:p>
    <w:p>
      <w:r>
        <w:br/>
        <w:t>— Дєтошька, ті не пайдьош на шлюжбу?</w:t>
      </w:r>
    </w:p>
    <w:p>
      <w:r>
        <w:br/>
        <w:t>І чути незадоволений голос:</w:t>
      </w:r>
    </w:p>
    <w:p>
      <w:r>
        <w:br/>
        <w:t>— А ти сам не догадаєшся? Не знаєш, що в мене женська хвороба?</w:t>
      </w:r>
    </w:p>
    <w:p>
      <w:r>
        <w:br/>
        <w:t>І тихо (про себе):</w:t>
      </w:r>
    </w:p>
    <w:p>
      <w:r>
        <w:br/>
        <w:t>— Остолоп!</w:t>
      </w:r>
    </w:p>
    <w:p>
      <w:r>
        <w:br/>
        <w:t>Навшпиньках од дверей Карло Іванович. Але Хая кричить:</w:t>
      </w:r>
    </w:p>
    <w:p>
      <w:r>
        <w:br/>
        <w:t>— А молока, мабуть, не приніс?</w:t>
      </w:r>
    </w:p>
    <w:p>
      <w:r>
        <w:br/>
        <w:t>Дійсно, молока не приніс Карло Іванович. І кидається від дверей Карло Іванович.</w:t>
      </w:r>
    </w:p>
    <w:p>
      <w:r>
        <w:br/>
        <w:t>...З усіх ніг! З усіх ніг!..</w:t>
      </w:r>
    </w:p>
    <w:p>
      <w:r>
        <w:br/>
        <w:t>Але напроти Пєтушков: теж на службу.</w:t>
      </w:r>
    </w:p>
    <w:p>
      <w:r>
        <w:br/>
        <w:t>— А-а-а...</w:t>
      </w:r>
    </w:p>
    <w:p>
      <w:r>
        <w:br/>
        <w:t>В грудях повно почуття: не сказати, не говорити, не вимовити! (На дощі лелека вбирає в шию голову і нижче. Так Пєтушков).</w:t>
      </w:r>
    </w:p>
    <w:p>
      <w:r>
        <w:br/>
        <w:t>Конфетно, карамельне посміхається і руку плавко й обережно:</w:t>
      </w:r>
    </w:p>
    <w:p>
      <w:r>
        <w:br/>
        <w:t>— А-а-а...</w:t>
      </w:r>
    </w:p>
    <w:p>
      <w:r>
        <w:br/>
        <w:t>Карло Іванович ухилився:</w:t>
      </w:r>
    </w:p>
    <w:p>
      <w:r>
        <w:br/>
        <w:t>— Ах! Залиште!</w:t>
      </w:r>
    </w:p>
    <w:p>
      <w:r>
        <w:br/>
        <w:t>Біжить, побіг по молоко. Пєтушков конфектно, карамельне посміхається і чимчикує на службу.</w:t>
      </w:r>
    </w:p>
    <w:p>
      <w:r>
        <w:br/>
        <w:t>В дорозі:</w:t>
      </w:r>
    </w:p>
    <w:p>
      <w:r>
        <w:br/>
        <w:t>— А-а-а...</w:t>
      </w:r>
    </w:p>
    <w:p>
      <w:r>
        <w:br/>
        <w:t>І сюди, і туди безцвітний капелюшок. Згинається, туманно розпливається. І от —</w:t>
      </w:r>
    </w:p>
    <w:p>
      <w:r>
        <w:br/>
        <w:t>— служба.</w:t>
      </w:r>
    </w:p>
    <w:p>
      <w:r>
        <w:br/>
        <w:t>А потім (нарешті) —</w:t>
      </w:r>
    </w:p>
    <w:p>
      <w:r>
        <w:br/>
        <w:t>— столовка.</w:t>
      </w:r>
    </w:p>
    <w:p>
      <w:r>
        <w:br/>
        <w:t>Хитає беззубим ротом (він не старий), каже:</w:t>
      </w:r>
    </w:p>
    <w:p>
      <w:r>
        <w:br/>
        <w:t>— Ми з Григорій Федоровичем...</w:t>
      </w:r>
    </w:p>
    <w:p>
      <w:r>
        <w:br/>
        <w:t>"Ми пахали"... Це з наркомом. І так думають: тут — відповідальний там, там — відповідальний тут.</w:t>
      </w:r>
    </w:p>
    <w:p>
      <w:r>
        <w:br/>
        <w:t>Тому:</w:t>
      </w:r>
    </w:p>
    <w:p>
      <w:r>
        <w:br/>
        <w:t>— служба, і служба "а-прима".</w:t>
      </w:r>
    </w:p>
    <w:p>
      <w:r>
        <w:br/>
        <w:t>...Коли Пєтушков побіг, прокинулась Яблучкіна.</w:t>
      </w:r>
    </w:p>
    <w:p>
      <w:r>
        <w:br/>
        <w:t>Стіна. За стіною Хая. Хая демонстративно вистукує закаблучками — ходить. І Яблучкіна теж. Це так: два двори, паркан, біля паркану колючки. В колючках — і там собака, і тут собака:</w:t>
      </w:r>
    </w:p>
    <w:p>
      <w:r>
        <w:br/>
        <w:t>— Грр! Гав! Гав!</w:t>
      </w:r>
    </w:p>
    <w:p>
      <w:r>
        <w:br/>
        <w:t>— Грр! Гав! Гав!</w:t>
      </w:r>
    </w:p>
    <w:p>
      <w:r>
        <w:br/>
        <w:t>Але паркан.</w:t>
      </w:r>
    </w:p>
    <w:p>
      <w:r>
        <w:br/>
        <w:t>На Миколаївській церкві годинник ударив дванадцять. На бруку кричать грузовози.</w:t>
      </w:r>
    </w:p>
    <w:p>
      <w:r>
        <w:br/>
        <w:t>В квартиру увійшла уборщиця. Уборщиця становиться так: між двох дверей — Хаїної й Яблучкіної.</w:t>
      </w:r>
    </w:p>
    <w:p>
      <w:r>
        <w:br/>
        <w:t>— Баришня!</w:t>
      </w:r>
    </w:p>
    <w:p>
      <w:r>
        <w:br/>
        <w:t>Тоді вискакують разом.</w:t>
      </w:r>
    </w:p>
    <w:p>
      <w:r>
        <w:br/>
        <w:t>Яблучкіна:</w:t>
      </w:r>
    </w:p>
    <w:p>
      <w:r>
        <w:br/>
        <w:t>— Можете убирати... Котік уже сів на автомобіль; (Автомобіль підкреслюється).</w:t>
      </w:r>
    </w:p>
    <w:p>
      <w:r>
        <w:br/>
        <w:t>Між іншим: за Карлом Івановичем автомобіль не приїжджає.</w:t>
      </w:r>
    </w:p>
    <w:p>
      <w:r>
        <w:br/>
        <w:t>Хая:</w:t>
      </w:r>
    </w:p>
    <w:p>
      <w:r>
        <w:br/>
        <w:t>— Да, да!.. Будь ласка, скоріш, а то до нас, мабуть, приїде народний комісар.</w:t>
      </w:r>
    </w:p>
    <w:p>
      <w:r>
        <w:br/>
        <w:t>(Народний комісар підкреслюється).</w:t>
      </w:r>
    </w:p>
    <w:p>
      <w:r>
        <w:br/>
        <w:t>Яблучкіна зневажливо подивилась на Хаю. Її очі кажуть: — Народний комісар?.. Гм.. Не віриться.</w:t>
      </w:r>
    </w:p>
    <w:p>
      <w:r>
        <w:br/>
        <w:t>А потім двері: хлоп! хлоп!</w:t>
      </w:r>
    </w:p>
    <w:p>
      <w:r>
        <w:br/>
        <w:t>За дверима уборщиця: чи сюди, чи туди? Вона непрактична дівчина. Але вона розуміє. Вона згадала село, вигін, дівчат і крем'яшки. Згадала — пішла на кухню. Заплющила очі, розставила руки й покрутила в повітрі пальцями: коли зійдуться, тоді спершу до Хаї прибирати, коли ні — спершу до Яблучкіної прибирати. Не зійшлись, треба в Яблучкіної, але вона з тривогою думає, що й народний комісар — це не абищо. Убирала в Яблучкіної, а Хая демонстративно закаблучками вистукувала.</w:t>
      </w:r>
    </w:p>
    <w:p>
      <w:r>
        <w:br/>
        <w:t>Потім уборщиця прийшла до Хаї, а Хая на кроваті розкинулась.</w:t>
      </w:r>
    </w:p>
    <w:p>
      <w:r>
        <w:br/>
        <w:t>— Ах, Боже мій! Чого ви так довго? Я ж просила вас скоріше, бо до нас, мабуть, приїде народний комісар.</w:t>
      </w:r>
    </w:p>
    <w:p>
      <w:r>
        <w:br/>
        <w:t>А потім закричала глухо:</w:t>
      </w:r>
    </w:p>
    <w:p>
      <w:r>
        <w:br/>
        <w:t>— Ох! Ох!</w:t>
      </w:r>
    </w:p>
    <w:p>
      <w:r>
        <w:br/>
        <w:t>Уборщиця:</w:t>
      </w:r>
    </w:p>
    <w:p>
      <w:r>
        <w:br/>
        <w:t>— Що з вами, баришня?</w:t>
      </w:r>
    </w:p>
    <w:p>
      <w:r>
        <w:br/>
        <w:t>Тоді Хая сказала з тугою:</w:t>
      </w:r>
    </w:p>
    <w:p>
      <w:r>
        <w:br/>
        <w:t>— Ах, яка ви дура... простіть мене, Прісю. Невже ви не розуміє — те, що в мене хвороба матки?</w:t>
      </w:r>
    </w:p>
    <w:p>
      <w:r>
        <w:br/>
        <w:t>...Маленька справка: Карло Іванович приходив до Зої й казав:</w:t>
      </w:r>
    </w:p>
    <w:p>
      <w:r>
        <w:br/>
        <w:t>— Ах Зою! Ві такой корошій товаришь. Ніфшелі Хая міня не люпіт? А я не маху, мі, сєвєрні люді надолько люпім...</w:t>
      </w:r>
    </w:p>
    <w:p>
      <w:r>
        <w:br/>
        <w:t>Зоя:</w:t>
      </w:r>
    </w:p>
    <w:p>
      <w:r>
        <w:br/>
        <w:t>— Я, Карло Іванович, не знаю...</w:t>
      </w:r>
    </w:p>
    <w:p>
      <w:r>
        <w:br/>
        <w:t>І до матері:</w:t>
      </w:r>
    </w:p>
    <w:p>
      <w:r>
        <w:br/>
        <w:t>— Мамо, вгомоніть Соню, чого вона розкричалась? Поколишіть...</w:t>
      </w:r>
    </w:p>
    <w:p>
      <w:r>
        <w:br/>
        <w:t>III</w:t>
      </w:r>
    </w:p>
    <w:p>
      <w:r>
        <w:br/>
        <w:t>Зоя, сім'я Зоїна. Зоя дивиться перелякано. У неї чоловіка нема (був), у неї солдатський пайок і мільйон (п'ять коп. зол. валютою) жаловання на місяць.</w:t>
      </w:r>
    </w:p>
    <w:p>
      <w:r>
        <w:br/>
        <w:t>Зоя дивиться перелякано: єсть вулиця, єсть вітрина напроти. Колись у вітрині було порожньо, а потім появились дамські капелюшки, і Зоя трішки забула Маркса.</w:t>
      </w:r>
    </w:p>
    <w:p>
      <w:r>
        <w:br/>
        <w:t>Хая сказала:</w:t>
      </w:r>
    </w:p>
    <w:p>
      <w:r>
        <w:br/>
        <w:t>— Бачиш, і живеш, дурочка. А то б жила в конурці. Що значить протеже? Це мені дякуй.</w:t>
      </w:r>
    </w:p>
    <w:p>
      <w:r>
        <w:br/>
        <w:t>Зоя дякувати не знає, а мати каже, що хліба нема на сьогодні і (о жах!) не варили кулішу в ескадроні: Зоя працює в ескадроні.</w:t>
      </w:r>
    </w:p>
    <w:p>
      <w:r>
        <w:br/>
        <w:t>І сказала Хая:</w:t>
      </w:r>
    </w:p>
    <w:p>
      <w:r>
        <w:br/>
        <w:t>— Ну, слава Богу, скоро вже поїду в Ялту. А потім додала з докукою:</w:t>
      </w:r>
    </w:p>
    <w:p>
      <w:r>
        <w:br/>
        <w:t>— Тільки нудно з ним. Ах, як нудно. Я вже і так, і сяк, але не можна покинути... Ну, як я буду жити без совнаркомки?</w:t>
      </w:r>
    </w:p>
    <w:p>
      <w:r>
        <w:br/>
        <w:t>Це про Карла Івановича...</w:t>
      </w:r>
    </w:p>
    <w:p>
      <w:r>
        <w:br/>
        <w:t>А на покрівлі латають покрівлю. З'їли літа покрівлю, бо йдуть літа, не вертаютьси.</w:t>
      </w:r>
    </w:p>
    <w:p>
      <w:r>
        <w:br/>
        <w:t>А на краєвиді акварелі силуети церков, силуети будівель, димарів...</w:t>
      </w:r>
    </w:p>
    <w:p>
      <w:r>
        <w:br/>
        <w:t>Іще маленька справка:</w:t>
      </w:r>
    </w:p>
    <w:p>
      <w:r>
        <w:br/>
        <w:t>Хая їде з Карлом Івановичем у Ялту через півтижня, а Яблучкіна з Райським на Кавказ за два дні.</w:t>
      </w:r>
    </w:p>
    <w:p>
      <w:r>
        <w:br/>
        <w:t>Хая пішла в свою кімнату й стала напроти трюмо. Подивилась на себе.</w:t>
      </w:r>
    </w:p>
    <w:p>
      <w:r>
        <w:br/>
        <w:t>На покрівлі латали покрівлю: стук! стук! З'їли літа покрівлю...</w:t>
      </w:r>
    </w:p>
    <w:p>
      <w:r>
        <w:br/>
        <w:t>...Пахло розтопленим салом...</w:t>
      </w:r>
    </w:p>
    <w:p>
      <w:r>
        <w:br/>
        <w:t>Хая дивиться в трюмо й чує: Яблучкіна знову вистукує закаблучками. Тоді Хая знову пішла до Зої й сказала з обуренням!</w:t>
      </w:r>
    </w:p>
    <w:p>
      <w:r>
        <w:br/>
        <w:t>— Це ж хамка!</w:t>
      </w:r>
    </w:p>
    <w:p>
      <w:r>
        <w:br/>
        <w:t>Це про Яблучкіну. І розповіла:</w:t>
      </w:r>
    </w:p>
    <w:p>
      <w:r>
        <w:br/>
        <w:t>— Хіба я раніш так жила? Тепер що? За ідеї. А перший мій чоловік був директором у заводі... Да...</w:t>
      </w:r>
    </w:p>
    <w:p>
      <w:r>
        <w:br/>
        <w:t>Хая задумливо подивилась на Зоїну маму, а Зоя уважно, перелякано слухала.</w:t>
      </w:r>
    </w:p>
    <w:p>
      <w:r>
        <w:br/>
        <w:t>— А що вона, ця Яблучкіна? Потаскушка! Ну візьми: я ж Райського добре знаю... Ти його раніш бачила з нею?.. Ага! Ти б подивилась! він негліже, а вона перед ним, як сучка хвостиком. Ну, а потім розфуфирилась... Розумієш? Амури.</w:t>
      </w:r>
    </w:p>
    <w:p>
      <w:r>
        <w:br/>
        <w:t>І відзначила з докукою:</w:t>
      </w:r>
    </w:p>
    <w:p>
      <w:r>
        <w:br/>
        <w:t>— А він — дурень. Радий за всяку ціну одкараскатись від неї і не знає як. Боїться скандалу. Ех ти, теоретик!</w:t>
      </w:r>
    </w:p>
    <w:p>
      <w:r>
        <w:br/>
        <w:t>...Виходив полудень до Зоїного вікна. Закричали в коридорі Зоїні й мамині діти. В саду "Гастроль" ішла репетиція, кінчалась репетиція, а за силуетами димарів курів шлях.</w:t>
      </w:r>
    </w:p>
    <w:p>
      <w:r>
        <w:br/>
        <w:t>Подзвонили. Це Карло Іванович приніс обід. Зоя перелякано дивиться на маму, підморгує мамі, щоб не прохала в Хаї лишків Хаїного обіду. Мама похитала головою й пішла одчинити двері. А Хая пішла до себе.</w:t>
      </w:r>
    </w:p>
    <w:p>
      <w:r>
        <w:br/>
        <w:t>...Обід починається, почався звичайно з того, що Хая не задоволена з обіду. Дивується: чому не видають шоколаду? А від борщу смердить старим салом.</w:t>
      </w:r>
    </w:p>
    <w:p>
      <w:r>
        <w:br/>
        <w:t>Карло Іванович:</w:t>
      </w:r>
    </w:p>
    <w:p>
      <w:r>
        <w:br/>
        <w:t>— Це ж, дєтошька, боршь, боршь всігда з старім салом.</w:t>
      </w:r>
    </w:p>
    <w:p>
      <w:r>
        <w:br/>
        <w:t>Хая не витримала:</w:t>
      </w:r>
    </w:p>
    <w:p>
      <w:r>
        <w:br/>
        <w:t>— Дурень!</w:t>
      </w:r>
    </w:p>
    <w:p>
      <w:r>
        <w:br/>
        <w:t>Лягає на кровать і суворить брови, Карло Іванович винувато дивиться на борщ.</w:t>
      </w:r>
    </w:p>
    <w:p>
      <w:r>
        <w:br/>
        <w:t>...За вікном "катеринка" грає "Розлуку". Це прийшов німий і закричав за вікном по-дикунськи:</w:t>
      </w:r>
    </w:p>
    <w:p>
      <w:r>
        <w:br/>
        <w:t>— Е-е-е!</w:t>
      </w:r>
    </w:p>
    <w:p>
      <w:r>
        <w:br/>
        <w:t>Полетіли, мабуть, засмальцьовані грошзнаки. І знову чути: стук! стук! — латають покрівлю. Стихли бунти, громи, революція — латають покрівлю.</w:t>
      </w:r>
    </w:p>
    <w:p>
      <w:r>
        <w:br/>
        <w:t>Коли Хая не їсть — не їсть і Карло Іванович. Тоді Хая спитала:</w:t>
      </w:r>
    </w:p>
    <w:p>
      <w:r>
        <w:br/>
        <w:t>— А узнав, на якій підставі цей оболтус Пєтушков столується в совнаркомці?</w:t>
      </w:r>
    </w:p>
    <w:p>
      <w:r>
        <w:br/>
        <w:t>Карло Іванович розгублено подивився:</w:t>
      </w:r>
    </w:p>
    <w:p>
      <w:r>
        <w:br/>
        <w:t>— Ах, дєтошька! Я забуфь.</w:t>
      </w:r>
    </w:p>
    <w:p>
      <w:r>
        <w:br/>
        <w:t>Скрикнула Хая:</w:t>
      </w:r>
    </w:p>
    <w:p>
      <w:r>
        <w:br/>
        <w:t>— Забуфь! Забуфь! Нічого сказать — громадянин: забуфь! Хіба ти не бачиш, що ця бездара хитра, як лисиця. А віч — забуфь! Ну й годуй Пєтушкових совнаркомкою.</w:t>
      </w:r>
    </w:p>
    <w:p>
      <w:r>
        <w:br/>
        <w:t>Карло Іванович ще винувато подивився на борщ, а потім несподівано образивси.</w:t>
      </w:r>
    </w:p>
    <w:p>
      <w:r>
        <w:br/>
        <w:t>— Шьорт знає шьо! Шьорт!</w:t>
      </w:r>
    </w:p>
    <w:p>
      <w:r>
        <w:br/>
        <w:t>І підвівся й підсмикнув брюки.</w:t>
      </w:r>
    </w:p>
    <w:p>
      <w:r>
        <w:br/>
        <w:t>Тоді Хая раптом заласкавіла:</w:t>
      </w:r>
    </w:p>
    <w:p>
      <w:r>
        <w:br/>
        <w:t>— Що ти? Що з тобою, не хвилюйся, Карль. Ах, який ти нервовий. От як поїдеш у Ялту...</w:t>
      </w:r>
    </w:p>
    <w:p>
      <w:r>
        <w:br/>
        <w:t>Карло Іванович зневажливо подивився на Хаю, затрусилась русява борідка, почервонів, як стрючковий перець. Ще раз підсмикнув брюки й кинувся з кімнати.</w:t>
      </w:r>
    </w:p>
    <w:p>
      <w:r>
        <w:br/>
        <w:t>— Шьорт!.. Прибіг до Зої:</w:t>
      </w:r>
    </w:p>
    <w:p>
      <w:r>
        <w:br/>
        <w:t>— Тафольно... Ві, Зоя, карошій товарішь. Каварітє: долько она будіт мушіть міня? Ніфшелі она міня не люпіт? Шьорт!</w:t>
      </w:r>
    </w:p>
    <w:p>
      <w:r>
        <w:br/>
        <w:t>IV</w:t>
      </w:r>
    </w:p>
    <w:p>
      <w:r>
        <w:br/>
        <w:t>Поспівав виноград — там, на березі моря, де Алупка, Яйла, Чатирдаг, Карабах, де задумливі татари: "шурум-бурум" — нащадки лихої татарви.</w:t>
      </w:r>
    </w:p>
    <w:p>
      <w:r>
        <w:br/>
        <w:t>Останні дні перед од'їздом.</w:t>
      </w:r>
    </w:p>
    <w:p>
      <w:r>
        <w:br/>
        <w:t>Ранком уборщиця Пріся заплющує очі: чи зійдуться пальці? І в останні дні демонстративно вистукують закаблучки: Яблучкіна й Хая. Пройшов Пєтушков на службу, конфектно, карамельне усміхається. Іноді й Хая йде на службу.</w:t>
      </w:r>
    </w:p>
    <w:p>
      <w:r>
        <w:br/>
        <w:t>"...Дано сие в том, что он командируется на Кавказ по служебним обязанностям. Предлагается гражданским..." і т. д.</w:t>
      </w:r>
    </w:p>
    <w:p>
      <w:r>
        <w:br/>
        <w:t>Завтра Райський з Яблучкіною їдуть на Кавказ.</w:t>
      </w:r>
    </w:p>
    <w:p>
      <w:r>
        <w:br/>
        <w:t>А перед од'їздом розігрався-таки скандал. Яблучкіна вилила в раковину помиї, а це побачила Хая.</w:t>
      </w:r>
    </w:p>
    <w:p>
      <w:r>
        <w:br/>
        <w:t>І сказала Хая:</w:t>
      </w:r>
    </w:p>
    <w:p>
      <w:r>
        <w:br/>
        <w:t>— Боже мій, яка некультурність! Яблучкіна фиркнула:</w:t>
      </w:r>
    </w:p>
    <w:p>
      <w:r>
        <w:br/>
        <w:t>— Будь ласка, не вчіть. Сама знаю.</w:t>
      </w:r>
    </w:p>
    <w:p>
      <w:r>
        <w:br/>
        <w:t>— Знаєте, та, мабуть, не все... Ах, яка некультурність!..</w:t>
      </w:r>
    </w:p>
    <w:p>
      <w:r>
        <w:br/>
        <w:t>Тоді Яблучкіна скрикнула:</w:t>
      </w:r>
    </w:p>
    <w:p>
      <w:r>
        <w:br/>
        <w:t>— Ідіотка!</w:t>
      </w:r>
    </w:p>
    <w:p>
      <w:r>
        <w:br/>
        <w:t>Хая зблідла:</w:t>
      </w:r>
    </w:p>
    <w:p>
      <w:r>
        <w:br/>
        <w:t>— Що ви сказали?</w:t>
      </w:r>
    </w:p>
    <w:p>
      <w:r>
        <w:br/>
        <w:t>— Ідіотка!</w:t>
      </w:r>
    </w:p>
    <w:p>
      <w:r>
        <w:br/>
        <w:t>Хая в знемозі похилилась на стіну:</w:t>
      </w:r>
    </w:p>
    <w:p>
      <w:r>
        <w:br/>
        <w:t>— Ох, мені дурно...</w:t>
      </w:r>
    </w:p>
    <w:p>
      <w:r>
        <w:br/>
        <w:t>Але раптом побігла до дверей і крикнула:</w:t>
      </w:r>
    </w:p>
    <w:p>
      <w:r>
        <w:br/>
        <w:t>— Ти думаєш, що тебе Райський любить? Дулю під ніс... Сучка!</w:t>
      </w:r>
    </w:p>
    <w:p>
      <w:r>
        <w:br/>
        <w:t>Вийшов Пєтушков, конфектно, карамельне посміхався:</w:t>
      </w:r>
    </w:p>
    <w:p>
      <w:r>
        <w:br/>
        <w:t>— А-а-а!..</w:t>
      </w:r>
    </w:p>
    <w:p>
      <w:r>
        <w:br/>
        <w:t>Хая скипіла:</w:t>
      </w:r>
    </w:p>
    <w:p>
      <w:r>
        <w:br/>
        <w:t>— Чого вам треба?</w:t>
      </w:r>
    </w:p>
    <w:p>
      <w:r>
        <w:br/>
        <w:t>— А-а-а!..</w:t>
      </w:r>
    </w:p>
    <w:p>
      <w:r>
        <w:br/>
        <w:t>— Дурень! — і вскочила в свою кімнату.</w:t>
      </w:r>
    </w:p>
    <w:p>
      <w:r>
        <w:br/>
        <w:t>Хая конче хвилювалась і покликала Зою. Лаяла Яблучкіну, а потім говорила про Пєтушкова:</w:t>
      </w:r>
    </w:p>
    <w:p>
      <w:r>
        <w:br/>
        <w:t>— От. Живий ескіз для комедії. Сидить у совнаркомці й підслухує, що говорять. Вислухав засідання, а потім до якогось наркома:</w:t>
      </w:r>
    </w:p>
    <w:p>
      <w:r>
        <w:br/>
        <w:t>"Ви ж не забивайте, Сергєй Петрович, сегодня у нас в шесть часов засєданіє".— "Да, да... я помню". А він же на бугайця взяв. От ескіз!.. Ну, брешеш, я таки доб'юсь, яким ти махером у совнаркомку попав.</w:t>
      </w:r>
    </w:p>
    <w:p>
      <w:r>
        <w:br/>
        <w:t>Зоя уважно перелякано слухала й вертіла в руках газету за 26.</w:t>
      </w:r>
    </w:p>
    <w:p>
      <w:r>
        <w:br/>
        <w:t>Іще казала Хая:</w:t>
      </w:r>
    </w:p>
    <w:p>
      <w:r>
        <w:br/>
        <w:t>— Брешеш! Ще й з будинку цього виживу.</w:t>
      </w:r>
    </w:p>
    <w:p>
      <w:r>
        <w:br/>
        <w:t>І додала надто серйозно:</w:t>
      </w:r>
    </w:p>
    <w:p>
      <w:r>
        <w:br/>
        <w:t>— Хіба ти не знаєш, що тут тільки члени колегії будуть жити? Я за тебе, дурочка, дуже рада. Тепер ти б ніяк не вселилась. Подякуй мені.</w:t>
      </w:r>
    </w:p>
    <w:p>
      <w:r>
        <w:br/>
        <w:t>(Кінець! Кінець! Кінець!)</w:t>
      </w:r>
    </w:p>
    <w:p>
      <w:r>
        <w:br/>
        <w:t>То б'є в літаври моє надхнення.</w:t>
      </w:r>
    </w:p>
    <w:p>
      <w:r>
        <w:br/>
        <w:t>(Кінець! Кінець! Кінець!)</w:t>
      </w:r>
    </w:p>
    <w:p>
      <w:r>
        <w:br/>
        <w:t>27. Яблучкіна й Райський їдуть на Кавказ.</w:t>
      </w:r>
    </w:p>
    <w:p>
      <w:r>
        <w:br/>
        <w:t>Метушилась Пріся:</w:t>
      </w:r>
    </w:p>
    <w:p>
      <w:r>
        <w:br/>
        <w:t>— Баришня!</w:t>
      </w:r>
    </w:p>
    <w:p>
      <w:r>
        <w:br/>
        <w:t>А шофер перевозив корзини на вокзал.</w:t>
      </w:r>
    </w:p>
    <w:p>
      <w:r>
        <w:br/>
        <w:t>— Атвєтственной... Гіпо-по-по-там.</w:t>
      </w:r>
    </w:p>
    <w:p>
      <w:r>
        <w:br/>
        <w:t>Райський увійшов до Хаї:</w:t>
      </w:r>
    </w:p>
    <w:p>
      <w:r>
        <w:br/>
        <w:t>— Прощайте!</w:t>
      </w:r>
    </w:p>
    <w:p>
      <w:r>
        <w:br/>
        <w:t>І сказала Хая:</w:t>
      </w:r>
    </w:p>
    <w:p>
      <w:r>
        <w:br/>
        <w:t>— Мені рішуче вас шкода... Опрідільонно...</w:t>
      </w:r>
    </w:p>
    <w:p>
      <w:r>
        <w:br/>
        <w:t>Шофер покликав:</w:t>
      </w:r>
    </w:p>
    <w:p>
      <w:r>
        <w:br/>
        <w:t>— Пожалуйте, машина готова.</w:t>
      </w:r>
    </w:p>
    <w:p>
      <w:r>
        <w:br/>
        <w:t>Райський підвівся.</w:t>
      </w:r>
    </w:p>
    <w:p>
      <w:r>
        <w:br/>
        <w:t>...А за стіною Яблучкіна вже демонстративно вистукувала закаблучками.</w:t>
      </w:r>
    </w:p>
    <w:p>
      <w:r>
        <w:br/>
        <w:t>Райський пішов.</w:t>
      </w:r>
    </w:p>
    <w:p>
      <w:r>
        <w:br/>
        <w:t>27, 28, 29.</w:t>
      </w:r>
    </w:p>
    <w:p>
      <w:r>
        <w:br/>
        <w:t>Їхати. І цим їхати.</w:t>
      </w:r>
    </w:p>
    <w:p>
      <w:r>
        <w:br/>
        <w:t>...Це, здається, в Ібсена, а може, в Пшибишевського — сильна любов перемагає нелюбов, і нелюбов любить.</w:t>
      </w:r>
    </w:p>
    <w:p>
      <w:r>
        <w:br/>
        <w:t>Так Хая комусь:</w:t>
      </w:r>
    </w:p>
    <w:p>
      <w:r>
        <w:br/>
        <w:t>— Я знаю, він мене любить до божевілля. Хай же переможе мою нелюбов.</w:t>
      </w:r>
    </w:p>
    <w:p>
      <w:r>
        <w:br/>
        <w:t>А йому:</w:t>
      </w:r>
    </w:p>
    <w:p>
      <w:r>
        <w:br/>
        <w:t>— Карль! Я люблю тебе, але в мене хороба матки. Я нервова.</w:t>
      </w:r>
    </w:p>
    <w:p>
      <w:r>
        <w:br/>
        <w:t>Комусь:</w:t>
      </w:r>
    </w:p>
    <w:p>
      <w:r>
        <w:br/>
        <w:t>— Він і справді став неврастенік. Йому треба женшини. Але я не можу! не можу!</w:t>
      </w:r>
    </w:p>
    <w:p>
      <w:r>
        <w:br/>
        <w:t>Йому:</w:t>
      </w:r>
    </w:p>
    <w:p>
      <w:r>
        <w:br/>
        <w:t>— Дорогий мій Карль, не забудь захватити в Ялту оце шмаття: це для менструації.</w:t>
      </w:r>
    </w:p>
    <w:p>
      <w:r>
        <w:br/>
        <w:t>Сьогодні Карло Іванович ходить самоваром вичищеним.</w:t>
      </w:r>
    </w:p>
    <w:p>
      <w:r>
        <w:br/>
        <w:t>— Ка-арль! Ка-арль!</w:t>
      </w:r>
    </w:p>
    <w:p>
      <w:r>
        <w:br/>
        <w:t>І канарейкою летить Карло Іванович...</w:t>
      </w:r>
    </w:p>
    <w:p>
      <w:r>
        <w:br/>
        <w:t>...А все-таки сьогодні, в останній день зчинилась драма.</w:t>
      </w:r>
    </w:p>
    <w:p>
      <w:r>
        <w:br/>
        <w:t>Карло Іванович прийшов спати до Хаї і не приніс подушки.</w:t>
      </w:r>
    </w:p>
    <w:p>
      <w:r>
        <w:br/>
        <w:t>Хая довго мовчала.</w:t>
      </w:r>
    </w:p>
    <w:p>
      <w:r>
        <w:br/>
        <w:t>...В саду "Гастроль" не було симфонічної оркестри — співав московський Пірогов.</w:t>
      </w:r>
    </w:p>
    <w:p>
      <w:r>
        <w:br/>
        <w:t>Кричали:</w:t>
      </w:r>
    </w:p>
    <w:p>
      <w:r>
        <w:br/>
        <w:t>— Блоху! Блоху!</w:t>
      </w:r>
    </w:p>
    <w:p>
      <w:r>
        <w:br/>
        <w:t>Але не схотів співати блоху: гонор знаменитости.</w:t>
      </w:r>
    </w:p>
    <w:p>
      <w:r>
        <w:br/>
        <w:t>Раптом вдарив духовий оркестр.</w:t>
      </w:r>
    </w:p>
    <w:p>
      <w:r>
        <w:br/>
        <w:t>Хая спитала:</w:t>
      </w:r>
    </w:p>
    <w:p>
      <w:r>
        <w:br/>
        <w:t>— Чого ти не приніс подушки? Карло Іванович:</w:t>
      </w:r>
    </w:p>
    <w:p>
      <w:r>
        <w:br/>
        <w:t>— Я, дєтошька, забуфь!</w:t>
      </w:r>
    </w:p>
    <w:p>
      <w:r>
        <w:br/>
        <w:t>— Забуфь! Забуфь!</w:t>
      </w:r>
    </w:p>
    <w:p>
      <w:r>
        <w:br/>
        <w:t>І... почала розпікати, і... почала.</w:t>
      </w:r>
    </w:p>
    <w:p>
      <w:r>
        <w:br/>
        <w:t>— Забуфь! Забуфь!</w:t>
      </w:r>
    </w:p>
    <w:p>
      <w:r>
        <w:br/>
        <w:t>Як і треба було чекати, Карло Іванович довго слухав, а потім пополотнів. Але на цей раз так пополотнів, як ніколи.</w:t>
      </w:r>
    </w:p>
    <w:p>
      <w:r>
        <w:br/>
        <w:t>Спершу він підсмикнув брюки, потім забігав по кімнаті і раптом закричав мов не своїм голосом:</w:t>
      </w:r>
    </w:p>
    <w:p>
      <w:r>
        <w:br/>
        <w:t>— Рабіня! Рабіня! Шьо ті мушаєшь меня? Рабіня.</w:t>
      </w:r>
    </w:p>
    <w:p>
      <w:r>
        <w:br/>
        <w:t>Трусилась борідка, ще підсмикував брюки й кричав не своїм голосом.</w:t>
      </w:r>
    </w:p>
    <w:p>
      <w:r>
        <w:br/>
        <w:t>Хая перелякалась:</w:t>
      </w:r>
    </w:p>
    <w:p>
      <w:r>
        <w:br/>
        <w:t>— Зою, Зоїчко! Йди сюди. Він уб'є мене.</w:t>
      </w:r>
    </w:p>
    <w:p>
      <w:r>
        <w:br/>
        <w:t>Прийшла Зоя, але Карло Іванович конче розійшовся:</w:t>
      </w:r>
    </w:p>
    <w:p>
      <w:r>
        <w:br/>
        <w:t>— Рабіня!.. Рабіня! Два хота мушаєшь!</w:t>
      </w:r>
    </w:p>
    <w:p>
      <w:r>
        <w:br/>
        <w:t>Хая теж пополотніла:</w:t>
      </w:r>
    </w:p>
    <w:p>
      <w:r>
        <w:br/>
        <w:t>— Карль! Що ти кажеш? Боже мій! Ти попираєш усе святе: ми так жили два роки... Ах, Боже мій! Зою, мені темніє в очах. Ох! Ох!</w:t>
      </w:r>
    </w:p>
    <w:p>
      <w:r>
        <w:br/>
        <w:t>Тоді Карло Іванович вискочив із кімнати й ускочив у Зоїну кімнату. І чути було на всю квартиру гістеричне: — Рабіня! Рабіня!</w:t>
      </w:r>
    </w:p>
    <w:p>
      <w:r>
        <w:br/>
        <w:t>Хая обняла Зою:</w:t>
      </w:r>
    </w:p>
    <w:p>
      <w:r>
        <w:br/>
        <w:t>— Що мені робити, скажи, що мені робити... Пропала Ялта!.. Що я буду робити без совнаркомки?</w:t>
      </w:r>
    </w:p>
    <w:p>
      <w:r>
        <w:br/>
        <w:t>Але коли Карло Іванович стих, Хая заговорила з сумом:</w:t>
      </w:r>
    </w:p>
    <w:p>
      <w:r>
        <w:br/>
        <w:t>— Він, їй-богу, скоро вмре. Він неврастенік. Я вже спокійно чекаю на його смерть... Тільки що мені робити? Пропала Ялта!..</w:t>
      </w:r>
    </w:p>
    <w:p>
      <w:r>
        <w:br/>
        <w:t>І плачем заплакала... В саду стихло: публіка розійшлась. За вікном жевріли зорі. Зоя вийшла з Хаїної кімнати й пішла до себе. Карло Іванович, блідий, схвильований, сидів край вікна.</w:t>
      </w:r>
    </w:p>
    <w:p>
      <w:r>
        <w:br/>
        <w:t>— Канець! Тафольно! Я фам, Зоя, правду скажу: ізтєфалась ана два хота, а тепер канець. Тафольно.</w:t>
      </w:r>
    </w:p>
    <w:p>
      <w:r>
        <w:br/>
        <w:t>І підвівся:</w:t>
      </w:r>
    </w:p>
    <w:p>
      <w:r>
        <w:br/>
        <w:t>— До сфітання! Пойду к сіпє. Тафольно!.. Мі сєферні люді долько терпім, но — тафольно!..</w:t>
      </w:r>
    </w:p>
    <w:p>
      <w:r>
        <w:br/>
        <w:t>І рішуче пішов до себе на другий поверх.</w:t>
      </w:r>
    </w:p>
    <w:p>
      <w:r>
        <w:br/>
        <w:t>Так було 29. 30 Пріся прийшла убирати і вже не гадала на пальцях.</w:t>
      </w:r>
    </w:p>
    <w:p>
      <w:r>
        <w:br/>
        <w:t>Пробіг (конфектно, карамельне) Пєтушков.</w:t>
      </w:r>
    </w:p>
    <w:p>
      <w:r>
        <w:br/>
        <w:t>А 30 увечері кур'єрським потягом Карло Іванович з Хаєю їхали в Ялту. Карло Іванович говорив:</w:t>
      </w:r>
    </w:p>
    <w:p>
      <w:r>
        <w:br/>
        <w:t>— Шьо, дєтошька?</w:t>
      </w:r>
    </w:p>
    <w:p>
      <w:r>
        <w:br/>
        <w:t>Хая дивилась убік...</w:t>
      </w:r>
    </w:p>
    <w:p>
      <w:r>
        <w:br/>
        <w:t>А про свиню я так нічого й не сказав. І не скажу. Свиня для того: "підложити свиню", не сказати про свиню — це прийом.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