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Сурми останнього дня</w:t>
      </w:r>
    </w:p>
    <w:p>
      <w:r>
        <w:br/>
        <w:t xml:space="preserve"> Стоповерхові кам’яниці сплять, немов потомлені звірята,&lt;br /&gt;</w:t>
        <w:br/>
        <w:t>географи малюють зорі крейдою на неба мапі,&lt;br /&gt;</w:t>
        <w:br/>
        <w:t>в рудому сяйві ліхтарів дощу краплини, мов пісок крилатий,&lt;br /&gt;</w:t>
        <w:br/>
        <w:t>і місяць золотим котом лежить у мене на канапі.</w:t>
      </w:r>
    </w:p>
    <w:p>
      <w:r>
        <w:br/>
        <w:t>Ржавіють мертві риби у басейнах, вуголь і троянди чорні,&lt;br /&gt;</w:t>
        <w:br/>
        <w:t>купці й роздягнені дівчата, в’язні в тюрмах і поети.&lt;br /&gt;</w:t>
        <w:br/>
        <w:t>Оркестра полісменів дме меланхолійно в труби і валторни,&lt;br /&gt;</w:t>
        <w:br/>
        <w:t>коли міщанський бог рахує зорі, душі і монети.</w:t>
      </w:r>
    </w:p>
    <w:p>
      <w:r>
        <w:br/>
        <w:t>Живуть під містом, наче у казках, кити, дельфіни і тритони&lt;br /&gt;</w:t>
        <w:br/>
        <w:t>в густій і чорній мов смола воді, в страшних пивницях сто,&lt;br /&gt;</w:t>
        <w:br/>
        <w:t>примарні папороті, грифи і затоплені комети й дзвони.&lt;br /&gt;</w:t>
        <w:br/>
        <w:t>– О пущо з каменю, коли тебе змете новий потоп?</w:t>
      </w:r>
    </w:p>
    <w:p>
      <w:r>
        <w:br/>
        <w:t>1 травня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Сурми останнього дня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