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Супліка до Грицька Квітки</w:t>
      </w:r>
    </w:p>
    <w:p>
      <w:r>
        <w:br/>
        <w:t xml:space="preserve"> Хто, кажуть, до кого,— ми до тебе, Грицько!&lt;br /&gt;</w:t>
        <w:br/>
        <w:t>З суплікою прийшли: я, бач, та мій Рябко.&lt;br /&gt;</w:t>
        <w:br/>
        <w:t>Не дай загинуть нам, не дай з нас кепковати;&lt;br /&gt;</w:t>
        <w:br/>
        <w:t>А доки ж буде нас зле панство зневажати?&lt;br /&gt;</w:t>
        <w:br/>
        <w:t>Пусти нас, батечку, до хати!&lt;br /&gt;</w:t>
        <w:br/>
        <w:t>Хоч буцім, Грицьку, ти на пана закрививсь,&lt;br /&gt;</w:t>
        <w:br/>
        <w:t>Та з пантелику ти так, як другі, не збивсь:&lt;br /&gt;</w:t>
        <w:br/>
        <w:t>Не звик ти голобель замість коня шмагати;&lt;br /&gt;</w:t>
        <w:br/>
        <w:t>Не все ж під ніс Рябкам, мовляв ти, заглядати.&lt;br /&gt;</w:t>
        <w:br/>
        <w:t>Пусти нас, батечку, до хати!&lt;br /&gt;</w:t>
        <w:br/>
        <w:t>Хоч ти, Грицько, пошивсь з ріднею в москалі,&lt;br /&gt;</w:t>
        <w:br/>
        <w:t>Та бач,— ніхто на вас не плаче на селі!&lt;br /&gt;</w:t>
        <w:br/>
        <w:t>Ти знаєш, що на те собака, щоб брехати,&lt;br /&gt;</w:t>
        <w:br/>
        <w:t>Що й сто не збудять їх тебе, як ляжеш спати.&lt;br /&gt;</w:t>
        <w:br/>
        <w:t>Пусти нас, батечку, до хати!&lt;br /&gt;</w:t>
        <w:br/>
        <w:t>Хоч ти не раз, Грицько, кислиці в пельку пхав,&lt;br /&gt;</w:t>
        <w:br/>
        <w:t>Та твій Рябко од їх оскоми не чував:&lt;br /&gt;</w:t>
        <w:br/>
        <w:t>Бо очі бачили, що треба куповати:&lt;br /&gt;</w:t>
        <w:br/>
        <w:t>Нехай хоч вилізуть, а треба доїдати!&lt;br /&gt;</w:t>
        <w:br/>
        <w:t>Пусти нас, батечку, до хати!&lt;br /&gt;</w:t>
        <w:br/>
        <w:t>Пусти!.. Чи бач, як пан Рябка почастовав?&lt;br /&gt;</w:t>
        <w:br/>
        <w:t>Коли б йому язик родимець одібрав,&lt;br /&gt;</w:t>
        <w:br/>
        <w:t>Щоб він замість Рябка довіку мав гарчати,&lt;br /&gt;</w:t>
        <w:br/>
        <w:t>А наш Рябко щоб сів за його в карти грати!&lt;br /&gt;</w:t>
        <w:br/>
        <w:t>Пусти нас, батечку, до хати!&lt;br /&gt;</w:t>
        <w:br/>
        <w:t>Чи бач, що ледве вже він кульші волоче,&lt;br /&gt;</w:t>
        <w:br/>
        <w:t>Що так з його юшить і пасьока тече!&lt;br /&gt;</w:t>
        <w:br/>
        <w:t>Та тож-то так звелів всю шкуру скрізь списати.&lt;br /&gt;</w:t>
        <w:br/>
        <w:t>Що то тобі нема і курці де клювати!&lt;br /&gt;</w:t>
        <w:br/>
        <w:t>Пусти нас, батечку, до хати!&lt;br /&gt;</w:t>
        <w:br/>
        <w:t>Пусти! та й склич до нас тих навісних панів,&lt;br /&gt;</w:t>
        <w:br/>
        <w:t>Що воду із своїх виварюють Рябків;&lt;br /&gt;</w:t>
        <w:br/>
        <w:t>Звели їм струп Рябка довгенько полизати:&lt;br /&gt;</w:t>
        <w:br/>
        <w:t>Адже ж то і над псом повинно ласку мати.&lt;br /&gt;</w:t>
        <w:br/>
        <w:t>Пусти нас, батечку, до хати!&lt;br /&gt;</w:t>
        <w:br/>
        <w:t>Супліку ж сю мою ти, Грицьку, сам читай,&lt;br /&gt;</w:t>
        <w:br/>
        <w:t>Ледачому її паскудить не давай;&lt;br /&gt;</w:t>
        <w:br/>
        <w:t>Бо як почне москаль по-своєму складати,&lt;br /&gt;</w:t>
        <w:br/>
        <w:t>Та вот!.. та штьо? та как?., читавши примовляти,-&lt;br /&gt;</w:t>
        <w:br/>
        <w:t>Тоді хоч умикай із хати!..&lt;br /&gt;</w:t>
        <w:br/>
        <w:t>5 декабря 1918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Супліка до Грицька Квітки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