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Сумні елегії</w:t>
      </w:r>
    </w:p>
    <w:p>
      <w:r>
        <w:br/>
        <w:t xml:space="preserve"> Публій Овідій Назон&lt;br /&gt;</w:t>
        <w:br/>
        <w:t>Скорботні елегії&lt;br /&gt;</w:t>
        <w:br/>
        <w:t>Переклад Андрія Содомори&lt;br /&gt;</w:t>
        <w:br/>
        <w:t>КНИГА ПЕРША</w:t>
      </w:r>
    </w:p>
    <w:p>
      <w:r>
        <w:br/>
        <w:t>1&lt;br /&gt;</w:t>
        <w:br/>
        <w:t>Підеш у Рим, мій згорточку скромний... Ні, я не заздрю...&lt;br /&gt;</w:t>
        <w:br/>
        <w:t>Хто ж тебе виплекав, той — горе! — залишиться тут.&lt;br /&gt;</w:t>
        <w:br/>
        <w:t>Підеш неприбраний — так воно личить дитині вигнанця:&lt;br /&gt;</w:t>
        <w:br/>
        <w:t>До невеселих часів одяг належний бери.&lt;br /&gt;</w:t>
        <w:br/>
        <w:t>Ні багрецем, ні вакцинії соком пишатись не треба, —&lt;br /&gt;</w:t>
        <w:br/>
        <w:t>Не для скорботи й журби барву придумано цю, —&lt;br /&gt;</w:t>
        <w:br/>
        <w:t>Кедром хай сторінки не пишаються, мінієм — титул,&lt;br /&gt;</w:t>
        <w:br/>
        <w:t>Білі — над темним чолом хай не ясніють ріжки.&lt;br /&gt;</w:t>
        <w:br/>
        <w:t>Всі ті прикраси — для інших книжок, щасливішої долі,&lt;br /&gt;</w:t>
        <w:br/>
        <w:t>Ти ж про мою пам'ятай — долю, ворожу мені.&lt;br /&gt;</w:t>
        <w:br/>
        <w:t>Хай не вигладжує пильно країв твоїх пористий камінь,&lt;br /&gt;</w:t>
        <w:br/>
        <w:t>Хай буде видно, що ти не чепуривсь, не голивсь.&lt;br /&gt;</w:t>
        <w:br/>
        <w:t>Плям не соромся: побачивши їх, усяк зрозуміє,&lt;br /&gt;</w:t>
        <w:br/>
        <w:t>Що не одну лиш сльозу я над тобою зронив.&lt;br /&gt;</w:t>
        <w:br/>
        <w:t>Годі! Рушай! Від мене вітай місця наймиліші —&lt;br /&gt;</w:t>
        <w:br/>
        <w:t>їх може нині сягнуть лиш мого вірша стопа.&lt;br /&gt;</w:t>
        <w:br/>
        <w:t>Може, ще хтось пам'ятає про мене там серед люду,&lt;br /&gt;</w:t>
        <w:br/>
        <w:t>Може, й спитає тебе, як тут ведеться мені, —&lt;br /&gt;</w:t>
        <w:br/>
        <w:t>Скажеш йому, що живий, але не кажи, що здоровий:&lt;br /&gt;</w:t>
        <w:br/>
        <w:t>Таж навіть те, що живу, є подарунком богів.&lt;br /&gt;</w:t>
        <w:br/>
        <w:t>Схоче хтось більше дізнатися — краще тобі промовчати,&lt;br /&gt;</w:t>
        <w:br/>
        <w:t>В бесіді зайвим слівцем не прохопися, бува,&lt;br /&gt;</w:t>
        <w:br/>
        <w:t>Бо, зацікавившись, книги мої розгорне читальник,&lt;br /&gt;</w:t>
        <w:br/>
        <w:t>Поговір піде — і знов будуть судити мене.&lt;br /&gt;</w:t>
        <w:br/>
        <w:t>Хтось тебе словом прикрим дійме — захищатись не варто:&lt;br /&gt;</w:t>
        <w:br/>
        <w:t>Захистом, що не кажи, тільки нашкодиш мені.&lt;br /&gt;</w:t>
        <w:br/>
        <w:t>Може, стрінеш когось, хто зітхне за Назоном-вигнанцем,&lt;br /&gt;</w:t>
        <w:br/>
        <w:t>Хай зі сльозою в очах він ті рядки пробіжить&lt;br /&gt;</w:t>
        <w:br/>
        <w:t>І побажає, та подумки (заздрісник може підслухать),&lt;br /&gt;</w:t>
        <w:br/>
        <w:t>Щоб і свій гнів пом'якшив Цезар, і кару мою.&lt;br /&gt;</w:t>
        <w:br/>
        <w:t>Хто б не стрівся тобі, хай горя він не зазнає,&lt;br /&gt;</w:t>
        <w:br/>
        <w:t>Бо за нещасних стоїть, ласки благає в богів.&lt;br /&gt;</w:t>
        <w:br/>
        <w:t>От якби виблагав він!.. Якби Цезар, гнів подолавши,&lt;br /&gt;</w:t>
        <w:br/>
        <w:t>Вмерти дозволив мені на батьківщині моїй!..&lt;br /&gt;</w:t>
        <w:br/>
        <w:t>Хоч би й усе ти зробив, як кажу, не уникнеш докорів:&lt;br /&gt;</w:t>
        <w:br/>
        <w:t>Що то за вірші, мовляв, — з давніми не порівнять!&lt;br /&gt;</w:t>
        <w:br/>
        <w:t>Так, але чесний .суддя на обставини зважити мусить,&lt;br /&gt;</w:t>
        <w:br/>
        <w:t>А коли зважить на них, виправдать зможе тебе.&lt;br /&gt;</w:t>
        <w:br/>
        <w:t>Тільки погідна душа бездоганну висновує пісню,&lt;br /&gt;</w:t>
        <w:br/>
        <w:t>Днину ж мою погасив долі раптовий удар.&lt;br /&gt;</w:t>
        <w:br/>
        <w:t>Пісня жадає від того, 'хто пише, дозвілля і тиші —&lt;br /&gt;</w:t>
        <w:br/>
        <w:t>Хвилі, морози, вітри люто шмагають мене.&lt;br /&gt;</w:t>
        <w:br/>
        <w:t>Пісні не може сусідувать страх, а я, нещасливець,&lt;br /&gt;</w:t>
        <w:br/>
        <w:t>Чую на шиї своїй доторк холодний меча.&lt;br /&gt;</w:t>
        <w:br/>
        <w:t>Хай навіть те, що пишу, подивляє суддя і прихильно&lt;br /&gt;</w:t>
        <w:br/>
        <w:t>Гляне на вірші мої, хоч недоладні вони.&lt;br /&gt;</w:t>
        <w:br/>
        <w:t>Ти Меонійця візьми й накинь такі біди на нього —&lt;br /&gt;</w:t>
        <w:br/>
        <w:t>Вбогістю хисту, повір, навіть йому дорікнуть.&lt;br /&gt;</w:t>
        <w:br/>
        <w:t>Хай тобі буде однаково, що там хто скаже про тебе,&lt;br /&gt;</w:t>
        <w:br/>
        <w:t>Як не догодиш комусь — сорому з того не май:&lt;br /&gt;</w:t>
        <w:br/>
        <w:t>Доля до мене, знаєш, тепер не настільки ласкава,&lt;br /&gt;</w:t>
        <w:br/>
        <w:t>Щоб випадало тобі дбати про славу в людей.&lt;br /&gt;</w:t>
        <w:br/>
        <w:t>Поки щастило мені, до похвал не був я байдужий,&lt;br /&gt;</w:t>
        <w:br/>
        <w:t>Весь я бажанням горів мати ім'я голосне.&lt;br /&gt;</w:t>
        <w:br/>
        <w:t>Досить того, що пісень не зненавидів я, ані хисту:&lt;br /&gt;</w:t>
        <w:br/>
        <w:t>Це ж через нього я тут, вигнаний, на чужині!&lt;br /&gt;</w:t>
        <w:br/>
        <w:t>Йди ж — і Рим озирни (бо можна тобі) замість мене...&lt;br /&gt;</w:t>
        <w:br/>
        <w:t>О, якби міг я, боги, згорточком стати своїм!&lt;br /&gt;</w:t>
        <w:br/>
        <w:t>Та не гадай, що тебе, коли прийдеш у місто велике,&lt;br /&gt;</w:t>
        <w:br/>
        <w:t>Не розпізнає ніхто серед густої юрби —&lt;br /&gt;</w:t>
        <w:br/>
        <w:t>Хоч би ти й назви не мав, тебе викаже барва скорботна:&lt;br /&gt;</w:t>
        <w:br/>
        <w:t>Як не приховуйся там — знатиме всяк, що ти мій.&lt;br /&gt;</w:t>
        <w:br/>
        <w:t>Потай все ж увійди, щоб мій вірш тобі не зашкодив:&lt;br /&gt;</w:t>
        <w:br/>
        <w:t>Нині ж не так, як колись, люблять, шанують його.&lt;br /&gt;</w:t>
        <w:br/>
        <w:t>А як зустрінеш когось, хто тебе, не читавши, відкине&lt;br /&gt;</w:t>
        <w:br/>
        <w:t>Лиш через те, що ти мій, ось що такому скажи:&lt;br /&gt;</w:t>
        <w:br/>
        <w:t>"На заголовок поглянь: не даю настанов для любові,&lt;br /&gt;</w:t>
        <w:br/>
        <w:t>Кару, належну йому, твір цей сповна вже поніс".&lt;br /&gt;</w:t>
        <w:br/>
        <w:t>Може, чекаєш, коли я скажу тобі, посланцеві,&lt;br /&gt;</w:t>
        <w:br/>
        <w:t>Ще й на високий зійти пагорб, де Цезаря дім?&lt;br /&gt;</w:t>
        <w:br/>
        <w:t>Хай ті святині і їхні боги на нас не гнівляться:&lt;br /&gt;</w:t>
        <w:br/>
        <w:t>Влучив у мене звідтіль громоподібний удар.&lt;br /&gt;</w:t>
        <w:br/>
        <w:t>Хоч пам'ятаю, що там — найласкавіші сили небесні,&lt;br /&gt;</w:t>
        <w:br/>
        <w:t>Все ж тих богів, що мене вразили громом, боюсь!&lt;br /&gt;</w:t>
        <w:br/>
        <w:t>Досить, щоб голуб хоч раз одчув твої, яструбе, кігті —&lt;br /&gt;</w:t>
        <w:br/>
        <w:t>Вже він, сердега, тремтить, хай лиш крило шелесне.&lt;br /&gt;</w:t>
        <w:br/>
        <w:t>Так і вівця, яку вирвали з пащі жадливого вовка, —&lt;br /&gt;</w:t>
        <w:br/>
        <w:t>Вже ти її від кошар не одженеш, боязку.&lt;br /&gt;</w:t>
        <w:br/>
        <w:t>Був би живий Фаетон — уникав би неба й до коней&lt;br /&gt;</w:t>
        <w:br/>
        <w:t>Не підійшов би, хоч їх так нерозважно жадав.&lt;br /&gt;</w:t>
        <w:br/>
        <w:t>Так от і я, хто відчув блискавичну Юпітера зброю,&lt;br /&gt;</w:t>
        <w:br/>
        <w:t>Тільки-но грім загримить — думаю: в мене він б'є.&lt;br /&gt;</w:t>
        <w:br/>
        <w:t>З суден аргоських котре не розбилося при Катареї,&lt;br /&gt;</w:t>
        <w:br/>
        <w:t>Те до евбейських глибин вже не скерує вітрил.&lt;br /&gt;</w:t>
        <w:br/>
        <w:t>Так от і мій пошарпаний бурею човен боїться '&lt;br /&gt;</w:t>
        <w:br/>
        <w:t>Знов повернути туди, де мало що не втонув.&lt;br /&gt;</w:t>
        <w:br/>
        <w:t>Тож насторожі там будь, обачливий та обережний,&lt;br /&gt;</w:t>
        <w:br/>
        <w:t>Хай вдовольняє тебе із простолюддя читач.&lt;br /&gt;</w:t>
        <w:br/>
        <w:t>Так на слабкому крилі Ікар поривався до неба —&lt;br /&gt;</w:t>
        <w:br/>
        <w:t>Впавши, нещасний, своїм іменем води назвав.&lt;br /&gt;</w:t>
        <w:br/>
        <w:t>Радити все ж не берусь, до весла чи вітрила вдаватись:&lt;br /&gt;</w:t>
        <w:br/>
        <w:t>Тільки обставини й час раду найкращу дадуть.&lt;br /&gt;</w:t>
        <w:br/>
        <w:t>Може, опинишся в домі ясному, коли там дозвільно&lt;br /&gt;</w:t>
        <w:br/>
        <w:t>Й лагідно буде, то знай: гнів себе вичерпав сам.&lt;br /&gt;</w:t>
        <w:br/>
        <w:t>Може, твою нерішучість помітивши, хтось посприяє,&lt;br /&gt;</w:t>
        <w:br/>
        <w:t>Слово замовить, тоді — вже без вагань підійди!&lt;br /&gt;</w:t>
        <w:br/>
        <w:t>В добру годину, мій згорточку! Ти щасливіший од мене!..&lt;br /&gt;</w:t>
        <w:br/>
        <w:t>Йди, бо лиш там ти мої болі полегшити б міг:&lt;br /&gt;</w:t>
        <w:br/>
        <w:t>їх або справді ніхто, або той, хто завдав мені рани,&lt;br /&gt;</w:t>
        <w:br/>
        <w:t>Як син Пелея колись, полікувати б зумів.&lt;br /&gt;</w:t>
        <w:br/>
        <w:t>Лиш, замість допомогти, бува, не зашкодь ненароком, —&lt;br /&gt;</w:t>
        <w:br/>
        <w:t>Над сподіваннями страх гору, як бачиш, бере, —&lt;br /&gt;</w:t>
        <w:br/>
        <w:t>Щоб, розворушений, знову з-під попелу гнів не прорвався,&lt;br /&gt;</w:t>
        <w:br/>
        <w:t>Кари тяжкої, гляди, вдруге на нас не наклич!&lt;br /&gt;</w:t>
        <w:br/>
        <w:t>А коли, врешті, оселя моя тебе прийме гостинно&lt;br /&gt;</w:t>
        <w:br/>
        <w:t>Й матимеш звичне своє в скриньці округлій житло,&lt;br /&gt;</w:t>
        <w:br/>
        <w:t>Рідних братів своїх складених там за порядком побачиш —&lt;br /&gt;</w:t>
        <w:br/>
        <w:t>їх я випещував теж пильним, безсонним трудом.&lt;br /&gt;</w:t>
        <w:br/>
        <w:t>Інші — їх ціла юрба — про себе відверто говорять:&lt;br /&gt;</w:t>
        <w:br/>
        <w:t>Кожен із них на чолі свій заголовок несе.&lt;br /&gt;</w:t>
        <w:br/>
        <w:t>Трьох — принишклих — побачиш там одаль, у закуті темнім,&lt;br /&gt;</w:t>
        <w:br/>
        <w:t>Хоч їх наука — любов — перша наука для всіх.&lt;br /&gt;</w:t>
        <w:br/>
        <w:t>їх ти або уникай, або, якщо вистачить духу,&lt;br /&gt;</w:t>
        <w:br/>
        <w:t>Зважся Едіпа ім'я чи Телегона їм дать.&lt;br /&gt;</w:t>
        <w:br/>
        <w:t>Лиш із тих трьох, якщо свого батька ти поважаєш,&lt;br /&gt;</w:t>
        <w:br/>
        <w:t>Жодного не полюби, хоч і любити він вчить.&lt;br /&gt;</w:t>
        <w:br/>
        <w:t>Про перевтілення є ще там книги — п'ятнадцять сувоїв:&lt;br /&gt;</w:t>
        <w:br/>
        <w:t>При похованні моїм вирвано їх із вогню.&lt;br /&gt;</w:t>
        <w:br/>
        <w:t>їм ти від мене скажи, що й моєї долі обличчя&lt;br /&gt;</w:t>
        <w:br/>
        <w:t>Нині б поповнить могло тіл перевтілених ряд.&lt;br /&gt;</w:t>
        <w:br/>
        <w:t>Бо в одну мить неподібною стала до себе самої:&lt;br /&gt;</w:t>
        <w:br/>
        <w:t>Щойно щаслива була — вмита сльозами тепер.&lt;br /&gt;</w:t>
        <w:br/>
        <w:t>Ще не одне б я доручення дав, лише б забажав ти,&lt;br /&gt;</w:t>
        <w:br/>
        <w:t>Тільки боюсь, щоб тебе я не загаяв дарма.&lt;br /&gt;</w:t>
        <w:br/>
        <w:t>Втім, якщо все, що згадую тут, понесеш із собою,&lt;br /&gt;</w:t>
        <w:br/>
        <w:t>Хтозна, чи той посланець міг би двигнути тебе.&lt;br /&gt;</w:t>
        <w:br/>
        <w:t>Довга дорога... Рушай! А я буду жить на краєчку&lt;br /&gt;</w:t>
        <w:br/>
        <w:t>Світу й про землю свою снитиму в тій далині.</w:t>
      </w:r>
    </w:p>
    <w:p>
      <w:r>
        <w:br/>
        <w:t>2&lt;br /&gt;</w:t>
        <w:br/>
        <w:t>Неба та моря боги! Чи лишилося щось, крім благання?&lt;br /&gt;</w:t>
        <w:br/>
        <w:t>Згляньтесь на те неміцне, хвилями бите судно!&lt;br /&gt;</w:t>
        <w:br/>
        <w:t>Не поспішайте, молю, приєднатись до Цезаря гніву:&lt;br /&gt;</w:t>
        <w:br/>
        <w:t>Часом карає один, інший — зласкавиться бог.&lt;br /&gt;</w:t>
        <w:br/>
        <w:t>Дружня до тевкрів Венера була, Паллада — ворожа,&lt;br /&gt;</w:t>
        <w:br/>
        <w:t>Йшов проти Трої Вулкан, обороняв — Аполлон.&lt;br /&gt;</w:t>
        <w:br/>
        <w:t>Дбала про Турна, Енеєві — шкодила донька Сатурна,&lt;br /&gt;</w:t>
        <w:br/>
        <w:t>Міццю Венери, однак, часто втішався Еней.&lt;br /&gt;</w:t>
        <w:br/>
        <w:t>Грізний Нептун на Улісса обачного часто здіймався,&lt;br /&gt;</w:t>
        <w:br/>
        <w:t>Збройна Мінерва ж не раз порятувала плавця.&lt;br /&gt;</w:t>
        <w:br/>
        <w:t>Що ж заважає мені, хоч я не з героїв, чекати&lt;br /&gt;</w:t>
        <w:br/>
        <w:t>Ласки прихильних богів, поки ворожі гнітять?&lt;br /&gt;</w:t>
        <w:br/>
        <w:t>Марно, нещасний, гублю ті слова! От мовлю, а хвиля&lt;br /&gt;</w:t>
        <w:br/>
        <w:t>Важко шмагає мене — сіллю гіркою в уста.&lt;br /&gt;</w:t>
        <w:br/>
        <w:t>Нот, жахний буревій, моїм благанням жбурляє,&lt;br /&gt;</w:t>
        <w:br/>
        <w:t>Робить усе, щоб воно не досягнуло богів.&lt;br /&gt;</w:t>
        <w:br/>
        <w:t>Видно, й вітри завзялись примножити карою кару —&lt;br /&gt;</w:t>
        <w:br/>
        <w:t>Геть і вітрила несуть і молитви з моїх уст.&lt;br /&gt;</w:t>
        <w:br/>
        <w:t>Лихо мені! То не хвилі — гори перекотом ходять!..&lt;br /&gt;</w:t>
        <w:br/>
        <w:t>Гляну — здається, злетять до щонайвищих зірок.&lt;br /&gt;</w:t>
        <w:br/>
        <w:t>Лихо! В яку глибочінь поміж хвиль западається море!&lt;br /&gt;</w:t>
        <w:br/>
        <w:t>Гляну — здається, що там — темного Тартару дно!&lt;br /&gt;</w:t>
        <w:br/>
        <w:t>Оком, куди не сягну, — довкіл лиш море та небо:&lt;br /&gt;</w:t>
        <w:br/>
        <w:t>Хвилями море грозить, небо — бовванами хмар.&lt;br /&gt;</w:t>
        <w:br/>
        <w:t>А поміж ними в усю широчінь гудуть буревії&lt;br /&gt;</w:t>
        <w:br/>
        <w:t>Хвиля не знає сама, хто нею править тепер.&lt;br /&gt;</w:t>
        <w:br/>
        <w:t>Ось, набираючись сил, летить із багряного сходу&lt;br /&gt;</w:t>
        <w:br/>
        <w:t>Евр, а назустріч йому з заходу рине Зефір.&lt;br /&gt;</w:t>
        <w:br/>
        <w:t>Ось льодяний розшалівся Борей, посланець Ведмедиці,&lt;br /&gt;</w:t>
        <w:br/>
        <w:t>Ось уже Нот запальний ставить усім їм чоло.&lt;br /&gt;</w:t>
        <w:br/>
        <w:t>Вдатись до чого, чого уникати — й керманич не знає:&lt;br /&gt;</w:t>
        <w:br/>
        <w:t>Серед такої біди стало й мистецтво сліпим.&lt;br /&gt;</w:t>
        <w:br/>
        <w:t>Гинемо, значить, усі... Ніяких надій на рятунок...&lt;br /&gt;</w:t>
        <w:br/>
        <w:t>Поки те слово кажу, б'є мені хвиля в уста.&lt;br /&gt;</w:t>
        <w:br/>
        <w:t>Скоро й на душу ляже вона — смертельну вологу&lt;br /&gt;</w:t>
        <w:br/>
        <w:t>Я на півслові таки під час благань зачерпну.&lt;br /&gt;</w:t>
        <w:br/>
        <w:t>Вірна дружина моя побивається лиш над вигнанцем,&lt;br /&gt;</w:t>
        <w:br/>
        <w:t>Лиш про вигнання моє, зжурена, знає вона,&lt;br /&gt;</w:t>
        <w:br/>
        <w:t>їй і не сниться, що ми — забавки в безкраї моря,&lt;br /&gt;</w:t>
        <w:br/>
        <w:t>Що буревії нас б'ють, що переслідує смерть.&lt;br /&gt;</w:t>
        <w:br/>
        <w:t>Добре, що я не дозволив жоні податись за мною —&lt;br /&gt;</w:t>
        <w:br/>
        <w:t>Двічі б я мусив тоді звідати, що таке смерть.&lt;br /&gt;</w:t>
        <w:br/>
        <w:t>Нині, хай згину, але ж, як їй не грозитиме лихо,&lt;br /&gt;</w:t>
        <w:br/>
        <w:t>То в половині своїй все-таки буду живий.&lt;br /&gt;</w:t>
        <w:br/>
        <w:t>Горе! Який то вогонь блискавиці шугнув поміж хмари!&lt;br /&gt;</w:t>
        <w:br/>
        <w:t>І мовби тріснула вісь, аж колихнувся ефір.&lt;br /&gt;</w:t>
        <w:br/>
        <w:t>Хвилі в боки корабля раз по раз так ударяють,&lt;br /&gt;</w:t>
        <w:br/>
        <w:t>Наче об мури міські — пущене з пращі ядро.&lt;br /&gt;</w:t>
        <w:br/>
        <w:t>Інший перед одинадцятим після дев'ятого рине&lt;br /&gt;</w:t>
        <w:br/>
        <w:t>Вал — на таку висоту жоден іще не злітав.&lt;br /&gt;</w:t>
        <w:br/>
        <w:t>Втім, я нг смерті боюсь — самого способу смерті:&lt;br /&gt;</w:t>
        <w:br/>
        <w:t>На суходолі б я був — смерть би дарунком назвав.&lt;br /&gt;</w:t>
        <w:br/>
        <w:t>Є в тому благо, чи в суджений день, чи під лезом упавши,&lt;br /&gt;</w:t>
        <w:br/>
        <w:t>Тілом у землю стійку, мов на спочинок, лягти,&lt;br /&gt;</w:t>
        <w:br/>
        <w:t>Дещо сказавши своїм, сподіватись їх сліз на могилі,&lt;br /&gt;</w:t>
        <w:br/>
        <w:t>А не піти у глибінь — пажерним рибам на корм.&lt;br /&gt;</w:t>
        <w:br/>
        <w:t>Хай заслужив я на те, але ж інші є тут, окрім мене, —&lt;br /&gt;</w:t>
        <w:br/>
        <w:t>Чи справедливо і їх разом зі мною карать?&lt;br /&gt;</w:t>
        <w:br/>
        <w:t>Тож, усевишні, і ви, лазурових вод охоронці,&lt;br /&gt;</w:t>
        <w:br/>
        <w:t>Враз із висот і глибин не поривайтесь на нас!&lt;br /&gt;</w:t>
        <w:br/>
        <w:t>Хай те життя, що Цезар зберіг мені гнівом найм'якшим,&lt;br /&gt;</w:t>
        <w:br/>
        <w:t>Якось доставлю туди, де йому велено буть.&lt;br /&gt;</w:t>
        <w:br/>
        <w:t>Хочете кари мені, на яку заслужив я, то знайте:&lt;br /&gt;</w:t>
        <w:br/>
        <w:t>З волі самого судді нижча від смерті вона.&lt;br /&gt;</w:t>
        <w:br/>
        <w:t>Таж якби Цезар мене до сгігійських вод мав послати,&lt;br /&gt;</w:t>
        <w:br/>
        <w:t>То не потрібна б йому ваша підмога була.&lt;br /&gt;</w:t>
        <w:br/>
        <w:t>Повна ж у нього, та без злоби, над життям моїм влада:&lt;br /&gt;</w:t>
        <w:br/>
        <w:t>Сам же він, що дарував, може забрать будь-коли.&lt;br /&gt;</w:t>
        <w:br/>
        <w:t>Ви ж, кого жодним вчинком своїм образить не міг я,&lt;br /&gt;</w:t>
        <w:br/>
        <w:t>Будьте вдоволені тим, що переношу, боги!&lt;br /&gt;</w:t>
        <w:br/>
        <w:t>Навіть коли б усі враз рятувать нещасливця взялися, —&lt;br /&gt;</w:t>
        <w:br/>
        <w:t>Марно, бо хто вже пропав — не врятувати того.&lt;br /&gt;</w:t>
        <w:br/>
        <w:t>Хвиля, скажімо, спаде, вітерець ходовий посприяє,&lt;br /&gt;</w:t>
        <w:br/>
        <w:t>Зглянетесь ви, а мені — бути вигнанцем таки!&lt;br /&gt;</w:t>
        <w:br/>
        <w:t>Таж не заради багатств, невситимий, моря рівнину&lt;br /&gt;</w:t>
        <w:br/>
        <w:t>Я кораблем борозню, аби міняти товар,&lt;br /&gt;</w:t>
        <w:br/>
        <w:t>Ні до Атен, як колись по знання, ані до азійських&lt;br /&gt;</w:t>
        <w:br/>
        <w:t>Міст, що їх бачив уже, не завертаю судна,&lt;br /&gt;</w:t>
        <w:br/>
        <w:t>Ні в Александрове місто славетне, аби подивляти,&lt;br /&gt;</w:t>
        <w:br/>
        <w:t>Ніле грайливий, твої сповнені чару дива.&lt;br /&gt;</w:t>
        <w:br/>
        <w:t>Вітру благаю в богів ходового — хто б міг повірить? —&lt;br /&gt;</w:t>
        <w:br/>
        <w:t>Щоб на сарматську чужу землю ногою ступить.&lt;br /&gt;</w:t>
        <w:br/>
        <w:t>Місце вигнання мого — дикий берег зліва од Понту,&lt;br /&gt;</w:t>
        <w:br/>
        <w:t>Скаржуся, що забарна втеча від рідних країв.&lt;br /&gt;</w:t>
        <w:br/>
        <w:t>Аби побачити хтозна-де в світі загублені Томи,&lt;br /&gt;</w:t>
        <w:br/>
        <w:t>Кваплю вигнання своє, ласки благаю в богів.&lt;br /&gt;</w:t>
        <w:br/>
        <w:t>Тож, коли милий я вам, бурхливе приборкайте море,&lt;br /&gt;</w:t>
        <w:br/>
        <w:t>Оком погідним, боги, гляньте на мій корабель,&lt;br /&gt;</w:t>
        <w:br/>
        <w:t>А як не милий — тим паче ведіть до місця вигнання:&lt;br /&gt;</w:t>
        <w:br/>
        <w:t>Саме те місце жахне — кари частина значна.&lt;br /&gt;</w:t>
        <w:br/>
        <w:t>Дміть у вітрила мої, не баріться, подуви бистрі!&lt;br /&gt;</w:t>
        <w:br/>
        <w:t>Годі вже нам споглядать рідний Авзонії край!&lt;br /&gt;</w:t>
        <w:br/>
        <w:t>Цезар не хоче того — не затримуйте більше вигнанця,&lt;br /&gt;</w:t>
        <w:br/>
        <w:t>Хай вже понтійська земля бачить обличчя моє!&lt;br /&gt;</w:t>
        <w:br/>
        <w:t>Він повелів — я того заслужив; проти права та честі&lt;br /&gt;</w:t>
        <w:br/>
        <w:t>Я не наважусь піти — суд його кривдним назвать.&lt;br /&gt;</w:t>
        <w:br/>
        <w:t>Та коли вчинки людей в оману не вводять безсмертних,&lt;br /&gt;</w:t>
        <w:br/>
        <w:t>Знайте: в провині моїй злочину дійсно нема.&lt;br /&gt;</w:t>
        <w:br/>
        <w:t>Вам же відомо: на манівці ненароком зійшов я,&lt;br /&gt;</w:t>
        <w:br/>
        <w:t>То був не задум лихий — то нерозважність була.&lt;br /&gt;</w:t>
        <w:br/>
        <w:t>Тож коли домові Авґуста, скромний підданець, сприяв я&lt;br /&gt;</w:t>
        <w:br/>
        <w:t>Й волю його визнавав першим законом для всіх,&lt;br /&gt;</w:t>
        <w:br/>
        <w:t>А його вік називав для людей найщасливішим віком,&lt;br /&gt;</w:t>
        <w:br/>
        <w:t>І, як йому, так і всім Цезарям ладан палив, —&lt;br /&gt;</w:t>
        <w:br/>
        <w:t>Згляньтесь на мене, боги, бо й крихти неправди немає&lt;br /&gt;</w:t>
        <w:br/>
        <w:t>В мові моїй, а як є — хвиля хай вкриє мене.&lt;br /&gt;</w:t>
        <w:br/>
        <w:t>Чи то здалося мені, чи направду розходяться хмари&lt;br /&gt;</w:t>
        <w:br/>
        <w:t>Й море, втративши гнів, з грізного тихим стає?..&lt;br /&gt;</w:t>
        <w:br/>
        <w:t>Так воно й мусить буть! То боги, почувши благання,-&lt;br /&gt;</w:t>
        <w:br/>
        <w:t>Хто б міг богів одурить? — допомагають мені.</w:t>
      </w:r>
    </w:p>
    <w:p>
      <w:r>
        <w:br/>
        <w:t>3&lt;br /&gt;</w:t>
        <w:br/>
        <w:t>Тільки-но зрине в душі найскорботніший образ тієї&lt;br /&gt;</w:t>
        <w:br/>
        <w:t>Ночі, що в Римі мені стала межею життя,&lt;br /&gt;</w:t>
        <w:br/>
        <w:t>Тільки згадаю ту ніч, а з нею все найдорожче,&lt;br /&gt;</w:t>
        <w:br/>
        <w:t>Втрачене, — крапля-сльоза котиться досі з очей.&lt;br /&gt;</w:t>
        <w:br/>
        <w:t>Ранок уже був близький. За найдальші Авзонії межі&lt;br /&gt;</w:t>
        <w:br/>
        <w:t>Мусив я з ним одійти — так мені Цезар велів.&lt;br /&gt;</w:t>
        <w:br/>
        <w:t>Часу не мав я і здатний не був у дорогу збиратись —&lt;br /&gt;</w:t>
        <w:br/>
        <w:t>Довго я весь ціпенів, світу не бачив довкіл.&lt;br /&gt;</w:t>
        <w:br/>
        <w:t>Ні про супутників, ані про слуг завчасу не подумав,&lt;br /&gt;</w:t>
        <w:br/>
        <w:t>Ні про харчі не подбав, ні про одежу якусь.&lt;br /&gt;</w:t>
        <w:br/>
        <w:t>Так остовпів, наче той, кого громом Юпітер ударив:&lt;br /&gt;</w:t>
        <w:br/>
        <w:t>Дихає ще, та життя не відчуває свого.&lt;br /&gt;</w:t>
        <w:br/>
        <w:t>І лиш тоді, коли біль розвіяв ту мряку навислу&lt;br /&gt;</w:t>
        <w:br/>
        <w:t>І коли я з забуття знову до тями прийшов,&lt;br /&gt;</w:t>
        <w:br/>
        <w:t>Мовлю до друзів сумних на відході слово прощальне —&lt;br /&gt;</w:t>
        <w:br/>
        <w:t>А з усіх друзів тепер, мабуть, що двоє було...&lt;br /&gt;</w:t>
        <w:br/>
        <w:t>Плакав я, плакала дужче жона, обнімаючи мужа,&lt;br /&gt;</w:t>
        <w:br/>
        <w:t>Сльози дощем по щоках (чи заслужила?) текли.&lt;br /&gt;</w:t>
        <w:br/>
        <w:t>Донька не з нами була.— далеко в лівійському краї&lt;br /&gt;</w:t>
        <w:br/>
        <w:t>Про мою долю сумну знати вона не могла.&lt;br /&gt;</w:t>
        <w:br/>
        <w:t>Всюди, куди не глянь, ридання та зойки лунали —&lt;br /&gt;</w:t>
        <w:br/>
        <w:t>Все тут на мій голосний похорон схоже було.&lt;br /&gt;</w:t>
        <w:br/>
        <w:t>Чоловіки і жінки, навіть діти — й ті наді мною&lt;br /&gt;</w:t>
        <w:br/>
        <w:t>Плакали; в кожнім кутку сльози струмками лились.&lt;br /&gt;</w:t>
        <w:br/>
        <w:t>І якщо можна мале зіставляти з чимось великим —&lt;br /&gt;</w:t>
        <w:br/>
        <w:t>Троя такою була, як здобували її.&lt;br /&gt;</w:t>
        <w:br/>
        <w:t>Та голоси і людей, і собак поступово вляглися,&lt;br /&gt;</w:t>
        <w:br/>
        <w:t>Люна вже коней своїх високо в небі вела.&lt;br /&gt;</w:t>
        <w:br/>
        <w:t>Від її сяйва свій зір перевівши на Капітолій,&lt;br /&gt;</w:t>
        <w:br/>
        <w:t>Що надарма височить побіч пенатів моїх, —&lt;br /&gt;</w:t>
        <w:br/>
        <w:t>Мовив я: "O божества, що тут живете по сусідству,&lt;br /&gt;</w:t>
        <w:br/>
        <w:t>Вже мені ваших святинь не озирати повік!&lt;br /&gt;</w:t>
        <w:br/>
        <w:t>Ви, з ким прощаюсь, боги високого міста Квірина,&lt;br /&gt;</w:t>
        <w:br/>
        <w:t>Нині в останній раз шану од мене прийміть!&lt;br /&gt;</w:t>
        <w:br/>
        <w:t>І, хоча пізно братись за щит уже після рани, —&lt;br /&gt;</w:t>
        <w:br/>
        <w:t>Все ж із вигнанця зніміть хоч свого гніву тягар.&lt;br /&gt;</w:t>
        <w:br/>
        <w:t>Мужу небесному слово скажіть, що я помилився,&lt;br /&gt;</w:t>
        <w:br/>
        <w:t>Похибку прикру мою злочином хай не назве.&lt;br /&gt;</w:t>
        <w:br/>
        <w:t>Те, що знаєте ви, хай і той, хто скарав мене, знає.&lt;br /&gt;</w:t>
        <w:br/>
        <w:t>Вляжеться гнів божества — горя убуде мого".&lt;br /&gt;</w:t>
        <w:br/>
        <w:t>Так я всевишніх благав. А ще палкіше — дружина,&lt;br /&gt;</w:t>
        <w:br/>
        <w:t>Схлипи сердешній не раз на перешкоді були.&lt;br /&gt;</w:t>
        <w:br/>
        <w:t>Далі до Ларів вона, розпустивши волосся, припала,&lt;br /&gt;</w:t>
        <w:br/>
        <w:t>Попелу, що охолов, губи торкались тремкі.&lt;br /&gt;</w:t>
        <w:br/>
        <w:t>Як не благала вона немов оглухлих Пенатів —&lt;br /&gt;</w:t>
        <w:br/>
        <w:t>Мужу ні сльози її не помогли, ні слова.&lt;br /&gt;</w:t>
        <w:br/>
        <w:t>Ніч одлітала таки — не давала для гаяння часу:&lt;br /&gt;</w:t>
        <w:br/>
        <w:t>Вниз вже від осі небес німфа аркадська пливла.&lt;br /&gt;</w:t>
        <w:br/>
        <w:t>Що тут робить було? Ніжна любов до вітчизни спиняла&lt;br /&gt;</w:t>
        <w:br/>
        <w:t>Крок мій, а ніч, ота ніч — в Римі остання була.&lt;br /&gt;</w:t>
        <w:br/>
        <w:t>Скільки разів квапливому сам полюбляв я казати:&lt;br /&gt;</w:t>
        <w:br/>
        <w:t>"Гей, зупинись, поміркуй: звідки й куди так спішиш?"&lt;br /&gt;</w:t>
        <w:br/>
        <w:t>Скільки разів я дурив себе сам: мовляв, не настала&lt;br /&gt;</w:t>
        <w:br/>
        <w:t>Певна, догідна пора, щоб вирушати у путь.&lt;br /&gt;</w:t>
        <w:br/>
        <w:t>Тричі ступав на поріг — і тричі намарно: вертались&lt;br /&gt;</w:t>
        <w:br/>
        <w:t>Ноги, що з серцем моїм мовби у змові були.&lt;br /&gt;</w:t>
        <w:br/>
        <w:t>Часто, сказавши "Прощай!", я знову ставав балакучим&lt;br /&gt;</w:t>
        <w:br/>
        <w:t>І на порозі таки, вкотре вже, всіх цілував.&lt;br /&gt;</w:t>
        <w:br/>
        <w:t>Часто доручення я повторяв, аби ще раз і ще раз&lt;br /&gt;</w:t>
        <w:br/>
        <w:t>Бачити любих своїх — так я дурив сам себе.&lt;br /&gt;</w:t>
        <w:br/>
        <w:t>Врешті, куди поспішаю? До скіфів?.. А що залишаю?&lt;br /&gt;</w:t>
        <w:br/>
        <w:t>Рим?.. Тож годиться мені вдвічі повільнішим буть!&lt;br /&gt;</w:t>
        <w:br/>
        <w:t>Так ото просто й піду — живий од живої дружини?..&lt;br /&gt;</w:t>
        <w:br/>
        <w:t>Дім, милу челядь усю так ото й кинуть навік?..&lt;br /&gt;</w:t>
        <w:br/>
        <w:t>Як і тих друзів усіх, що для них я був наче братом, —&lt;br /&gt;</w:t>
        <w:br/>
        <w:t>Милі серця, що в міцній дружбі тесейській жили?..&lt;br /&gt;</w:t>
        <w:br/>
        <w:t>Поки ще можна, вас обніму, можливо, востаннє,&lt;br /&gt;</w:t>
        <w:br/>
        <w:t>Кожна година тепер — неоціненний мій зиск".&lt;br /&gt;</w:t>
        <w:br/>
        <w:t>Годі. Пора відійти. Я мовкну вже на півслові&lt;br /&gt;</w:t>
        <w:br/>
        <w:t>Й тільки душею до всіх, хто мені любий, горнусь.&lt;br /&gt;</w:t>
        <w:br/>
        <w:t>Поки те мовлю я, поки всі плачемо, — в небі засяяв&lt;br /&gt;</w:t>
        <w:br/>
        <w:t>Люцифер, світла зоря, — темна, одначе, для нас.&lt;br /&gt;</w:t>
        <w:br/>
        <w:t>Мовби живцем моє тіло ділили: здавалося, бачу&lt;br /&gt;</w:t>
        <w:br/>
        <w:t>Частку себе — як вона осторонь мене лежить.&lt;br /&gt;</w:t>
        <w:br/>
        <w:t>Так, мабуть, Меттій страждав, коли, караючи зраду,&lt;br /&gt;</w:t>
        <w:br/>
        <w:t>Коні у різні боки рвучко шарпнули його.&lt;br /&gt;</w:t>
        <w:br/>
        <w:t>Щойно тоді од ридань та од зойків дім колихнувся,&lt;br /&gt;</w:t>
        <w:br/>
        <w:t>В груди оголені всяк бити руками почав.&lt;br /&gt;</w:t>
        <w:br/>
        <w:t>Щойно тоді на плечах у мене повисла дружина&lt;br /&gt;</w:t>
        <w:br/>
        <w:t>Й, ронячи сльози, таке мовила скрушно мені:&lt;br /&gt;</w:t>
        <w:br/>
        <w:t>"Нас не розлучать! Обоє ми рушимо звідси, обоє!&lt;br /&gt;</w:t>
        <w:br/>
        <w:t>Вслід за вигнанцем піду, вірна вигнанця жона.&lt;br /&gt;</w:t>
        <w:br/>
        <w:t>Кличе дорога й мене, чужина щонайдальша чекає, —&lt;br /&gt;</w:t>
        <w:br/>
        <w:t>Я не обтяжу судна, що на вигнання пливе.&lt;br /&gt;</w:t>
        <w:br/>
        <w:t>В Скіфію шле тебе Цезаря гнів, мене — моя вірність.&lt;br /&gt;</w:t>
        <w:br/>
        <w:t>Вірності я покорюсь, гнівові Цезаря — ти".&lt;br /&gt;</w:t>
        <w:br/>
        <w:t>Твердила вперто своє, й лиш з уваги на користь для мене,&lt;br /&gt;</w:t>
        <w:br/>
        <w:t>Хоч їй нелегко було, згоду лишитись дала.&lt;br /&gt;</w:t>
        <w:br/>
        <w:t>Врешті, немитий, зарослий, скуйовджений, вийшов я з дому,&lt;br /&gt;</w:t>
        <w:br/>
        <w:t>Радше то винос мій був — винос живого мерця.&lt;br /&gt;</w:t>
        <w:br/>
        <w:t>Потім жона, так я чув, лежала посеред дому&lt;br /&gt;</w:t>
        <w:br/>
        <w:t>Ницьма: од болю й журби розум потьмарився їй.&lt;br /&gt;</w:t>
        <w:br/>
        <w:t>А як до тями прийшла і з холодної встала долівки —&lt;br /&gt;</w:t>
        <w:br/>
        <w:t>Навіть волосся її в попелі, бруді було —&lt;br /&gt;</w:t>
        <w:br/>
        <w:t>То над собою вона, то над домом самотнім ридала,&lt;br /&gt;</w:t>
        <w:br/>
        <w:t>Мужа-вигнанця ім'я все їй не сходило з уст.&lt;br /&gt;</w:t>
        <w:br/>
        <w:t>Так побивалася, мовби на стосі дров похоронніх&lt;br /&gt;</w:t>
        <w:br/>
        <w:t>Бачила мертвим мене чи свою рідну дочку.&lt;br /&gt;</w:t>
        <w:br/>
        <w:t>Вмерти хотіла, у смерті шукала сховку від болю,&lt;br /&gt;</w:t>
        <w:br/>
        <w:t>Лиш задля мене з життям не розпрощалась вона.&lt;br /&gt;</w:t>
        <w:br/>
        <w:t>Що ж, хай живе, раз доля така, й вигнанцеві руку&lt;br /&gt;</w:t>
        <w:br/>
        <w:t>Хай подає рятівну через таку далечінь.</w:t>
      </w:r>
    </w:p>
    <w:p>
      <w:r>
        <w:br/>
        <w:t>4&lt;br /&gt;</w:t>
        <w:br/>
        <w:t>Вже Океану сягнув Ведмедиці менальської сторож,&lt;br /&gt;</w:t>
        <w:br/>
        <w:t>Води схитнулися вже, захвилювались під ним.&lt;br /&gt;</w:t>
        <w:br/>
        <w:t>Ми ж не з своєї волі, на жаль, іонійські простори&lt;br /&gt;</w:t>
        <w:br/>
        <w:t>Борознимо кораблем — смілості страх додає.&lt;br /&gt;</w:t>
        <w:br/>
        <w:t>Горе! Як на очах спохмурніла моря рівнина!&lt;br /&gt;</w:t>
        <w:br/>
        <w:t>Як, підхоплений з дна, мов закипає пісок!&lt;br /&gt;</w:t>
        <w:br/>
        <w:t>Хвиля в рівень гори то над носом, то над кормою&lt;br /&gt;</w:t>
        <w:br/>
        <w:t>Висне — і з розмаху б'є різьблених наших богів.&lt;br /&gt;</w:t>
        <w:br/>
        <w:t>Стогне сосновий кістяк, дзвенять напружені снасті,&lt;br /&gt;</w:t>
        <w:br/>
        <w:t>Мовби й сам корабель плаче над горем моїм.&lt;br /&gt;</w:t>
        <w:br/>
        <w:t>Блідістю страх льодяний керманича видав: уже він&lt;br /&gt;</w:t>
        <w:br/>
        <w:t>Сам не керує судном — здався на ласку його.&lt;br /&gt;</w:t>
        <w:br/>
        <w:t>Як безпорадний їздець, не змігши пригнути додолу&lt;br /&gt;</w:t>
        <w:br/>
        <w:t>Гордої шиї коня, віжки пускає із рук,&lt;br /&gt;</w:t>
        <w:br/>
        <w:t>Так і він не туди, куди хоче, кермо повертає,&lt;br /&gt;</w:t>
        <w:br/>
        <w:t>Взяла-бо гору й над ним хвилі гривастої міць.&lt;br /&gt;</w:t>
        <w:br/>
        <w:t>І якщо волі не дасть Еол вітрам супротивним,&lt;br /&gt;</w:t>
        <w:br/>
        <w:t>То повернуся туди, де я не смію вже буть.&lt;br /&gt;</w:t>
        <w:br/>
        <w:t>Там, оддалік від землі іллірійської, зліва од неї,&lt;br /&gt;</w:t>
        <w:br/>
        <w:t>Край італійський, куди вже нам нема вороття.&lt;br /&gt;</w:t>
        <w:br/>
        <w:t>До берегів заборонених годі гнать мене, вітре!&lt;br /&gt;</w:t>
        <w:br/>
        <w:t>Краще, як я, покорись рішенню Батька богів.&lt;br /&gt;</w:t>
        <w:br/>
        <w:t>Поки я тих берегів то лякаюсь, то до них рвуся,&lt;br /&gt;</w:t>
        <w:br/>
        <w:t>Хвиля об наше судно вища, могутніша б'є.&lt;br /&gt;</w:t>
        <w:br/>
        <w:t>О, зласкавтесь, молю, божества глибин темно-синіх!&lt;br /&gt;</w:t>
        <w:br/>
        <w:t>Досить того, що мене сам Громовержець скарав.&lt;br /&gt;</w:t>
        <w:br/>
        <w:t>Душу зболілу од смерті врятуйте, якщо врятувати&lt;br /&gt;</w:t>
        <w:br/>
        <w:t>Можна од смерті того, хто вже зустрів свою смерть.</w:t>
      </w:r>
    </w:p>
    <w:p>
      <w:r>
        <w:br/>
        <w:t>5&lt;br /&gt;</w:t>
        <w:br/>
        <w:t>Ти, хто між друзів моїх для мене завжди був перший,&lt;br /&gt;</w:t>
        <w:br/>
        <w:t>Ти, хто горем моїм наче своїм перейнявсь,&lt;br /&gt;</w:t>
        <w:br/>
        <w:t>Ти, коли вдарив грім, потерпілому руку подати,&lt;br /&gt;</w:t>
        <w:br/>
        <w:t>Друже мій, не завагавсь, мову зі мною повів,&lt;br /&gt;</w:t>
        <w:br/>
        <w:t>Словом ласкавим порадив мені при житті залишитись,&lt;br /&gt;</w:t>
        <w:br/>
        <w:t>Бо, нещасливець, тоді смерті собі я жадав.&lt;br /&gt;</w:t>
        <w:br/>
        <w:t>Знаєш, кому те кажу, ті спогади — замість імення,&lt;br /&gt;</w:t>
        <w:br/>
        <w:t>Всі твої добрі діла — дороговказом тобі.&lt;br /&gt;</w:t>
        <w:br/>
        <w:t>їх пам'ятатиму я, в глибині душі заховавши,&lt;br /&gt;</w:t>
        <w:br/>
        <w:t>Бічним твоїм боржником буду за те, що живу.&lt;br /&gt;</w:t>
        <w:br/>
        <w:t>Знай же: скоріше мій дух розтане у порожнечі,&lt;br /&gt;</w:t>
        <w:br/>
        <w:t>Прах залишивши в вогні, щоб дотлівав, остигав,&lt;br /&gt;</w:t>
        <w:br/>
        <w:t>Ніж у непам'ять пущу твої такі щедрі заслуги&lt;br /&gt;</w:t>
        <w:br/>
        <w:t>Переді мною, твою вірну, сердечну любов.&lt;br /&gt;</w:t>
        <w:br/>
        <w:t>Хай же ласкаві боги тебе долею втішать такою,&lt;br /&gt;</w:t>
        <w:br/>
        <w:t>Щоб не вдававсь ти, як я, по допомогу чужу.&lt;br /&gt;</w:t>
        <w:br/>
        <w:t>Та коли б мій корабель лиш погожі вітри підганяли,&lt;br /&gt;</w:t>
        <w:br/>
        <w:t>Може, про вірність твою так і не знав би ніхто.&lt;br /&gt;</w:t>
        <w:br/>
        <w:t>Не пересвідчився б і Пірітой у Тесеєвій вірній&lt;br /&gt;</w:t>
        <w:br/>
        <w:t>Дружбі, якби з ним Тесей не завітав в Ахеронт.&lt;br /&gt;</w:t>
        <w:br/>
        <w:t>Шал твій, Оресте журний, прислужився славі фокейця:&lt;br /&gt;</w:t>
        <w:br/>
        <w:t>Тільки тоді він подав щирої дружби зразок.&lt;br /&gt;</w:t>
        <w:br/>
        <w:t>Так і Ніс Гартакід, якби друг Евріал не потрапив&lt;br /&gt;</w:t>
        <w:br/>
        <w:t>Збройним рутулам до рук, слави б гучної не мав.&lt;br /&gt;</w:t>
        <w:br/>
        <w:t>Як на живому вогні випробовують золото жовте,&lt;br /&gt;</w:t>
        <w:br/>
        <w:t>Так лишень у біді дружби ціну пізнають.&lt;br /&gt;</w:t>
        <w:br/>
        <w:t>Доки ведеться тобі, всміхається мило Фортуна,&lt;br /&gt;</w:t>
        <w:br/>
        <w:t>Доти й шанує тебе багатолюдна юрма,&lt;br /&gt;</w:t>
        <w:br/>
        <w:t>Та загримить — і врозтіч усі; з того велелюддя&lt;br /&gt;</w:t>
        <w:br/>
        <w:t>Вже мов не бачить тебе, не впізнає вже ніхто.&lt;br /&gt;</w:t>
        <w:br/>
        <w:t>Все це раніше я знав — із давніх зразків, але нині&lt;br /&gt;</w:t>
        <w:br/>
        <w:t>З власних бід я збагнув слів отих правду гірку:&lt;br /&gt;</w:t>
        <w:br/>
        <w:t>З друзів моїх багатьох лишилося двоє чи троє —&lt;br /&gt;</w:t>
        <w:br/>
        <w:t>Іншим потрібне було щастя моє, а не я.&lt;br /&gt;</w:t>
        <w:br/>
        <w:t>Втім, що вас менше, то більше надії на вас покладаю —&lt;br /&gt;</w:t>
        <w:br/>
        <w:t>Захистом будьте мені, жертві розбурханих вод!&lt;br /&gt;</w:t>
        <w:br/>
        <w:t>І не тремтіть, не лякайтеся марно, що вірністю в дружбі,&lt;br /&gt;</w:t>
        <w:br/>
        <w:t>Тим благородним чуттям збудите гнів божества.&lt;br /&gt;</w:t>
        <w:br/>
        <w:t>Часто за вірність таку поважав навіть ворога Цезар:&lt;br /&gt;</w:t>
        <w:br/>
        <w:t>Любить її у своїх, цінить її — в ворогах.&lt;br /&gt;</w:t>
        <w:br/>
        <w:t>Справа моя не важка: до змовників не приставав я —&lt;br /&gt;</w:t>
        <w:br/>
        <w:t>Через свою простоту на вигнання заслужив.&lt;br /&gt;</w:t>
        <w:br/>
        <w:t>Майте ж на оці справу мою: не проґавте нагоди,&lt;br /&gt;</w:t>
        <w:br/>
        <w:t>Праведний гнів божества, може, й пригасите ви.&lt;br /&gt;</w:t>
        <w:br/>
        <w:t>А забажав би хтось більше дізнатись, що пережив я, —&lt;br /&gt;</w:t>
        <w:br/>
        <w:t>Знайте: бажанню його — сили не рівні мої.&lt;br /&gt;</w:t>
        <w:br/>
        <w:t>Скільки на небі зірок, піщинок — на узбережжі,&lt;br /&gt;</w:t>
        <w:br/>
        <w:t>Стільки зазнав я пригод у чужоземнім краю,&lt;br /&gt;</w:t>
        <w:br/>
        <w:t>Та й не повірить ніхто, скільки звідав я горя направду,&lt;br /&gt;</w:t>
        <w:br/>
        <w:t>Звідав направду, кажу, та не повірить ніхто.&lt;br /&gt;</w:t>
        <w:br/>
        <w:t>Частці тих бід моїх разом зі мною суджено вмерти.&lt;br /&gt;</w:t>
        <w:br/>
        <w:t>Хай би померли, й про них словом я не прохопивсь!&lt;br /&gt;</w:t>
        <w:br/>
        <w:t>Навіть якби я мав сто язиків і сто уст, якби в мене&lt;br /&gt;</w:t>
        <w:br/>
        <w:t>Груди із міді були, голос трубою дзвенів,&lt;br /&gt;</w:t>
        <w:br/>
        <w:t>Навіть тоді б я не міг моїх мук передати словами:&lt;br /&gt;</w:t>
        <w:br/>
        <w:t>Сам неосяжний предмет був би над сили мої.&lt;br /&gt;</w:t>
        <w:br/>
        <w:t>Що ж про блукання Улісса співать вам, учені поети!&lt;br /&gt;</w:t>
        <w:br/>
        <w:t>Більше, аніж той Улісс, я настраждавсь у житті.&lt;br /&gt;</w:t>
        <w:br/>
        <w:t>Довгі роки він блукав між Дуліхієм та Іліоном,&lt;br /&gt;</w:t>
        <w:br/>
        <w:t>Час — великий, зате простір блукань тих малий.&lt;br /&gt;</w:t>
        <w:br/>
        <w:t>Ну, а мене, що в морі дививсь на незнані сузір'я,&lt;br /&gt;</w:t>
        <w:br/>
        <w:t>Цезаря гнів аж сюди, ген аж до ґетів, пригнав.&lt;br /&gt;</w:t>
        <w:br/>
        <w:t>Друзі з Уліссом були, громадка супутників вірних,&lt;br /&gt;</w:t>
        <w:br/>
        <w:t>Я ж на вигнання рушав, кинутий геть усіма.&lt;br /&gt;</w:t>
        <w:br/>
        <w:t>Він переможцем вертавсь до рідного краю, веселий,&lt;br /&gt;</w:t>
        <w:br/>
        <w:t>Я ж од вітчизни пливу — скараний, гнаний, сумний.&lt;br /&gt;</w:t>
        <w:br/>
        <w:t>Ще коли б домом моїм був Дуліхій, Ітака чи Самос,&lt;br /&gt;</w:t>
        <w:br/>
        <w:t>То, покидаючи їх, певно б, я так не тужив.&lt;br /&gt;</w:t>
        <w:br/>
        <w:t>Мусив я Рим полишать, що з семи горбів озирає&lt;br /&gt;</w:t>
        <w:br/>
        <w:t>Обрії світу, наш Рим — осідок влади й богів!&lt;br /&gt;</w:t>
        <w:br/>
        <w:t>Був гартований той, до трудів мав тіло навикле,&lt;br /&gt;</w:t>
        <w:br/>
        <w:t>Я ж — од природи слабкий, ба, ще й розніжив себе.&lt;br /&gt;</w:t>
        <w:br/>
        <w:t>Той супокою не знав, із жорстоких боїв не виходив,&lt;br /&gt;</w:t>
        <w:br/>
        <w:t>Я ж у заняття свої, в тихе дозвілля тікав.&lt;br /&gt;</w:t>
        <w:br/>
        <w:t>Бог мене пригнітив, але ніхто не підтримав,&lt;br /&gt;</w:t>
        <w:br/>
        <w:t>Збройна богиня в боях побіч Улісса була.&lt;br /&gt;</w:t>
        <w:br/>
        <w:t>Хоч повелителю хвиль не зрівнятись із Громовержцем,&lt;br /&gt;</w:t>
        <w:br/>
        <w:t>Гнівний Нептун бив його, вдарив Юпітер мене.&lt;br /&gt;</w:t>
        <w:br/>
        <w:t>Те, що він звідав, додай, — переважно одні побрехеньки,&lt;br /&gt;</w:t>
        <w:br/>
        <w:t>В тому, що я натерпівсь, вигадки й крихти нема.&lt;br /&gt;</w:t>
        <w:br/>
        <w:t>Врешті, Улісс повернувсь, торкнувся рідних Пенатів,&lt;br /&gt;</w:t>
        <w:br/>
        <w:t>Ниви, що так їх жадав, знову собі повернув,&lt;br /&gt;</w:t>
        <w:br/>
        <w:t>Я ж, поки віку мого, не побачу вітчизни, хіба що&lt;br /&gt;</w:t>
        <w:br/>
        <w:t>З часом пригасить таки гнів свій ображений бог.</w:t>
      </w:r>
    </w:p>
    <w:p>
      <w:r>
        <w:br/>
        <w:t>6&lt;br /&gt;</w:t>
        <w:br/>
        <w:t>Віддано так не кохав Антімах із Клароса Ліду,&lt;br /&gt;</w:t>
        <w:br/>
        <w:t>Так до Баттіди колись Коський співець не горнувсь,&lt;br /&gt;</w:t>
        <w:br/>
        <w:t>Як увійшла найчутливіше ти в моє серце, дружино,&lt;br /&gt;</w:t>
        <w:br/>
        <w:t>Гідна, щоб твій чоловік долю щасливішу мав.&lt;br /&gt;</w:t>
        <w:br/>
        <w:t>Я до падіння близький, а ти мені — наче опора:&lt;br /&gt;</w:t>
        <w:br/>
        <w:t>Те, що й досі живу, — в тому заслуга твоя.&lt;br /&gt;</w:t>
        <w:br/>
        <w:t>Що голяком не зробили мене — то це та відігнала&lt;br /&gt;</w:t>
        <w:br/>
        <w:t>Тих, хто спішив розтягти рештки мого корабля.&lt;br /&gt;</w:t>
        <w:br/>
        <w:t>Як кровожерливий вовк, жорстоким голодом гнаний,&lt;br /&gt;</w:t>
        <w:br/>
        <w:t>Впасти ладен до кошар, хай-но відійде пастух,&lt;br /&gt;</w:t>
        <w:br/>
        <w:t>Як гострозорий коршак вистежує оком неситим,&lt;br /&gt;</w:t>
        <w:br/>
        <w:t>Може, де тіло чиєсь, кинуте в полі, лежить,&lt;br /&gt;</w:t>
        <w:br/>
        <w:t>Так і майно моє, якби не ти, перший-ліпший негідник,&lt;br /&gt;</w:t>
        <w:br/>
        <w:t>Радий недолі моїй, тут би й зухвало посів.&lt;br /&gt;</w:t>
        <w:br/>
        <w:t>Тим зазіханням ти мужність свою протиставить зуміла&lt;br /&gt;</w:t>
        <w:br/>
        <w:t>З поміччю друзів моїх — чим я свій борг оплачу?&lt;br /&gt;</w:t>
        <w:br/>
        <w:t>Свідок за тебе вступивсь нещасливий, але правдомовний,&lt;br /&gt;</w:t>
        <w:br/>
        <w:t>Тільки чи свідчення це матиме силу якусь?&lt;br /&gt;</w:t>
        <w:br/>
        <w:t>Я б Андромаху з тобою зрівняв або ЛаодамІю,&lt;br /&gt;</w:t>
        <w:br/>
        <w:t>Що з чоловіком в Аїд не завагалась зійти.&lt;br /&gt;</w:t>
        <w:br/>
        <w:t>От якби випало бути тобі в піснях Меонійця,&lt;br /&gt;</w:t>
        <w:br/>
        <w:t>То й Пенелопа сама заздрила б славі твоїй.&lt;br /&gt;</w:t>
        <w:br/>
        <w:t>Ти — поміж героїнь займала б місце почесне,&lt;br /&gt;</w:t>
        <w:br/>
        <w:t>Ти благородством душі сяяла б серед усіх.&lt;br /&gt;</w:t>
        <w:br/>
        <w:t>Може, собі ти завдячуєш ним, а не настановам,&lt;br /&gt;</w:t>
        <w:br/>
        <w:t>Може, ще від пелюшок — славні чесноти твої,&lt;br /&gt;</w:t>
        <w:br/>
        <w:t>Може, з бігом років тебе першої з римлянок приклад&lt;br /&gt;</w:t>
        <w:br/>
        <w:t>Так захопив, що й сама, з нею рівняючи крок,&lt;br /&gt;</w:t>
        <w:br/>
        <w:t>Стала для інших зразком — якою жона має бути,&lt;br /&gt;</w:t>
        <w:br/>
        <w:t>Тільки чи гоже з малим щось величаве рівнять?..&lt;br /&gt;</w:t>
        <w:br/>
        <w:t>Горе! В пісні моїй немає сил учорашніх!&lt;br /&gt;</w:t>
        <w:br/>
        <w:t>Нині заслугам твоїм не дорівняє мій хист.&lt;br /&gt;</w:t>
        <w:br/>
        <w:t>Ту, що тримала мене, — снаги живої іскрину,&lt;br /&gt;</w:t>
        <w:br/>
        <w:t>Врешті згасили таки біди, страждання мої.&lt;br /&gt;</w:t>
        <w:br/>
        <w:t>Все ж, коли в тій похвалі — хоч відблиск давнього хисту,&lt;br /&gt;</w:t>
        <w:br/>
        <w:t>То в моїй пісні тобі жити ще довгі віки.</w:t>
      </w:r>
    </w:p>
    <w:p>
      <w:r>
        <w:br/>
        <w:t>7&lt;br /&gt;</w:t>
        <w:br/>
        <w:t>Може, обличчя мого є карбований образ у тебе —&lt;br /&gt;</w:t>
        <w:br/>
        <w:t>Вакхову зелень зніми, друже, з волосся мого,&lt;br /&gt;</w:t>
        <w:br/>
        <w:t>Плющ-бо, веселості знак, щасливим личить поетам —&lt;br /&gt;</w:t>
        <w:br/>
        <w:t>Як у скорботі своїй я б у вінку виглядав?&lt;br /&gt;</w:t>
        <w:br/>
        <w:t>Так, я тобі не пишу, ти знаєш — не признаєшся,&lt;br /&gt;</w:t>
        <w:br/>
        <w:t>Хоч і постійно мене носиш на персні своїм,&lt;br /&gt;</w:t>
        <w:br/>
        <w:t>Образ мій, в жовтім обрамленні золота, щоб дорогого&lt;br /&gt;</w:t>
        <w:br/>
        <w:t>Друга, хоч риси його, бачити кожного дня.&lt;br /&gt;</w:t>
        <w:br/>
        <w:t>Може, й зітхнеться тобі, коли на перстень поглянеш:&lt;br /&gt;</w:t>
        <w:br/>
        <w:t>"Як ти далеко тепер, любий Назоне, од нас!"&lt;br /&gt;</w:t>
        <w:br/>
        <w:t>Миле мені це чуття, та у віршах — правдивіший образ,&lt;br /&gt;</w:t>
        <w:br/>
        <w:t>їх, які є вже вони, та перечитуй, прошу,&lt;br /&gt;</w:t>
        <w:br/>
        <w:t>Книги, що в них про людей, про їх переміни співаю, —&lt;br /&gt;</w:t>
        <w:br/>
        <w:t>Не доспівавши, однак, я на вигнання пішов, —&lt;br /&gt;</w:t>
        <w:br/>
        <w:t>Твори, що їх, та й інших чимало, прощаючись з Римом,&lt;br /&gt;</w:t>
        <w:br/>
        <w:t>Горем убитий важким, сам же поклав у вогонь.&lt;br /&gt;</w:t>
        <w:br/>
        <w:t>Як Фестіада на смерть у вогні прирекла Мелеагра,&lt;br /&gt;</w:t>
        <w:br/>
        <w:t>Вірна, сердечна сестра, мати жорстока зате,&lt;br /&gt;</w:t>
        <w:br/>
        <w:t>Так от і їх, моє тіло живе, я в полум'я кинув,&lt;br /&gt;</w:t>
        <w:br/>
        <w:t>Щоб водночас із творцем згинули твори його, —&lt;br /&gt;</w:t>
        <w:br/>
        <w:t>Може, лихий був на Муз, бо ж я через них провинився,&lt;br /&gt;</w:t>
        <w:br/>
        <w:t>Може, тому, що не встиг вигладить віршів своїх.&lt;br /&gt;</w:t>
        <w:br/>
        <w:t>Та якщо знищення їх оминуло, якщо, сподіваюсь,&lt;br /&gt;</w:t>
        <w:br/>
        <w:t>І переписують їх, і розбирають у вас, —&lt;br /&gt;</w:t>
        <w:br/>
        <w:t>Нині прошу: хай живуть, дозвілля хай прикрашають,&lt;br /&gt;</w:t>
        <w:br/>
        <w:t>Хай і про мене вони часом нагадують вам.&lt;br /&gt;</w:t>
        <w:br/>
        <w:t>Тільки терпляче лиш той дочитає їх, хто буде знати,&lt;br /&gt;</w:t>
        <w:br/>
        <w:t>Що не доклав я руки ще раз, востаннє, до них.&lt;br /&gt;</w:t>
        <w:br/>
        <w:t>Щойно, скажу, обробив я їх молотом, а за напилок&lt;br /&gt;</w:t>
        <w:br/>
        <w:t>Так і не взявся: з-під рук твір мій забрали мені.&lt;br /&gt;</w:t>
        <w:br/>
        <w:t>Не похвали, отже, — ласки прошу: якщо та, читачу,&lt;br /&gt;</w:t>
        <w:br/>
        <w:t>Не гордуватимеш ним — матиму це за хвалу.&lt;br /&gt;</w:t>
        <w:br/>
        <w:t>Шлю тобі ще шість рядків — аби під назвою книги&lt;br /&gt;</w:t>
        <w:br/>
        <w:t>Дати їм місце, якщо гідні уваги вони.&lt;br /&gt;</w:t>
        <w:br/>
        <w:t>'Ти, хто цих згортків, сиріт сумних, рукою торкнувся!&lt;br /&gt;</w:t>
        <w:br/>
        <w:t>Зглянься на них! Хоч якесь місце у Римі їм дай!&lt;br /&gt;</w:t>
        <w:br/>
        <w:t>Зваж їх у світ не поет виряджав — при його похованні&lt;br /&gt;</w:t>
        <w:br/>
        <w:t>Хтось таки вихопив їх — попелом стати не дав.&lt;br /&gt;</w:t>
        <w:br/>
        <w:t>Змога була б — я сам шорсткуватий вірш би підправив,&lt;br /&gt;</w:t>
        <w:br/>
        <w:t>Де там нерівність яка — все б я до ладу довів".</w:t>
      </w:r>
    </w:p>
    <w:p>
      <w:r>
        <w:br/>
        <w:t>8&lt;br /&gt;</w:t>
        <w:br/>
        <w:t>Глибоководні назад попливуть — од верхів'їв до моря&lt;br /&gt;</w:t>
        <w:br/>
        <w:t>Ріки, а Сонце стрімких коней поверне на схід,&lt;br /&gt;</w:t>
        <w:br/>
        <w:t>Зорі земля понесе, небосхил — зачорніє під плугом,&lt;br /&gt;</w:t>
        <w:br/>
        <w:t>Полум'я з хвилі шугне, хвилею бризне вогонь.&lt;br /&gt;</w:t>
        <w:br/>
        <w:t>Все буде йти навпаки, супроти ладу в природі&lt;br /&gt;</w:t>
        <w:br/>
        <w:t>Світ у найменшій своїй крихті зіб'ється з путі;&lt;br /&gt;</w:t>
        <w:br/>
        <w:t>Що неможливим щойно здавалося — стане можливим,&lt;br /&gt;</w:t>
        <w:br/>
        <w:t>Не відшукаєш чогось, що неймовірним було б, —&lt;br /&gt;</w:t>
        <w:br/>
        <w:t>Я пророкую таке, бо ж той мене кинув, од кого&lt;br /&gt;</w:t>
        <w:br/>
        <w:t>Помочі ждав я в біді — першого з-поміж усіх!&lt;br /&gt;</w:t>
        <w:br/>
        <w:t>Так уже ти геть-чисто забув про мене, зрадливий,&lt;br /&gt;</w:t>
        <w:br/>
        <w:t>Так ізлякала тебе близькість чужої біди,&lt;br /&gt;</w:t>
        <w:br/>
        <w:t>Що й не зирнув у той бік, пониклого ти не розрадив,&lt;br /&gt;</w:t>
        <w:br/>
        <w:t>Навіть в останню путь приятеля не провів?&lt;br /&gt;</w:t>
        <w:br/>
        <w:t>Дружби самої ім'я — святе й шановане всюди —&lt;br /&gt;</w:t>
        <w:br/>
        <w:t>Ти, мов непотріб який, кинув під ноги собі!&lt;br /&gt;</w:t>
        <w:br/>
        <w:t>Що ж то за труд — того, хто впав, уражений громом,&lt;br /&gt;</w:t>
        <w:br/>
        <w:t>Поглядом теплим зігріть, мовою біль одвести,&lt;br /&gt;</w:t>
        <w:br/>
        <w:t>Разом над горем важким, якщо не сльозу, то хоч слово,&lt;br /&gt;</w:t>
        <w:br/>
        <w:t>Хай і не щире, а все ж лагідне слово зронить?&lt;br /&gt;</w:t>
        <w:br/>
        <w:t>Чи попрощатись прийти, прощаються ж і незнайомі,&lt;br /&gt;</w:t>
        <w:br/>
        <w:t>Просто, як звичай велить, поспівчувати в біді,&lt;br /&gt;</w:t>
        <w:br/>
        <w:t>Врешті, у вічі сумні, бо ж вік уже їх не побачиш,&lt;br /&gt;</w:t>
        <w:br/>
        <w:t>Глянути ще раз у цей справді останній мій день!&lt;br /&gt;</w:t>
        <w:br/>
        <w:t>І на моє "Прощавай!", що його вже ніколи не вчуєш,&lt;br /&gt;</w:t>
        <w:br/>
        <w:t>Наче відлунням услід відповісти: "Прощавай!"&lt;br /&gt;</w:t>
        <w:br/>
        <w:t>Інші ж поводились так, хоч нас ніщо не єднало, —&lt;br /&gt;</w:t>
        <w:br/>
        <w:t>Бачив я в їхніх очах щиру сльозу співчуття.&lt;br /&gt;</w:t>
        <w:br/>
        <w:t>Може, різнило щось нас? У дружбі тісній не були ми?&lt;br /&gt;</w:t>
        <w:br/>
        <w:t>Може, ті довгі роки нас не в'язала любов?&lt;br /&gt;</w:t>
        <w:br/>
        <w:t>Не допускав я тебе у своє — і грайливе, й поважне?&lt;br /&gt;</w:t>
        <w:br/>
        <w:t>Чи про твоє я не знав — і про поважне, й пусте?&lt;br /&gt;</w:t>
        <w:br/>
        <w:t>Може, зближував нас тільки Рим, та скільки разів ти&lt;br /&gt;</w:t>
        <w:br/>
        <w:t>Був і в мандрівках, згадай, до товариства мені!&lt;br /&gt;</w:t>
        <w:br/>
        <w:t>Все це намарно пішло — вітрам морським на забаву.&lt;br /&gt;</w:t>
        <w:br/>
        <w:t>Кануло в Лету усе, до забуття попливло?..&lt;br /&gt;</w:t>
        <w:br/>
        <w:t>Ні, не в погідному місті Квірина ти народився,&lt;br /&gt;</w:t>
        <w:br/>
        <w:t>Місті, куди не ступлю вже я ногою повік, —&lt;br /&gt;</w:t>
        <w:br/>
        <w:t>Лиш серед диких скель на лівому березі Понту,&lt;br /&gt;</w:t>
        <w:br/>
        <w:t>Де простяглися хмурні скіфські, сарматські хре&amp;і;&lt;br /&gt;</w:t>
        <w:br/>
        <w:t>Жили сплелись кам'яні довкола серця у тебе,&lt;br /&gt;</w:t>
        <w:br/>
        <w:t>Криця у грудях твоїх, а не чутлива душа.&lt;br /&gt;</w:t>
        <w:br/>
        <w:t>Та, що ссати тобі свої груди повні давала,&lt;br /&gt;</w:t>
        <w:br/>
        <w:t>Ще немовляті, була, певен я, з роду тигриць.&lt;br /&gt;</w:t>
        <w:br/>
        <w:t>В іншому разі горе моє ти чужим не вважав би,&lt;br /&gt;</w:t>
        <w:br/>
        <w:t>Й за безсердечність твою я не судив би тебе.&lt;br /&gt;</w:t>
        <w:br/>
        <w:t>Та коли й тим мої біди примножились, що молодечі&lt;br /&gt;</w:t>
        <w:br/>
        <w:t>Нашої дружби роки правди собі не дали, —&lt;br /&gt;</w:t>
        <w:br/>
        <w:t>Допоможи твою зраду забути, хай тими ж устами,&lt;br /&gt;</w:t>
        <w:br/>
        <w:t>Що докоряю тобі, ще заспіваю хвалу.</w:t>
      </w:r>
    </w:p>
    <w:p>
      <w:r>
        <w:br/>
        <w:t>9&lt;br /&gt;</w:t>
        <w:br/>
        <w:t>Хай без пригоди тобі посприяє межі досягнути&lt;br /&gt;</w:t>
        <w:br/>
        <w:t>Доля, якщо на цей твір глянеш ти оком незлим.&lt;br /&gt;</w:t>
        <w:br/>
        <w:t>Ще ж і благання, що ними не міг я схилити всевишніх,&lt;br /&gt;</w:t>
        <w:br/>
        <w:t>Щоб не карали мене, хай допоможуть тобі.&lt;br /&gt;</w:t>
        <w:br/>
        <w:t>Поки щасливо живеш — багатьох рахуватимеш друзів,&lt;br /&gt;</w:t>
        <w:br/>
        <w:t>Хмарні настануть часи — лишишся на самоті.&lt;br /&gt;</w:t>
        <w:br/>
        <w:t>Бачиш: де крівля ясна — голубів там пурхають зграї,&lt;br /&gt;</w:t>
        <w:br/>
        <w:t>А до зруйнованих веж птах ні один не летить.&lt;br /&gt;</w:t>
        <w:br/>
        <w:t>Як до комор, де й крихти нема, не сповзуться мурашки,&lt;br /&gt;</w:t>
        <w:br/>
        <w:t>Так — і друзі у дім, що до кінця зубожів.&lt;br /&gt;</w:t>
        <w:br/>
        <w:t>Як за супутницю — тінь, коли всміхається сонце,&lt;br /&gt;</w:t>
        <w:br/>
        <w:t>А не проб'ється з-за хмар, глянеш — і тіні нема,&lt;br /&gt;</w:t>
        <w:br/>
        <w:t>Так і мінлива юрба Фортуні вдивляється в вічі;&lt;br /&gt;</w:t>
        <w:br/>
        <w:t>Варто нахмуритись їй — врозтіч уся та юрба.&lt;br /&gt;</w:t>
        <w:br/>
        <w:t>Те, що кажу, хай вік тобі видається брехнею!&lt;br /&gt;</w:t>
        <w:br/>
        <w:t>Я ж усю правду гірку слів тих на ділі пізнав.&lt;br /&gt;</w:t>
        <w:br/>
        <w:t>Доки стійким було щастя моє, наш дім, хоч відомий,&lt;br /&gt;</w:t>
        <w:br/>
        <w:t>Та не пихатий, приймав цілі загони гостей.&lt;br /&gt;</w:t>
        <w:br/>
        <w:t>А як од грому здригнувсь — усі, налякавшись падіння,&lt;br /&gt;</w:t>
        <w:br/>
        <w:t>Дружно втекли, аби їх не зачепило, бува.&lt;br /&gt;</w:t>
        <w:br/>
        <w:t>Дива нема, що так уже всі блискавиці бояться:&lt;br /&gt;</w:t>
        <w:br/>
        <w:t>Від налітнбго вогню все по сусідству горить.&lt;br /&gt;</w:t>
        <w:br/>
        <w:t>Та, коли друг свого друга в біді одинцем не лишає,&lt;br /&gt;</w:t>
        <w:br/>
        <w:t>Те й у своїх ворогах Цезар уміє цінить,&lt;br /&gt;</w:t>
        <w:br/>
        <w:t>Верх справедливості й міри, — чи буде у гніві за те, що&lt;br /&gt;</w:t>
        <w:br/>
        <w:t>Ти й до поверженого тепле чуття бережеш?&lt;br /&gt;</w:t>
        <w:br/>
        <w:t>Бачивши те, в якій дружбі Пілад з арголідцем Орестом,&lt;br /&gt;</w:t>
        <w:br/>
        <w:t>НавітьТоант їм обом, кажуть, належне оддав.&lt;br /&gt;</w:t>
        <w:br/>
        <w:t>Вірність, що поміж Ахіллом великим та Акторідом&lt;br /&gt;</w:t>
        <w:br/>
        <w:t>Завжди стійкою була, Гектор хвалити любив.&lt;br /&gt;</w:t>
        <w:br/>
        <w:t>А що Тесей благочесний зійшов за другом до Манів,&lt;br /&gt;</w:t>
        <w:br/>
        <w:t>Те навіть Тартару бог, кажуть, із болем прийняв.&lt;br /&gt;</w:t>
        <w:br/>
        <w:t>Так, мабуть, Турне, й ти просльозивсь, коли з Евріалом,&lt;br /&gt;</w:t>
        <w:br/>
        <w:t>Вірний йому до кінця, Ніс по-геройському впав.&lt;br /&gt;</w:t>
        <w:br/>
        <w:t>Ласку до тих, хто подоланий, і в ворогів поважають —&lt;br /&gt;</w:t>
        <w:br/>
        <w:t>Горе! Як мало ко;о словом своїм зворушу!..&lt;br /&gt;</w:t>
        <w:br/>
        <w:t>Так воно склалось уже, така мене доля спіткала.&lt;br /&gt;</w:t>
        <w:br/>
        <w:t>Що тільки сльози тепер мушу невпинно ронить.&lt;br /&gt;</w:t>
        <w:br/>
        <w:t>Та хоч який мене сум огорнув од важкого удару,&lt;br /&gt;</w:t>
        <w:br/>
        <w:t>Успіх твій втішив мене, аж просвітліла душа.&lt;br /&gt;</w:t>
        <w:br/>
        <w:t>Я передбачив його, пйюрожчий друже, в ту пору,&lt;br /&gt;</w:t>
        <w:br/>
        <w:t>Ще коли твій корабель з вітром помірнішим плив.&lt;br /&gt;</w:t>
        <w:br/>
        <w:t>І якщо звичаї добрі й життя бездоганне щось важать,&lt;br /&gt;</w:t>
        <w:br/>
        <w:t>То з-між усіх я тобі першість напевне б оддав.&lt;br /&gt;</w:t>
        <w:br/>
        <w:t>І якщо в мовленні хтось вершин сягнув щонайвищих,&lt;br /&gt;</w:t>
        <w:br/>
        <w:t>То чи не ти подаєш будь-якій справі вінець?&lt;br /&gt;</w:t>
        <w:br/>
        <w:t>Я це одразу сказав, твій хист помітивши: "Друже,&lt;br /&gt;</w:t>
        <w:br/>
        <w:t>Твій неабиякий дар сцени широкої жде!"&lt;br /&gt;</w:t>
        <w:br/>
        <w:t>І не з печінки вівці, не з лівих гуркотів грому,&lt;br /&gt;</w:t>
        <w:br/>
        <w:t>Лету чи мови птахів пророкував я таке:&lt;br /&gt;</w:t>
        <w:br/>
        <w:t>Розум — за віщуна, майбутнє він прозріває,&lt;br /&gt;</w:t>
        <w:br/>
        <w:t>З ним я — не треба прикмет — вгледіти правду зумів.&lt;br /&gt;</w:t>
        <w:br/>
        <w:t>А що здійснилось усе — тебе й себе з тим вітаю,&lt;br /&gt;</w:t>
        <w:br/>
        <w:t>Щиро вітаю, бо ти хисту свого не втаїв.&lt;br /&gt;</w:t>
        <w:br/>
        <w:t>О, якби свій я втаїв! Якби свою працю на світло&lt;br /&gt;</w:t>
        <w:br/>
        <w:t>Не виставляв я колись, а непримітно творив!..&lt;br /&gt;</w:t>
        <w:br/>
        <w:t>Як, велемовний, тобі посприяло поважне мистецтво,&lt;br /&gt;</w:t>
        <w:br/>
        <w:t>Так легковажне моє шкоду мені принесло.&lt;br /&gt;</w:t>
        <w:br/>
        <w:t>Втім, все життя моє — перед тобою: хоч подавав я&lt;br /&gt;</w:t>
        <w:br/>
        <w:t>Приписи різні, та сам одаль тримався од них.&lt;br /&gt;</w:t>
        <w:br/>
        <w:t>Знаєш ті давні пісні мої, ті молодечі забави:&lt;br /&gt;</w:t>
        <w:br/>
        <w:t>їх і хвалити не варт — от собі жарти пусті.&lt;br /&gt;</w:t>
        <w:br/>
        <w:t>Виправдань стільки моїх. Але чи аж так провинивсь я,&lt;br /&gt;</w:t>
        <w:br/>
        <w:t>Щоб і прощення мені, поки живу, не було?&lt;br /&gt;</w:t>
        <w:br/>
        <w:t>Тож усіляко мене захищай, моїй справі не зраджуй,&lt;br /&gt;</w:t>
        <w:br/>
        <w:t>Гідно в дорогу рушай — гідно ступай до кінця!</w:t>
      </w:r>
    </w:p>
    <w:p>
      <w:r>
        <w:br/>
        <w:t>10&lt;br /&gt;</w:t>
        <w:br/>
        <w:t>Є (і хай буде, молю!) корабель мій в опіці Мінерви,&lt;br /&gt;</w:t>
        <w:br/>
        <w:t>Він — із шоломом її, звідси й ім'я собі взяв.&lt;br /&gt;</w:t>
        <w:br/>
        <w:t>Треба вітрило піднять — жене його подув найменший,&lt;br /&gt;</w:t>
        <w:br/>
        <w:t>Треба весла — побіжить, тільки-но вдариш веслом.&lt;br /&gt;</w:t>
        <w:br/>
        <w:t>Птахом не тільки супутців своїх, а й ті обганяє&lt;br /&gt;</w:t>
        <w:br/>
        <w:t>Судна, що в далеч морську рушили ще перед ним.&lt;br /&gt;</w:t>
        <w:br/>
        <w:t>Він і до хвилі стійкий, і натиску вод не боїться,&lt;br /&gt;</w:t>
        <w:br/>
        <w:t>Не протікає, хоч як люто вдаряють вони.&lt;br /&gt;</w:t>
        <w:br/>
        <w:t>Я у корінфських Кенхреях уперше з ним познайомивсь —&lt;br /&gt;</w:t>
        <w:br/>
        <w:t>Другом вигнанця він став, другом і провідником.&lt;br /&gt;</w:t>
        <w:br/>
        <w:t>Скільки пригод і ворожих вітрів, що хвилю збивали,&lt;br /&gt;</w:t>
        <w:br/>
        <w:t>Він за собою лишив — з ласки Паллади вцілів!&lt;br /&gt;</w:t>
        <w:br/>
        <w:t>Хай і тепер — о боги! — до гирла просторого Понту&lt;br /&gt;</w:t>
        <w:br/>
        <w:t>Мчить і щасливо сягне ґетських далеких країв!&lt;br /&gt;</w:t>
        <w:br/>
        <w:t>Тільки-но в море, що Гелли ім'ям відоме, ввійшов він,&lt;br /&gt;</w:t>
        <w:br/>
        <w:t>Через морську широчінь стежку провівши вузьку,&lt;br /&gt;</w:t>
        <w:br/>
        <w:t>Вліво звернули ми біг, а там, лишивши позаду&lt;br /&gt;</w:t>
        <w:br/>
        <w:t>Гектара місто, ввійшли, Імбріє, в гавань твою.&lt;br /&gt;</w:t>
        <w:br/>
        <w:t>Потім під вітром легким, обігнувши Зерінф, на фракійський&lt;br /&gt;</w:t>
        <w:br/>
        <w:t>Самос повів борозну втомлений наш корабель.&lt;br /&gt;</w:t>
        <w:br/>
        <w:t>А звідтіля, хто в Темпіру пливе, — недалека дорога;&lt;br /&gt;</w:t>
        <w:br/>
        <w:t>Далі мені корабель вже за супутця не був:&lt;br /&gt;</w:t>
        <w:br/>
        <w:t>Пішки я взявся пройти по розлогій Бістонській рівнині,&lt;br /&gt;</w:t>
        <w:br/>
        <w:t>Він же тим часом назад до Гелеспонту пливе.&lt;br /&gt;</w:t>
        <w:br/>
        <w:t>Мчить до Дарданії він, що засновника носить імення,&lt;br /&gt;</w:t>
        <w:br/>
        <w:t>І до Лампсака, де ти, боже сільський, оселивсь;&lt;br /&gt;</w:t>
        <w:br/>
        <w:t>До неспокійних вузин, що поміж Абідом і Сестом,&lt;br /&gt;</w:t>
        <w:br/>
        <w:t>Де на загибель свою діва злощасна пливла,&lt;br /&gt;</w:t>
        <w:br/>
        <w:t>Далі — до Кізіка шлях, що ген при самій Пропонтиді,-&lt;br /&gt;</w:t>
        <w:br/>
        <w:t>Місто це славне колись люд гемонійський заклав,-&lt;br /&gt;</w:t>
        <w:br/>
        <w:t>Потім — де берег Візантія, що над протокою Понту, —&lt;br /&gt;</w:t>
        <w:br/>
        <w:t>Навстіж для двох морів двері відчинено там;&lt;br /&gt;</w:t>
        <w:br/>
        <w:t>Хай він долає той шлях і між скель Кіанейських рухливих&lt;br /&gt;</w:t>
        <w:br/>
        <w:t>З Австром тугим, ходовим хай легкокрило промчить,&lt;br /&gt;</w:t>
        <w:br/>
        <w:t>Щоб і Фінійську затоку пройти, й Аполлонове місто,&lt;br /&gt;</w:t>
        <w:br/>
        <w:t>І підійти до стрімких Анхіалієвих стін;&lt;br /&gt;</w:t>
        <w:br/>
        <w:t>Порт Месембрійський лишити позаду й Одесс, і ті вежі,&lt;br /&gt;</w:t>
        <w:br/>
        <w:t>Що під іменням твоїм, Вакху, відомі давно,&lt;br /&gt;</w:t>
        <w:br/>
        <w:t>Й інші укріплення, де, за переказом, люд, який вийшов&lt;br /&gt;</w:t>
        <w:br/>
        <w:t>Від Алкатоєвих стін, Ларів своїх прихистив.&lt;br /&gt;</w:t>
        <w:br/>
        <w:t>Хай непошкодженим він допливе до мілетськрго міста,&lt;br /&gt;</w:t>
        <w:br/>
        <w:t>Де мені жити велів гнівом охоплений бог.&lt;br /&gt;</w:t>
        <w:br/>
        <w:t>Кине свій якір він там — подарую Мінерві овечку,&lt;br /&gt;</w:t>
        <w:br/>
        <w:t>Бо на щось краще, на жаль, я не спроможусь уже.&lt;br /&gt;</w:t>
        <w:br/>
        <w:t>Славні Тіндара сини, що на острові тому в пошані,&lt;br /&gt;</w:t>
        <w:br/>
        <w:t>Майте в опіці своїй ці дві дороги мої.&lt;br /&gt;</w:t>
        <w:br/>
        <w:t>Першому з двох кораблів треба йти в Сімплегадські вузини,&lt;br /&gt;</w:t>
        <w:br/>
        <w:t>Другому — бити веслом по Бістонійській воді.&lt;br /&gt;</w:t>
        <w:br/>
        <w:t>Будьте ласкаві до них, і, хоч різні шляхи їхні в морі,-&lt;br /&gt;</w:t>
        <w:br/>
        <w:t>Все ж їм обом водночас вітер хай дме ходовий.</w:t>
      </w:r>
    </w:p>
    <w:p>
      <w:r>
        <w:br/>
        <w:t>11&lt;br /&gt;</w:t>
        <w:br/>
        <w:t>Кожен рядок, що його в тій книжині моїй прочитаєш,&lt;br /&gt;</w:t>
        <w:br/>
        <w:t>Я у дорозі складав, у небезпечній, важкій.&lt;br /&gt;</w:t>
        <w:br/>
        <w:t>Бачила й Адрія те, як під подихом грудня морозним&lt;br /&gt;</w:t>
        <w:br/>
        <w:t>Я серед моря таки, хоч і тремтів, та писав.&lt;br /&gt;</w:t>
        <w:br/>
        <w:t>Так і тоді, коли Істм я покинув — море подвійне —&lt;br /&gt;</w:t>
        <w:br/>
        <w:t>Й перемінив корабель, кваплячись на чужину,&lt;br /&gt;</w:t>
        <w:br/>
        <w:t>Думаю, добре таки здивував я Кіклади Егейські:&lt;br /&gt;</w:t>
        <w:br/>
        <w:t>Хто це віршує, мовляв, під завивання вітрів?&lt;br /&gt;</w:t>
        <w:br/>
        <w:t>Сам я дивуюсь не раз, що тоді в хвилюванні такому&lt;br /&gt;</w:t>
        <w:br/>
        <w:t>Моря й моєї душі хист мій не знітивсь, не впав.&lt;br /&gt;</w:t>
        <w:br/>
        <w:t>Цю мою пильність як хочеш назви: безглуздям чи шалом —&lt;br /&gt;</w:t>
        <w:br/>
        <w:t>Знай лиш: душею вціліть вірші мені помогли.&lt;br /&gt;</w:t>
        <w:br/>
        <w:t>Часто, непевний життя, під понурими Гедами плив я,&lt;br /&gt;</w:t>
        <w:br/>
        <w:t>Часто до сходу Плеяд бурилась пінява хлань.&lt;br /&gt;</w:t>
        <w:br/>
        <w:t>Ніч насилав серед дня Ведмедиці менальської сторож,&lt;br /&gt;</w:t>
        <w:br/>
        <w:t>Австр добиравсь до Гіад зливним осіннім дощем.&lt;br /&gt;</w:t>
        <w:br/>
        <w:t>Море не раз у судно проривалось, та я — чи повіриш? —&lt;br /&gt;</w:t>
        <w:br/>
        <w:t>Хай і тремтливо, та все ж стилосом далі водив.&lt;br /&gt;</w:t>
        <w:br/>
        <w:t>Снасті ось і тепер під тугим дзвенять Аквілоном,&lt;br /&gt;</w:t>
        <w:br/>
        <w:t>Мов велетенська мара, згорбившись, хвиля встає,&lt;br /&gt;</w:t>
        <w:br/>
        <w:t>Навіть керманич забув про мистецтво своє і, до неба&lt;br /&gt;</w:t>
        <w:br/>
        <w:t>Знявши долоні тремкі, ласки благає в богів.&lt;br /&gt;</w:t>
        <w:br/>
        <w:t>Зором куди не сягну — повсюди смерті обличчя,&lt;br /&gt;</w:t>
        <w:br/>
        <w:t>Що і жахає, бліда, й вабить мене водночас.&lt;br /&gt;</w:t>
        <w:br/>
        <w:t>Хай я на берег ступлю, але страшить мене й берег:&lt;br /&gt;</w:t>
        <w:br/>
        <w:t>Більше ж бо там небезпек, ніж на бурхливій воді.&lt;br /&gt;</w:t>
        <w:br/>
        <w:t>Море чи люди — підступність одна: там меч, а тут хвиля,&lt;br /&gt;</w:t>
        <w:br/>
        <w:t>їх однаково я, хоч вони різні, боюсь.&lt;br /&gt;</w:t>
        <w:br/>
        <w:t>Там зазіхало б на кров мою лезо, а тут уже хвиля&lt;br /&gt;</w:t>
        <w:br/>
        <w:t>Перехопити таку жертву для себе спішить.&lt;br /&gt;</w:t>
        <w:br/>
        <w:t>Варвари зліва живуть, грабунок там верховодить,&lt;br /&gt;</w:t>
        <w:br/>
        <w:t>І не вщухають війна, кровопролиття, розбій.&lt;br /&gt;</w:t>
        <w:br/>
        <w:t>Хоч і шаліє зима, збиваючи хвилю на морі,&lt;br /&gt;</w:t>
        <w:br/>
        <w:t>Більше хвилюється все ж остраху повна душа.&lt;br /&gt;</w:t>
        <w:br/>
        <w:t>Будь же вибачливим, любий читачу, якщо те писання&lt;br /&gt;</w:t>
        <w:br/>
        <w:t>Не оправдає твоїх — що тут поробиш? — надій.&lt;br /&gt;</w:t>
        <w:br/>
        <w:t>Я ж не творю, як було, в глибині затишного саду,&lt;br /&gt;</w:t>
        <w:br/>
        <w:t>Не у постелі м'якій вірші сную залюбки —&lt;br /&gt;</w:t>
        <w:br/>
        <w:t>Забавка хвиль, при вбогій на світло днині зимовій&lt;br /&gt;</w:t>
        <w:br/>
        <w:t>Вірш цей пишу, а вода б'є, заливає сувій.&lt;br /&gt;</w:t>
        <w:br/>
        <w:t>Піниться злобна зима: писати, бач, я насміливсь,&lt;br /&gt;</w:t>
        <w:br/>
        <w:t>От і лютує вона, чим лише може, грозить.</w:t>
      </w:r>
    </w:p>
    <w:p>
      <w:r>
        <w:br/>
        <w:t>КНИГА ДРУГА</w:t>
      </w:r>
    </w:p>
    <w:p>
      <w:r>
        <w:br/>
        <w:t>1&lt;br /&gt;</w:t>
        <w:br/>
        <w:t>Хай вже долає мене, лиш за поступку я вимагаю&lt;br /&gt;</w:t>
        <w:br/>
        <w:t>Поступки: я — не пишу, хай не шаліє — вона.&lt;br /&gt;</w:t>
        <w:br/>
        <w:t>Нині мені не до вас, книжечки, нещаслива турбото!&lt;br /&gt;</w:t>
        <w:br/>
        <w:t>Чи то не хист мій, не ви — привід падіння мого?&lt;br /&gt;</w:t>
        <w:br/>
        <w:t>Що ж до засуджених Муз я знов мимоволі горнуся?&lt;br /&gt;</w:t>
        <w:br/>
        <w:t>Може, замало мені кару одну понести?&lt;br /&gt;</w:t>
        <w:br/>
        <w:t>Вірші — причина того, що мене й мою поведінку&lt;br /&gt;</w:t>
        <w:br/>
        <w:t>Через "Мистецтво" моє Цезар тоді засудив.&lt;br /&gt;</w:t>
        <w:br/>
        <w:t>Звільниш мене від жаги віршування — від осуду звільниш:&lt;br /&gt;</w:t>
        <w:br/>
        <w:t>Я через вірші, кажу, кари такої зазнав.&lt;br /&gt;</w:t>
        <w:br/>
        <w:t>Ось нагорода за працю мою, за ночі безсонні,&lt;br /&gt;</w:t>
        <w:br/>
        <w:t>Ось вона: хистом своїм занапастив я себе!&lt;br /&gt;</w:t>
        <w:br/>
        <w:t>Мав би я глузд — по праву б одрікся сестер учених —&lt;br /&gt;</w:t>
        <w:br/>
        <w:t>Муз, що своєму слузі он яку плату дали!&lt;br /&gt;</w:t>
        <w:br/>
        <w:t>Я ж (до хвороби шал долучився) знов уже ставлю&lt;br /&gt;</w:t>
        <w:br/>
        <w:t>Ногу на східець хисткий, де підкосило мене.&lt;br /&gt;</w:t>
        <w:br/>
        <w:t>Так гладіатор подоланий — знов на арену ступає,&lt;br /&gt;</w:t>
        <w:br/>
        <w:t>Так, побувавши в біді, знов іде в море судно.&lt;br /&gt;</w:t>
        <w:br/>
        <w:t>Може, й мені, як колись владареві тевтрантського краю,&lt;br /&gt;</w:t>
        <w:br/>
        <w:t>Вигоїть рану лиш те, що спричинило її.&lt;br /&gt;</w:t>
        <w:br/>
        <w:t>Муза накликала гнів — сама його й заспокоїть:&lt;br /&gt;</w:t>
        <w:br/>
        <w:t>Навіть великих богів піснею можна вблагать.&lt;br /&gt;</w:t>
        <w:br/>
        <w:t>Так авзонійським жінкам веженосну богиню вславляти&lt;br /&gt;</w:t>
        <w:br/>
        <w:t>Піснею з року на рік сам таки Цезар звелів.&lt;br /&gt;</w:t>
        <w:br/>
        <w:t>Славити й Феба звелів, поновивши у нас величаві&lt;br /&gt;</w:t>
        <w:br/>
        <w:t>Грища, що їх тільки раз може побачити вік&lt;br /&gt;</w:t>
        <w:br/>
        <w:t>Хай же і від мого, найласкавіший Цезарю, хисту&lt;br /&gt;</w:t>
        <w:br/>
        <w:t>Вляжеться гнів твій; візьми інших богів за зразок!&lt;br /&gt;</w:t>
        <w:br/>
        <w:t>Це — справедливий гнів, не перечу — йога заслужив я,&lt;br /&gt;</w:t>
        <w:br/>
        <w:t>Бо не настільки зійшов сором з обличчя мого.&lt;br /&gt;</w:t>
        <w:br/>
        <w:t>Втім, коли б я не спіткнувсь, чи мав би ти що вибачати?&lt;br /&gt;</w:t>
        <w:br/>
        <w:t>Ласці явитись твоїй доля моя помогла.&lt;br /&gt;</w:t>
        <w:br/>
        <w:t>Таж якби громом Юпітер карав за найменшу провину —&lt;br /&gt;</w:t>
        <w:br/>
        <w:t>Скоро б розтратив усі до однієї стріли.&lt;br /&gt;</w:t>
        <w:br/>
        <w:t>Він же, коли загримить, аж світ од жаху здригнеться,&lt;br /&gt;</w:t>
        <w:br/>
        <w:t>Знов, розігнавши дощі, робить повітря ясним.&lt;br /&gt;</w:t>
        <w:br/>
        <w:t>Тож недарма він — Батько богів і їхній велитель,&lt;br /&gt;</w:t>
        <w:br/>
        <w:t>Тож недаремно над ним вищого в світі нема.&lt;br /&gt;</w:t>
        <w:br/>
        <w:t>Так от і ти, кого звуть велителем, Батьком вітчизни,&lt;br /&gt;</w:t>
        <w:br/>
        <w:t>Бога, з ким ділиш ім'я, звичаї ще поділи.&lt;br /&gt;</w:t>
        <w:br/>
        <w:t>Зайве, певно, кажу: чи хтось іще так розважно,&lt;br /&gt;</w:t>
        <w:br/>
        <w:t>Так бездоганно, як ти, віжки державні тримав?&lt;br /&gt;</w:t>
        <w:br/>
        <w:t>Ти до своїх ворогів переможених мав милосердя,&lt;br /&gt;</w:t>
        <w:br/>
        <w:t>Хоч на ту ласку від них сам сподіватись не міг.&lt;br /&gt;</w:t>
        <w:br/>
        <w:t>Бачив я: тих, хто вчора мечем на життя твоє важив,&lt;br /&gt;</w:t>
        <w:br/>
        <w:t>Згодом багатствами ти й почестями наділяв.&lt;br /&gt;</w:t>
        <w:br/>
        <w:t>День, що край клав війні, клав край і гніву твоєму:&lt;br /&gt;</w:t>
        <w:br/>
        <w:t>Ті, що схрестили мечі, разом дари несли в храм.&lt;br /&gt;</w:t>
        <w:br/>
        <w:t>І, як твої вояки, перемозі над ворогом раді,&lt;br /&gt;</w:t>
        <w:br/>
        <w:t>Так переможений рад, що над ним гору ти взяв.&lt;br /&gt;</w:t>
        <w:br/>
        <w:t>Менша провина моя: не знімав я меча проти тебе,&lt;br /&gt;</w:t>
        <w:br/>
        <w:t>Та й до ворожих тобі не приставав я людей.&lt;br /&gt;</w:t>
        <w:br/>
        <w:t>Морем, землею клянусь і тими, хто в третій стихії,&lt;br /&gt;</w:t>
        <w:br/>
        <w:t>Як і тобою, хто став явним для нас божеством, —&lt;br /&gt;</w:t>
        <w:br/>
        <w:t>Серцем тобі я сприяв, найвеличніший, чим іще іншим,&lt;br /&gt;</w:t>
        <w:br/>
        <w:t>Чим, як не хистом своїм я прислужитися міг?&lt;br /&gt;</w:t>
        <w:br/>
        <w:t>Разом із людом усім, дрібна його крихта, просив я,&lt;br /&gt;</w:t>
        <w:br/>
        <w:t>Щоб зоресяйних осель ти ще не скоро сягнув.&lt;br /&gt;</w:t>
        <w:br/>
        <w:t>Ладан палив я тобі й, один з багатьох, я за тебе&lt;br /&gt;</w:t>
        <w:br/>
        <w:t>Щиро всевишніх благав у всенароднім гурті.&lt;br /&gt;</w:t>
        <w:br/>
        <w:t>Вже не кажу про книжки: й вони, дарма, що провинні,&lt;br /&gt;</w:t>
        <w:br/>
        <w:t>Всіяні йменням твоїм чи не на кожнім листку.&lt;br /&gt;</w:t>
        <w:br/>
        <w:t>Глянь у поему про перевтілення — про неймовірне,&lt;br /&gt;</w:t>
        <w:br/>
        <w:t>Більший мій твір, що його я до кінця не довів:&lt;br /&gt;</w:t>
        <w:br/>
        <w:t>Глянь — і побачиш, що й тут імення твоє прославляю,&lt;br /&gt;</w:t>
        <w:br/>
        <w:t>Знайдеш і тут не один доказ мого почуття.&lt;br /&gt;</w:t>
        <w:br/>
        <w:t>Годі, одначе, славу твою примножити віршем:&lt;br /&gt;</w:t>
        <w:br/>
        <w:t>їй, що сягнула висот, нікуди більше рости.&lt;br /&gt;</w:t>
        <w:br/>
        <w:t>Все ж і Юпітер — а світ його славою повен по вінця —&lt;br /&gt;</w:t>
        <w:br/>
        <w:t>Рад, коли в пісні гучній люд вихваляє його.&lt;br /&gt;</w:t>
        <w:br/>
        <w:t>Мабуть, приємно йому, коли пісня богам нагадає,&lt;br /&gt;</w:t>
        <w:br/>
        <w:t>Як то гігантів, було, з неба повергли вони.&lt;br /&gt;</w:t>
        <w:br/>
        <w:t>Хай тебе інші співці звеличують словом належним,&lt;br /&gt;</w:t>
        <w:br/>
        <w:t>Хистом щедрішим тобі хай проспівають хвалу.&lt;br /&gt;</w:t>
        <w:br/>
        <w:t>Все ж, як жертвою сотні биків звеселиться Юпітер,&lt;br /&gt;</w:t>
        <w:br/>
        <w:t>Так до вподоби йому й ладану жменька мала.&lt;br /&gt;</w:t>
        <w:br/>
        <w:t>Серця не мав, далебі, став ворогом першим для мене,&lt;br /&gt;</w:t>
        <w:br/>
        <w:t>Хто тобі жарти мої, вірші легкі, прочитав:&lt;br /&gt;</w:t>
        <w:br/>
        <w:t>Заздрісник той не хотів, щоб ти оцінив усе інше —&lt;br /&gt;</w:t>
        <w:br/>
        <w:t>Де на поважнім ладу шану співаю тобі.&lt;br /&gt;</w:t>
        <w:br/>
        <w:t>Хто ж, коли ти одвернувсь, може другом бути для мене?&lt;br /&gt;</w:t>
        <w:br/>
        <w:t>Іноді — сам собі я недругом стати готов.&lt;br /&gt;</w:t>
        <w:br/>
        <w:t>Як лиш будинок почне осідати — він тут же вагою&lt;br /&gt;</w:t>
        <w:br/>
        <w:t>Тіла всього на той бік тисне, який похиливсь.&lt;br /&gt;</w:t>
        <w:br/>
        <w:t>Тріщина хай пробіжить — розсуваються стіни, й додолу&lt;br /&gt;</w:t>
        <w:br/>
        <w:t>Падає з гуркотом він — сам під своїм тягарем.&lt;br /&gt;</w:t>
        <w:br/>
        <w:t>Став я ненависним — ось плоди мого віршування,&lt;br /&gt;</w:t>
        <w:br/>
        <w:t>Як мене ти оцінив, так, зрозуміло, й усі.&lt;br /&gt;</w:t>
        <w:br/>
        <w:t>А, пам'ятаю, колись ти життя моє, звичаї, вчинки&lt;br /&gt;</w:t>
        <w:br/>
        <w:t>Часто хвалив; саме ти в вершники вивів мене.&lt;br /&gt;</w:t>
        <w:br/>
        <w:t>Хай це в рахунок не йде, хай чесність — ще не заслуга,&lt;br /&gt;</w:t>
        <w:br/>
        <w:t>Все ж за собою вини, злочину не визнаю.&lt;br /&gt;</w:t>
        <w:br/>
        <w:t>В добру годину мені судові довірено справи,&lt;br /&gt;</w:t>
        <w:br/>
        <w:t>Де заслуховують їх десять по десять мужів.&lt;br /&gt;</w:t>
        <w:br/>
        <w:t>Та й у приватних позовах я виступав бездоганно:&lt;br /&gt;</w:t>
        <w:br/>
        <w:t>Навіть як хто програвав — не сумнівавсь у мені.&lt;br /&gt;</w:t>
        <w:br/>
        <w:t>Горе! Якби не та доля лиха, твій суд справедливий&lt;br /&gt;</w:t>
        <w:br/>
        <w:t>Міг би не раз у житті порятувати мене.&lt;br /&gt;</w:t>
        <w:br/>
        <w:t>Випадок збив мене з ніг; од першого натиску бурі&lt;br /&gt;</w:t>
        <w:br/>
        <w:t>Зразу під воду пішов досі міцний корабель.&lt;br /&gt;</w:t>
        <w:br/>
        <w:t>Не якась хвиля одна зробила це, моря частинка, —&lt;br /&gt;</w:t>
        <w:br/>
        <w:t>Все воно вдарило враз, велет увесь — Океан.&lt;br /&gt;</w:t>
        <w:br/>
        <w:t>Нащо завважив я те, за що мене так не злюбив ти?&lt;br /&gt;</w:t>
        <w:br/>
        <w:t>Нащо ж я сам себе нехотя винним зробив?&lt;br /&gt;</w:t>
        <w:br/>
        <w:t>Нехотя глянув, було, Актеон на Мисливицю голу —&lt;br /&gt;</w:t>
        <w:br/>
        <w:t>Й тут же здобиччю став — сам для своїх гончаків.&lt;br /&gt;</w:t>
        <w:br/>
        <w:t>Значить, пощади й од бога не жди, коли випадково&lt;br /&gt;</w:t>
        <w:br/>
        <w:t>Ти перед ним завинив а чи образив його.&lt;br /&gt;</w:t>
        <w:br/>
        <w:t>В той злощасний мій день, коли, кажу, я спіткнувся, —&lt;br /&gt;</w:t>
        <w:br/>
        <w:t>Впав невеликий, та все ж незаплямований дім.&lt;br /&gt;</w:t>
        <w:br/>
        <w:t>Хай невеликий, та з давніх часів порядністю знаний,&lt;br /&gt;</w:t>
        <w:br/>
        <w:t>А благородству його всякий позаздрити б міг.&lt;br /&gt;</w:t>
        <w:br/>
        <w:t>Не вирізнявся нічим — ні вбогістю, ні пишнотою,&lt;br /&gt;</w:t>
        <w:br/>
        <w:t>Рівний між рівними був — простого вершника дім.&lt;br /&gt;</w:t>
        <w:br/>
        <w:t>Та хоч не міг би він ні майном, ні станом хвалитись —&lt;br /&gt;</w:t>
        <w:br/>
        <w:t>Хист мій не дав би йому нидіти у забутті.&lt;br /&gt;</w:t>
        <w:br/>
        <w:t>Кажуть, що хист той я на пусте, на жарти розтратив,&lt;br /&gt;</w:t>
        <w:br/>
        <w:t>Але ж імення моє світу відоме всьому.&lt;br /&gt;</w:t>
        <w:br/>
        <w:t>Скільки-то світлих умів і знає Назона, й до кола&lt;br /&gt;</w:t>
        <w:br/>
        <w:t>Славних обранців своїх, поцінувавши, бере.&lt;br /&gt;</w:t>
        <w:br/>
        <w:t>От він і впав, хоч милий був Музам, дім під вагою,&lt;br /&gt;</w:t>
        <w:br/>
        <w:t>Хай однієї, але досить важкої вини.&lt;br /&gt;</w:t>
        <w:br/>
        <w:t>Так він, одначе, впав, що піднятися б міг із руїни.&lt;br /&gt;</w:t>
        <w:br/>
        <w:t>Тільки б ласкавішим став, визрівши, Цезаря гнів.&lt;br /&gt;</w:t>
        <w:br/>
        <w:t>Та й в покаранні видався він аж надто ласкавим:&lt;br /&gt;</w:t>
        <w:br/>
        <w:t>Я за провину свою гіршої долі чекав.&lt;br /&gt;</w:t>
        <w:br/>
        <w:t>Ти-бо життя дарував, твій гнів не сягнув аж до смерті,&lt;br /&gt;</w:t>
        <w:br/>
        <w:t>В міру могуттям своїм, принцепсе, ти скориставсь.&lt;br /&gt;</w:t>
        <w:br/>
        <w:t>Ще ж і майна не забрав, зберіг нам батьківський спадок,&lt;br /&gt;</w:t>
        <w:br/>
        <w:t>Мовби життя вберегти — ще не такий цінний дар.&lt;br /&gt;</w:t>
        <w:br/>
        <w:t>Не засудив мого вчинку ти рішенням членів сенату,&lt;br /&gt;</w:t>
        <w:br/>
        <w:t>Та й на вигнання мене суд особливий не слав:&lt;br /&gt;</w:t>
        <w:br/>
        <w:t>Словом осудливим сам, як личить правителю, виніс&lt;br /&gt;</w:t>
        <w:br/>
        <w:t>Вирок і сам відплатив ти за образи свої.&lt;br /&gt;</w:t>
        <w:br/>
        <w:t>Ще ж той наказ твій, додай, якщо йде мова про кару,&lt;br /&gt;</w:t>
        <w:br/>
        <w:t>Хоч і суворий, а все ж — наче м'який водночас:&lt;br /&gt;</w:t>
        <w:br/>
        <w:t>Засланим названо в ньому мене, а таки не вигнанцем,&lt;br /&gt;</w:t>
        <w:br/>
        <w:t>Легшою доля моя стала від слова цього.&lt;br /&gt;</w:t>
        <w:br/>
        <w:t>Хто при здоровім умі, той вважає за кару найбільшу&lt;br /&gt;</w:t>
        <w:br/>
        <w:t>Бути в неласці твоїй — мужа такого, як ти.&lt;br /&gt;</w:t>
        <w:br/>
        <w:t>Все ж буває, що й гнів божества власкавити можна,&lt;br /&gt;</w:t>
        <w:br/>
        <w:t>Після негоди хіба сяйвом не тішить нас день?&lt;br /&gt;</w:t>
        <w:br/>
        <w:t>Бачив я сам: по враженім громом стовбурі в'яза&lt;br /&gt;</w:t>
        <w:br/>
        <w:t>Золотогронна вилась — любо поглянуть — лоза.&lt;br /&gt;</w:t>
        <w:br/>
        <w:t>Хай сподіватися ти не велиш, — сподіваюсь, одначе:&lt;br /&gt;</w:t>
        <w:br/>
        <w:t>Ось я у чім не корюсь, навіть вигнанець, тобі.&lt;br /&gt;</w:t>
        <w:br/>
        <w:t>Світить надія, хай, лиш ласкавість твою пригадаю,&lt;br /&gt;</w:t>
        <w:br/>
        <w:t>Гасне — при згадці про те, як я тоді провинивсь.&lt;br /&gt;</w:t>
        <w:br/>
        <w:t>Та, як у буйних вітрів, що розгойдують моря поверхню,&lt;br /&gt;</w:t>
        <w:br/>
        <w:t>Подув не завжди тугий, шал — не постійний весь час:&lt;br /&gt;</w:t>
        <w:br/>
        <w:t>Можуть раптово влягтись, у такий поринути спокій,&lt;br /&gt;</w:t>
        <w:br/>
        <w:t>Що, здається, й зітхнуть сили немає у них, —&lt;br /&gt;</w:t>
        <w:br/>
        <w:t>Так і страхи мої: то налетять, то відринуть; надія,&lt;br /&gt;</w:t>
        <w:br/>
        <w:t>Що вмилостивлю тебе, гасне — й знову бринить.&lt;br /&gt;</w:t>
        <w:br/>
        <w:t>Ради всевишніх богів, що дають тобі й будуть давати&lt;br /&gt;</w:t>
        <w:br/>
        <w:t>Довгий вік, якщо їм справді наш Рим дорогий, —&lt;br /&gt;</w:t>
        <w:br/>
        <w:t>Ради вітчизни, що сильна твоєю опікою, батьку,&lt;br /&gt;</w:t>
        <w:br/>
        <w:t>Де ще недавно я жив, частка її незначна,&lt;br /&gt;</w:t>
        <w:br/>
        <w:t>Хай за діяння твої, за високий дух справедливу&lt;br /&gt;</w:t>
        <w:br/>
        <w:t>Шану, синівську любов Рим виявляє тобі,&lt;br /&gt;</w:t>
        <w:br/>
        <w:t>Довгі й довгі літа хай з тобою у злагоді пройде&lt;br /&gt;</w:t>
        <w:br/>
        <w:t>Лівія, рівня тобі з-між багатьох — лиш одна,&lt;br /&gt;</w:t>
        <w:br/>
        <w:t>Та, що без неї ти б нежонатим мусив лишатись, —&lt;br /&gt;</w:t>
        <w:br/>
        <w:t>Іншій-бо серед жінок бути за мужа не міг.&lt;br /&gt;</w:t>
        <w:br/>
        <w:t>При твоїм щасті й син хай щасливим буде, а згодом,&lt;br /&gt;</w:t>
        <w:br/>
        <w:t>Сивий з сивішим, діліть владу верховну на двох.&lt;br /&gt;</w:t>
        <w:br/>
        <w:t>Хай і внуки твої, юні світочі, вслід за тобою&lt;br /&gt;</w:t>
        <w:br/>
        <w:t>Як і за батьком ідуть, що вони й звикли робить.&lt;br /&gt;</w:t>
        <w:br/>
        <w:t>Хай Перемога, що до твоїх таборів уже звикла,&lt;br /&gt;</w:t>
        <w:br/>
        <w:t>Й нині летить залюбки до дорогих їй знамен.&lt;br /&gt;</w:t>
        <w:br/>
        <w:t>Над авзонійським вождем нехай, як завжди, ширяє,&lt;br /&gt;</w:t>
        <w:br/>
        <w:t>Скроні лавровим вінком хай вповиває тому,&lt;br /&gt;</w:t>
        <w:br/>
        <w:t>Хто веде війни з наказу твого, мечем твоїм ставши,&lt;br /&gt;</w:t>
        <w:br/>
        <w:t>Владу кому віддаєш і доброзичних богів.&lt;br /&gt;</w:t>
        <w:br/>
        <w:t>Тут — душі половиною стежиш за Містом, присутній,&lt;br /&gt;</w:t>
        <w:br/>
        <w:t>Там — на далекій війні, другою — ти із вождем;&lt;br /&gt;</w:t>
        <w:br/>
        <w:t>Хай же повернеться він переможцем, хай коні гарячі,&lt;br /&gt;</w:t>
        <w:br/>
        <w:t>Вінчані квітом, його на колісниці везуть.&lt;br /&gt;</w:t>
        <w:br/>
        <w:t>Зглянься і відклади невідхильну свою блискавицю,&lt;br /&gt;</w:t>
        <w:br/>
        <w:t>Зброю грізну, на жаль, добре відому мені!&lt;br /&gt;</w:t>
        <w:br/>
        <w:t>Батьку вітчизни, зласкавсь і, вірний іменню своєму, —&lt;br /&gt;</w:t>
        <w:br/>
        <w:t>Дай сподіватись хоча б, що вмилостивлю тебе.&lt;br /&gt;</w:t>
        <w:br/>
        <w:t>Вже й не поверненням нині живу, хоча всемогутні&lt;br /&gt;</w:t>
        <w:br/>
        <w:t>Часто ще більше дають, ніж попросити у них, —&lt;br /&gt;</w:t>
        <w:br/>
        <w:t>Ближчим вигнання зроби й не таким суворим для мене —&lt;br /&gt;</w:t>
        <w:br/>
        <w:t>Легшим став би тоді кари моєї тягар.&lt;br /&gt;</w:t>
        <w:br/>
        <w:t>Засланий між ворогів, чого тільки тут не терплю я,&lt;br /&gt;</w:t>
        <w:br/>
        <w:t>Хто з-між вигнанців усіх — аж у такій далині!&lt;br /&gt;</w:t>
        <w:br/>
        <w:t>Я біля Істру живу — ріки з сімома рукавами,&lt;br /&gt;</w:t>
        <w:br/>
        <w:t>Де холоднечею нас діва аркадська гнітить.&lt;br /&gt;</w:t>
        <w:br/>
        <w:t>А від язиґів, колхів, і гетів, і метереїв&lt;br /&gt;</w:t>
        <w:br/>
        <w:t>Може хіба що Дунай захистом бути слабким.&lt;br /&gt;</w:t>
        <w:br/>
        <w:t>Інші вигнанці твої таки більше винні від мене,&lt;br /&gt;</w:t>
        <w:br/>
        <w:t>Та на край світу чомусь заслано тільки мене.&lt;br /&gt;</w:t>
        <w:br/>
        <w:t>Далі — нічого нема: лиш холод, ворог та море,&lt;br /&gt;</w:t>
        <w:br/>
        <w:t>Де від морозу, бува, хвиля твердою стає.&lt;br /&gt;</w:t>
        <w:br/>
        <w:t>Тут уже — Риму межа, що при лівому березі Понту;&lt;br /&gt;</w:t>
        <w:br/>
        <w:t>Поряд бастарнів лежить і савроматів земля.&lt;br /&gt;</w:t>
        <w:br/>
        <w:t>Римський закон — новиною для них; на окраї тому&lt;br /&gt;</w:t>
        <w:br/>
        <w:t>Влада твоя на цей час не закріпилась іще.&lt;br /&gt;</w:t>
        <w:br/>
        <w:t>Звідси, благаю, відклич вигнанця в безпечніше місце,&lt;br /&gt;</w:t>
        <w:br/>
        <w:t>Щоб, крім вітчизни, мене й миру ти не позбавляв,&lt;br /&gt;</w:t>
        <w:br/>
        <w:t>Щоб не лякавсь я племен, що Істр їх не зупиняє,&lt;br /&gt;</w:t>
        <w:br/>
        <w:t>Варвар в полон щоб не взяв громадянина твого.&lt;br /&gt;</w:t>
        <w:br/>
        <w:t>Чи випадає, щоб той, в кому кров кружляє латинська,&lt;br /&gt;</w:t>
        <w:br/>
        <w:t>Пута носив, доки рід Цезарів не перевівсь?&lt;br /&gt;</w:t>
        <w:br/>
        <w:t>Через дві речі я потерпів — пісні й необачність,&lt;br /&gt;</w:t>
        <w:br/>
        <w:t>Що за тим другим стоїть, мушу довіку мовчать.&lt;br /&gt;</w:t>
        <w:br/>
        <w:t>Я ж не такий, щоб посмів тобі, Цезарю, ятрити рани,&lt;br /&gt;</w:t>
        <w:br/>
        <w:t>Більше ніж досить, що я раз лише вразив тебе.&lt;br /&gt;</w:t>
        <w:br/>
        <w:t>Ще залишились пісні: мовляв, у них, сороміцьких, —&lt;br /&gt;</w:t>
        <w:br/>
        <w:t>Так дорікають мені, — вчителем блуду я став.&lt;br /&gt;</w:t>
        <w:br/>
        <w:t>Таж і небесний розум, бува, помилитися може:&lt;br /&gt;</w:t>
        <w:br/>
        <w:t>Що непримітне, того й не запримітить з висот.&lt;br /&gt;</w:t>
        <w:br/>
        <w:t>Як у Юпітера, що з небожителів, з обширів неба&lt;br /&gt;</w:t>
        <w:br/>
        <w:t>Ока не зводить, нема часу на щось незначне,&lt;br /&gt;</w:t>
        <w:br/>
        <w:t>Так з-під уваги, поки підвладний світ озираєш,&lt;br /&gt;</w:t>
        <w:br/>
        <w:t>Вислизне й в тебе якась річ незначної ваги.&lt;br /&gt;</w:t>
        <w:br/>
        <w:t>Хто б то повірив, що ти, відклавши справи державні,&lt;br /&gt;</w:t>
        <w:br/>
        <w:t>Батьку вітчизни, до рук вірш мій дворозмірний взяв?&lt;br /&gt;</w:t>
        <w:br/>
        <w:t>Рим — на плечах твоїх, його імені велич тримаєш,&lt;br /&gt;</w:t>
        <w:br/>
        <w:t>І не така вже легка ця твоя ноша, щоб ти&lt;br /&gt;</w:t>
        <w:br/>
        <w:t>Міг чи на жарти мої скерувати свій розум високий,&lt;br /&gt;</w:t>
        <w:br/>
        <w:t>Чи пильнувати того, що на дозвіллі роблю.&lt;br /&gt;</w:t>
        <w:br/>
        <w:t>То на Паннонію йдеш, то Іллірію ти підкоряєш,&lt;br /&gt;</w:t>
        <w:br/>
        <w:t>То за ретійцем уже Фракія будить війну,&lt;br /&gt;</w:t>
        <w:br/>
        <w:t>Миру Вірменія жде, а там і вершник парф'янський&lt;br /&gt;</w:t>
        <w:br/>
        <w:t>Наші знамена й свій лук боязко нам оддає.&lt;br /&gt;</w:t>
        <w:br/>
        <w:t>В юнім нащадку твоїм германець міць твою чує:&lt;br /&gt;</w:t>
        <w:br/>
        <w:t>Волею Цезаря там Цезар провадить війну.&lt;br /&gt;</w:t>
        <w:br/>
        <w:t>Тож у державі твоїй, — як ніколи великому тілі, —&lt;br /&gt;</w:t>
        <w:br/>
        <w:t>Не похитнеться ніщо: в цілості все бережеш.&lt;br /&gt;</w:t>
        <w:br/>
        <w:t>Римом обтяжений ти, про закони, про звичаї дбаєш,&lt;br /&gt;</w:t>
        <w:br/>
        <w:t>Хочеш, щоб ми дотяглись до бездоганних — твоїх.&lt;br /&gt;</w:t>
        <w:br/>
        <w:t>Спокій солодкий даруєш народам, а сам задля нього&lt;br /&gt;</w:t>
        <w:br/>
        <w:t>Війни раз по раз ведеш — не до дозвілля тобі.&lt;br /&gt;</w:t>
        <w:br/>
        <w:t>Звісно ж, і дива нема, що серед справ тих поважних&lt;br /&gt;</w:t>
        <w:br/>
        <w:t>Ніколи й глянуть тобі на жартівливий мій вірш.&lt;br /&gt;</w:t>
        <w:br/>
        <w:t>Мав би хвилинку якусь — у моєму "Мистецтві", я певен&lt;br /&gt;</w:t>
        <w:br/>
        <w:t>Ти не знайшов би того, чим дорікають мені.&lt;br /&gt;</w:t>
        <w:br/>
        <w:t>Не при хмурному чолі, щоправда, твір той писався,&lt;br /&gt;</w:t>
        <w:br/>
        <w:t>І недостойний твоїх, принцепсе славний, очей.&lt;br /&gt;</w:t>
        <w:br/>
        <w:t>Все ж то неправдою є, що всупереч нашим законам&lt;br /&gt;</w:t>
        <w:br/>
        <w:t>Він до любовних забав римських схиляє жінок.&lt;br /&gt;</w:t>
        <w:br/>
        <w:t>Щоб пересвідчився ти, для кого книжки ті писав я,&lt;br /&gt;</w:t>
        <w:br/>
        <w:t>Глянь на чотири рядки в першій із трьох книжечок:&lt;br /&gt;</w:t>
        <w:br/>
        <w:t>"Одаль, пов'язки тонкі, соромливих ознака, тримайтесь!&lt;br /&gt;</w:t>
        <w:br/>
        <w:t>Одаль — хто білість ноги довгим одінням окрив!&lt;br /&gt;</w:t>
        <w:br/>
        <w:t>Я про кохання співаю легке, про дозволені втіхи —&lt;br /&gt;</w:t>
        <w:br/>
        <w:t>Квіти, що потай рвемо, — не про злочинну жагу".&lt;br /&gt;</w:t>
        <w:br/>
        <w:t>То чи не радив я тим, кому йти манівцем заважають&lt;br /&gt;</w:t>
        <w:br/>
        <w:t>Довгі подоли й стрічки, не розгортать моїх книг?&lt;br /&gt;</w:t>
        <w:br/>
        <w:t>"А чи не може, — завважать мені, — з тих книг скористатись,&lt;br /&gt;</w:t>
        <w:br/>
        <w:t>Хоч не для неї вони, навіть поважна жона?"&lt;br /&gt;</w:t>
        <w:br/>
        <w:t>Хай тоді зовсім жінки не читають, бо де такий твір є,&lt;br /&gt;</w:t>
        <w:br/>
        <w:t>Що читачеві нічим не натякнув би на блуд?&lt;br /&gt;</w:t>
        <w:br/>
        <w:t>Що лиш до рук не взяла б, якщо поквапна до блуду, —&lt;br /&gt;</w:t>
        <w:br/>
        <w:t>Знайде достатньо порад, як їй піти манівцем.&lt;br /&gt;</w:t>
        <w:br/>
        <w:t>Дай "Аннали" такій (не твір — одна лиш суворість!) —&lt;br /&gt;</w:t>
        <w:br/>
        <w:t>Звідки взялись, пояснять, в Ілії Ромул і Рем.&lt;br /&gt;</w:t>
        <w:br/>
        <w:t>"Роду Енея матір" подай — про Венеру їй скаже,&lt;br /&gt;</w:t>
        <w:br/>
        <w:t>Як цього роду колись матір'ю стала вона.&lt;br /&gt;</w:t>
        <w:br/>
        <w:t>Далі я викладу тут по порядку, наскільки зумію,&lt;br /&gt;</w:t>
        <w:br/>
        <w:t>Як це будь-який твір може на шкоду піти.&lt;br /&gt;</w:t>
        <w:br/>
        <w:t>Це не значить, однак, що кожна книга — шкідлива:&lt;br /&gt;</w:t>
        <w:br/>
        <w:t>Щось помічне водночас може на шкоду піти.&lt;br /&gt;</w:t>
        <w:br/>
        <w:t>Що є кориснішим, аніж вогонь? Та його ж у злочинну&lt;br /&gt;</w:t>
        <w:br/>
        <w:t>Руку зловмисник бере, — з димом пускає когось.&lt;br /&gt;</w:t>
        <w:br/>
        <w:t>Ліки то сил додадуть, а то ще більше послаблять:&lt;br /&gt;</w:t>
        <w:br/>
        <w:t>Зілля бува помічне, але й шкідливе бува.&lt;br /&gt;</w:t>
        <w:br/>
        <w:t>Меч і напасник бере, але — й розважний мандрівець:&lt;br /&gt;</w:t>
        <w:br/>
        <w:t>Той — щоб напасти, а цей — щоб захищатися ним.&lt;br /&gt;</w:t>
        <w:br/>
        <w:t>А красномовство, якому належить за правду стояти,&lt;br /&gt;</w:t>
        <w:br/>
        <w:t>Кривджених топить не раз, кривднику — руку подасть.&lt;br /&gt;</w:t>
        <w:br/>
        <w:t>Так — і вірші мої: читача, в кого помисли чисті,&lt;br /&gt;</w:t>
        <w:br/>
        <w:t>Хоч би там що я писав, чи зіпсувати могли?&lt;br /&gt;</w:t>
        <w:br/>
        <w:t>Тож помиляється той, хто блудом мені дорікає:&lt;br /&gt;</w:t>
        <w:br/>
        <w:t>Надто прискіпливий він до віршування мого.&lt;br /&gt;</w:t>
        <w:br/>
        <w:t>Хай він у чомусь правий, — тоді як із грищами бути?&lt;br /&gt;</w:t>
        <w:br/>
        <w:t>Блуд може й там прорости. Так і видовища всі:&lt;br /&gt;</w:t>
        <w:br/>
        <w:t>Не одного з глядачів на лихе підштовхнула арена,&lt;br /&gt;</w:t>
        <w:br/>
        <w:t>Де під кривавим піском — втоптана боєм земля.&lt;br /&gt;</w:t>
        <w:br/>
        <w:t>Заборони тоді й цирк: небезпечна вільність у цирку —&lt;br /&gt;</w:t>
        <w:br/>
        <w:t>При незнайомцеві там юне дівчисько сидить.&lt;br /&gt;</w:t>
        <w:br/>
        <w:t>От походжають жінки: для них портик — місце побачень,&lt;br /&gt;</w:t>
        <w:br/>
        <w:t>А якщо так, то чому й портиків тих не знести?&lt;br /&gt;</w:t>
        <w:br/>
        <w:t>Що є святіше, ніж храм? Та нехай і його уникає&lt;br /&gt;</w:t>
        <w:br/>
        <w:t>Та, що про блуд навіть там задуми хитрі снує.&lt;br /&gt;</w:t>
        <w:br/>
        <w:t>Піде в святиню Юпітера — тут же спливе їй на думку,&lt;br /&gt;</w:t>
        <w:br/>
        <w:t>Скільки дівчат і жінок він матерями зробив.&lt;br /&gt;</w:t>
        <w:br/>
        <w:t>Поряд — Юнони храм: згадається в ньому, як часто&lt;br /&gt;</w:t>
        <w:br/>
        <w:t>Через суперниць-красунь гірко богині було.&lt;br /&gt;</w:t>
        <w:br/>
        <w:t>Про Еріхтонія, що народився від блуду, спитає&lt;br /&gt;</w:t>
        <w:br/>
        <w:t>В храмі Паллади: чому усиновила його.&lt;br /&gt;</w:t>
        <w:br/>
        <w:t>Прийде до Месника в храм, що ти збудував: там Венера —&lt;br /&gt;</w:t>
        <w:br/>
        <w:t>Поряд із Марсом, а муж — осторонь, побіч дверей.&lt;br /&gt;</w:t>
        <w:br/>
        <w:t>Буде й Ісіду питать, за що це її іонійським&lt;br /&gt;</w:t>
        <w:br/>
        <w:t>Морем ген за Босфор гнала Юнона жалом.&lt;br /&gt;</w:t>
        <w:br/>
        <w:t>їй при Венері — Анхіс, Іасіон — при Церері,&lt;br /&gt;</w:t>
        <w:br/>
        <w:t>З Люною — Ендіміон тут же на пам'ять спливуть.&lt;br /&gt;</w:t>
        <w:br/>
        <w:t>Все це до блуду схиляє хистких, і все-таки в храмах&lt;br /&gt;</w:t>
        <w:br/>
        <w:t>Постаті наших богів, де їм належить, стоять.&lt;br /&gt;</w:t>
        <w:br/>
        <w:t>Для легковажних "Мистецтво" моє; вже на першій сторінці&lt;br /&gt;</w:t>
        <w:br/>
        <w:t>Ясно сказав я: мій твір — не для цнотливих жінок.&lt;br /&gt;</w:t>
        <w:br/>
        <w:t>А зазирне, хоча жрець не велить, котрась у святиню —&lt;br /&gt;</w:t>
        <w:br/>
        <w:t>їй же відповідать; хто б винуватив жреця?&lt;br /&gt;</w:t>
        <w:br/>
        <w:t>Вірші любовні гортать — не така вже, одначе, провина:&lt;br /&gt;</w:t>
        <w:br/>
        <w:t>Все можна брати до рук, запозичати — не все.&lt;br /&gt;</w:t>
        <w:br/>
        <w:t>Таж і статечна жона, буває, побачить повію,&lt;br /&gt;</w:t>
        <w:br/>
        <w:t>Що за якийсь там мідяк будь-кому рада годить.&lt;br /&gt;</w:t>
        <w:br/>
        <w:t>На безсоромних жінок не раз і весталка погляне,&lt;br /&gt;</w:t>
        <w:br/>
        <w:t>Хто б то карав за таке? Хто б це виною назвав?&lt;br /&gt;</w:t>
        <w:br/>
        <w:t>Що ж дорікати мені? Чи така вже справді блудниця&lt;br /&gt;</w:t>
        <w:br/>
        <w:t>Муза моя? Чи лиш мій хилить до любощів вірш?&lt;br /&gt;</w:t>
        <w:br/>
        <w:t>Хай я таки спіткнувсь, помилки — не приховати:&lt;br /&gt;</w:t>
        <w:br/>
        <w:t>Зрадив мене тут мій хист як і до мови чуття.&lt;br /&gt;</w:t>
        <w:br/>
        <w:t>Краще б у віршах моїх уже вкотре жалісна Троя,&lt;br /&gt;</w:t>
        <w:br/>
        <w:t>Впавши, відчула жахний війська аргів'ян напір!&lt;br /&gt;</w:t>
        <w:br/>
        <w:t>Краще про Фіви співав би — як брат ішов проти брата,&lt;br /&gt;</w:t>
        <w:br/>
        <w:t>Як на брамах сімох семеро стало вождів!&lt;br /&gt;</w:t>
        <w:br/>
        <w:t>А войовничий Рим... Чи нема про що тут писати?..&lt;br /&gt;</w:t>
        <w:br/>
        <w:t>Славить діяння його — що може кращого буть?&lt;br /&gt;</w:t>
        <w:br/>
        <w:t>Ще ж із звершень твоїх, з усього — одне щось узяти,&lt;br /&gt;</w:t>
        <w:br/>
        <w:t>Цезарю, міг я, аби в пісні своїй оспівать.&lt;br /&gt;</w:t>
        <w:br/>
        <w:t>Як до високих промінь нам сонце притягує вічі,&lt;br /&gt;</w:t>
        <w:br/>
        <w:t>Так і діяння твої мали б мій дух полонить.&lt;br /&gt;</w:t>
        <w:br/>
        <w:t>Та не моя тут вина: для такого посіву потрібна&lt;br /&gt;</w:t>
        <w:br/>
        <w:t>Нива врожайна, моя ж — надто убога й скупа.&lt;br /&gt;</w:t>
        <w:br/>
        <w:t>Чи широчіні морській може сміло довіритись човник,&lt;br /&gt;</w:t>
        <w:br/>
        <w:t>Що для забави собі серед озерця хитавсь?&lt;br /&gt;</w:t>
        <w:br/>
        <w:t>Я ж непевний того, чи доладно пишу й ті дрібниці,&lt;br /&gt;</w:t>
        <w:br/>
        <w:t>Чи вистачає снаги й для тихострунних пісень.&lt;br /&gt;</w:t>
        <w:br/>
        <w:t>Навіть, коли повелиш співати про те, як Юпітер&lt;br /&gt;</w:t>
        <w:br/>
        <w:t>Громом Гігантів разив — духу не стане мені.&lt;br /&gt;</w:t>
        <w:br/>
        <w:t>Тільки божественний хист уславить великі діяння&lt;br /&gt;</w:t>
        <w:br/>
        <w:t>Цезаря так, аби твір задумові дорівняв.&lt;br /&gt;</w:t>
        <w:br/>
        <w:t>Зважився я на той крок. Та здалося, що твоїй славі&lt;br /&gt;</w:t>
        <w:br/>
        <w:t>Тільки нашкоджу, а це — наче образа богів.&lt;br /&gt;</w:t>
        <w:br/>
        <w:t>Знов на легке я звернув: любов'ю втішав своє серце,&lt;br /&gt;</w:t>
        <w:br/>
        <w:t>Втім, то й любов не була — так собі, жарти пусті.&lt;br /&gt;</w:t>
        <w:br/>
        <w:t>Я ж і не прагнув того — силоміць вела мене доля;&lt;br /&gt;</w:t>
        <w:br/>
        <w:t>Сам я на кару свою щедро собі заробляв.&lt;br /&gt;</w:t>
        <w:br/>
        <w:t>Краще б я неуком був і не відав, що таке книга!&lt;br /&gt;</w:t>
        <w:br/>
        <w:t>Краще б у школу мене не посилали батьки!&lt;br /&gt;</w:t>
        <w:br/>
        <w:t>Гніву твого я зазнав через те легковажне "Мистецтво" —&lt;br /&gt;</w:t>
        <w:br/>
        <w:t>Певен ти, що на лихе ним підбиваю жінок&lt;br /&gt;</w:t>
        <w:br/>
        <w:t>Та не повчання мої жінок схиляють до блуду:&lt;br /&gt;</w:t>
        <w:br/>
        <w:t>Хто необізнаний сам — іншого б марно повчав.&lt;br /&gt;</w:t>
        <w:br/>
        <w:t>Так, я складав ті звабливі пісні, проте ані разу&lt;br /&gt;</w:t>
        <w:br/>
        <w:t>Доброго ймення мого не зачепив поговір.&lt;br /&gt;</w:t>
        <w:br/>
        <w:t>Навіть між людом простим не знайти чоловіка такого,&lt;br /&gt;</w:t>
        <w:br/>
        <w:t>Хто б у батьківстві своїм через мій блуд сумнівавсь.&lt;br /&gt;</w:t>
        <w:br/>
        <w:t>Вір мені: вірші мої до життя мого не подібні:&lt;br /&gt;</w:t>
        <w:br/>
        <w:t>Муза моя — до забав, я — до чесноти горнусь.&lt;br /&gt;</w:t>
        <w:br/>
        <w:t>Майже все, що пишу, — лише вигадане: дозволяють&lt;br /&gt;</w:t>
        <w:br/>
        <w:t>Більше собі ті рядки, ніж тих рядків укладач.&lt;br /&gt;</w:t>
        <w:br/>
        <w:t>Твір — не відбиток душі, лише насолода безпечна,&lt;br /&gt;</w:t>
        <w:br/>
        <w:t>Все тут укладено так, щоб веселити нам слух.&lt;br /&gt;</w:t>
        <w:br/>
        <w:t>В іншому разі Теренцій — гуляка, Акцій — суворий,&lt;br /&gt;</w:t>
        <w:br/>
        <w:t>А задираки — всі ті, в кого пісні про війну.&lt;br /&gt;</w:t>
        <w:br/>
        <w:t>Що ж до любовних віршів, то я не один укладав їх,&lt;br /&gt;</w:t>
        <w:br/>
        <w:t>А поплатився один, віршів любовних творець.&lt;br /&gt;</w:t>
        <w:br/>
        <w:t>Чи не повчав у таких же піснях сивочолий Теосець,&lt;br /&gt;</w:t>
        <w:br/>
        <w:t>Як жартівливу любов щедро єднати з вином?&lt;br /&gt;</w:t>
        <w:br/>
        <w:t>Подруг своїх Сапфо хіба ж не любові навчала?..&lt;br /&gt;</w:t>
        <w:br/>
        <w:t>Хто їм за це докоряв — Анакреонту чи їй?&lt;br /&gt;</w:t>
        <w:br/>
        <w:t>Так, Баттіаде, й тобі не пошкодило те, що, бувало,&lt;br /&gt;</w:t>
        <w:br/>
        <w:t>Втіхи любовні свої ти читачеві звіряв.&lt;br /&gt;</w:t>
        <w:br/>
        <w:t>Глянь на Менандра, милого нам: що не твір — то кохання,&lt;br /&gt;</w:t>
        <w:br/>
        <w:t>Все ж його й дітям своїм радимо брати до рук.&lt;br /&gt;</w:t>
        <w:br/>
        <w:t>Що в "Іліаді" самій, як не сутички через блудницю?&lt;br /&gt;</w:t>
        <w:br/>
        <w:t>Тут і коханець, і муж один на одного йдуть.&lt;br /&gt;</w:t>
        <w:br/>
        <w:t>Чим починається твір? Чи не пристрастю до Хрисеїди?&lt;br /&gt;</w:t>
        <w:br/>
        <w:t>Не через неї хіба пересварились вожді?&lt;br /&gt;</w:t>
        <w:br/>
        <w:t>А "Одіссея" хіба ж не про багатьох женихання&lt;br /&gt;</w:t>
        <w:br/>
        <w:t>До однієї в той час, поки блукав її муж?&lt;br /&gt;</w:t>
        <w:br/>
        <w:t>А хіба не Меонід оповів, як на ложі ганебнім&lt;br /&gt;</w:t>
        <w:br/>
        <w:t>Марса й Венеру впіймав сіттю умілець Вулкан?&lt;br /&gt;</w:t>
        <w:br/>
        <w:t>Чи не від нього ж таки ми довідались, як запалали&lt;br /&gt;</w:t>
        <w:br/>
        <w:t>До одного блукача двоє прекрасних богинь?&lt;br /&gt;</w:t>
        <w:br/>
        <w:t>Як уже високо стала трагедія, годі вже вище, —&lt;br /&gt;</w:t>
        <w:br/>
        <w:t>Все ж про любов і вона, знаємо, мову веде.&lt;br /&gt;</w:t>
        <w:br/>
        <w:t>Мачухи темна жага принесла Гіпполітові славу.&lt;br /&gt;</w:t>
        <w:br/>
        <w:t>Славу ж, Канако, тобі —. до твого брата любов.&lt;br /&gt;</w:t>
        <w:br/>
        <w:t>А коли Тантал а син, із плечем зі слонової кістки,&lt;br /&gt;</w:t>
        <w:br/>
        <w:t>Діву взяв з Піси собі, кіньми не правив Амур?&lt;br /&gt;</w:t>
        <w:br/>
        <w:t>До дітовбивства штовхнула Медею зрада в любові —&lt;br /&gt;</w:t>
        <w:br/>
        <w:t>Кров'ю своїх же синів зачервонила меча.&lt;br /&gt;</w:t>
        <w:br/>
        <w:t>Чи не любов замінила в птахів владаря і коханку,&lt;br /&gt;</w:t>
        <w:br/>
        <w:t>Й матір, що кличе в журбі Ітіса, сина свого?&lt;br /&gt;</w:t>
        <w:br/>
        <w:t>А якби брат не горнувсь, нечестивець, до Аеропи,&lt;br /&gt;</w:t>
        <w:br/>
        <w:t>Хто б то читав, що назад коней гнав сонячний бог?&lt;br /&gt;</w:t>
        <w:br/>
        <w:t>Скіллі б котурна не знать, якби не зрізала в батька&lt;br /&gt;</w:t>
        <w:br/>
        <w:t>Пасма волосся його боговідступна дочка.&lt;br /&gt;</w:t>
        <w:br/>
        <w:t>Хто про Електру читав, про шаленця Оресга, той знає&lt;br /&gt;</w:t>
        <w:br/>
        <w:t>І Тіндаріди вину, й те, що Егіст учинив.&lt;br /&gt;</w:t>
        <w:br/>
        <w:t>Що вже про того казать, хто вбив потворну Химеру?&lt;br /&gt;</w:t>
        <w:br/>
        <w:t>З пастки жони владаря ледве що вирвався він.&lt;br /&gt;</w:t>
        <w:br/>
        <w:t>Нащо б я згадував тут Герміону або Аталанту?&lt;br /&gt;</w:t>
        <w:br/>
        <w:t>Нащо — мікенців вождя, бранку-віщунку його?&lt;br /&gt;</w:t>
        <w:br/>
        <w:t>Нащо — Данаю, невістку її, а ще матір Ліея,&lt;br /&gt;</w:t>
        <w:br/>
        <w:t>Гемона й ту, що їй бог ніччю примножував ніч?&lt;br /&gt;</w:t>
        <w:br/>
        <w:t>Ну, а Тесей, а Пелія зять чи той із пелазгів,&lt;br /&gt;</w:t>
        <w:br/>
        <w:t>Хто на троянський пісок перший ступив із судна?&lt;br /&gt;</w:t>
        <w:br/>
        <w:t>Врешті — Іола, й Геракла жона, і Піррова мати,&lt;br /&gt;</w:t>
        <w:br/>
        <w:t>Й хлопець троянський, і Гіл також у цьому гурті.&lt;br /&gt;</w:t>
        <w:br/>
        <w:t>Часу забракло б мені, щоб лиш зрахувати трагічні&lt;br /&gt;</w:t>
        <w:br/>
        <w:t>Пристрасті; голі ймена ледве вміщаються тут.&lt;br /&gt;</w:t>
        <w:br/>
        <w:t>Є ще трагедії вид, що не гребує вуличним сміхом,&lt;br /&gt;</w:t>
        <w:br/>
        <w:t>Скільки тут слів перейшло поза пристойну межу!&lt;br /&gt;</w:t>
        <w:br/>
        <w:t>Чи покарали того, хто Ахілла ніжним представив,&lt;br /&gt;</w:t>
        <w:br/>
        <w:t>Хто героїчні діла віршем принизив легким?&lt;br /&gt;</w:t>
        <w:br/>
        <w:t>Виклав у творах своїх Арістід мілетську розпусту —&lt;br /&gt;</w:t>
        <w:br/>
        <w:t>Й не поплатився за це, не проганяли його.&lt;br /&gt;</w:t>
        <w:br/>
        <w:t>Евбія — теж, хоча він у своїму писанні гидкому&lt;br /&gt;</w:t>
        <w:br/>
        <w:t>Радив, як плоду свого жінці позбутися слід.&lt;br /&gt;</w:t>
        <w:br/>
        <w:t>Не виганяли й того, хто недавно склав "Сібаріду",&lt;br /&gt;</w:t>
        <w:br/>
        <w:t>Й тих, що блудом своїм ще й похвалятись могли.&lt;br /&gt;</w:t>
        <w:br/>
        <w:t>Всі ті писання, кажу, впереміш із творами вчених&lt;br /&gt;</w:t>
        <w:br/>
        <w:t>З ласки державних мужів кожен міг взяти до рук.&lt;br /&gt;</w:t>
        <w:br/>
        <w:t>Та не в чужинців одних позичаю для захисту зброю —&lt;br /&gt;</w:t>
        <w:br/>
        <w:t>Часто й латинська струна легко, грайливо звучить.&lt;br /&gt;</w:t>
        <w:br/>
        <w:t>Марса, щоправда, отця, звеличив Енній поважний,&lt;br /&gt;</w:t>
        <w:br/>
        <w:t>Хистом — великий співець, віршем, одначе, — сирий;&lt;br /&gt;</w:t>
        <w:br/>
        <w:t>Силу й природу рвачкого вогню нам виклав Лукрецій,&lt;br /&gt;</w:t>
        <w:br/>
        <w:t>Віщо вказав нам, чому згине потрійний наш світ;&lt;br /&gt;</w:t>
        <w:br/>
        <w:t>Часто Катулл зате виливав свою пристрасть до жінки —&lt;br /&gt;</w:t>
        <w:br/>
        <w:t>Йменням Лесбії він любку свою називав.&lt;br /&gt;</w:t>
        <w:br/>
        <w:t>Мало того: напоказ виставляв іще й інші пригоди,&lt;br /&gt;</w:t>
        <w:br/>
        <w:t>Чванився, що не одну зраджував він і не раз.&lt;br /&gt;</w:t>
        <w:br/>
        <w:t>Кальв таку вільність любив, недоросток; поласував трохи —&lt;br /&gt;</w:t>
        <w:br/>
        <w:t>Сам на всілякі лади тут же й розводивсь про те.&lt;br /&gt;</w:t>
        <w:br/>
        <w:t>Що вже казати про Тіціду, Меммія? В їхніх писаннях&lt;br /&gt;</w:t>
        <w:br/>
        <w:t>Слово візьми чи предмет — це безсоромність одна!&lt;br /&gt;</w:t>
        <w:br/>
        <w:t>Цінна дорівнює їм, але Ансер пішов іще далі,&lt;br /&gt;</w:t>
        <w:br/>
        <w:t>А Корніфіцію б міг рівнею бути Катон.&lt;br /&gt;</w:t>
        <w:br/>
        <w:t>Ще ж і ті книги згадай, де то про Періллу йде мова,&lt;br /&gt;</w:t>
        <w:br/>
        <w:t>То про Метеллу, а це — вже її справжнє ім'я.&lt;br /&gt;</w:t>
        <w:br/>
        <w:t>Та навіть той, хто до хвиль фасіанських Арго допровадив,&lt;br /&gt;</w:t>
        <w:br/>
        <w:t>Про походеньки свої теж промовчати не зміг.&lt;br /&gt;</w:t>
        <w:br/>
        <w:t>У безсоромності їм не поступляться Сервій, Гортензій,&lt;br /&gt;</w:t>
        <w:br/>
        <w:t>А за такими людьми хто б то піти завагавсь?&lt;br /&gt;</w:t>
        <w:br/>
        <w:t>От Арістідові повісті перетлумачив Сісенна —&lt;br /&gt;</w:t>
        <w:br/>
        <w:t>Й не посоромивсь, що той жарти масні полюбляв.&lt;br /&gt;</w:t>
        <w:br/>
        <w:t>Галлові не докоряємо тим, що вславляв Лікоріду, —&lt;br /&gt;</w:t>
        <w:br/>
        <w:t>Соромно, що за вином він розпускав язика.&lt;br /&gt;</w:t>
        <w:br/>
        <w:t>Сумнів Тібулла бере, чи варто тій довіряти,&lt;br /&gt;</w:t>
        <w:br/>
        <w:t>Що чоловіка свого зраджує з ним залюбки.&lt;br /&gt;</w:t>
        <w:br/>
        <w:t>Він зізнається, що вчив, як пильність мужа приспати,&lt;br /&gt;</w:t>
        <w:br/>
        <w:t>Й сам же не раз відчував дію своїх настанов.&lt;br /&gt;</w:t>
        <w:br/>
        <w:t>Згадує, як задивлявсь на різьблений перстень, аби лиш&lt;br /&gt;</w:t>
        <w:br/>
        <w:t>Був хоча привід якийсь ніжно торкнутись руки,&lt;br /&gt;</w:t>
        <w:br/>
        <w:t>Як спілкувався кивком голови чи порухом пальців,&lt;br /&gt;</w:t>
        <w:br/>
        <w:t>Чи на округлім столі знаки виводив вином.&lt;br /&gt;</w:t>
        <w:br/>
        <w:t>Він же й приписує сік, що з його допомогою жінка&lt;br /&gt;</w:t>
        <w:br/>
        <w:t>Може зганяти синці — свіжих цілунків сліди.&lt;br /&gt;</w:t>
        <w:br/>
        <w:t>Сам чоловікові радить жону (для порадника, звісно)&lt;br /&gt;</w:t>
        <w:br/>
        <w:t>Від чужаків берегти, надто безпечним не буть.&lt;br /&gt;</w:t>
        <w:br/>
        <w:t>Знає на кого, хоч сам лише бродить, загавкав собака,&lt;br /&gt;</w:t>
        <w:br/>
        <w:t>І чому двері глухі, хоч і не раз кашлянув.&lt;br /&gt;</w:t>
        <w:br/>
        <w:t>Хитрощі різні придумує він, щоб жінку навчити,&lt;br /&gt;</w:t>
        <w:br/>
        <w:t>Як чоловіка свого краще в оману ввести.&lt;br /&gt;</w:t>
        <w:br/>
        <w:t>Та не нашкодив собі: Тібулла читають, цінують,&lt;br /&gt;</w:t>
        <w:br/>
        <w:t>Слави гучної зажив, принципсе, вже при тобі.&lt;br /&gt;</w:t>
        <w:br/>
        <w:t>Скільки таких же порад у Проперція ніжного знайдеш!&lt;br /&gt;</w:t>
        <w:br/>
        <w:t>Темної мітки, проте, не заслужив собі тим.&lt;br /&gt;</w:t>
        <w:br/>
        <w:t>Я тільки вслід їм ішов. Усіх називати не стану:&lt;br /&gt;</w:t>
        <w:br/>
        <w:t>За доброчесності грань, поки життя, не ступлю.&lt;br /&gt;</w:t>
        <w:br/>
        <w:t>Не припускав, зізнаюсь, що там, де безпечно йшли судна,&lt;br /&gt;</w:t>
        <w:br/>
        <w:t>3-між багатьох лиш моє, вражене, піде на дно.&lt;br /&gt;</w:t>
        <w:br/>
        <w:t>Є для гравця в кісточки настанови (а це ще за наших&lt;br /&gt;</w:t>
        <w:br/>
        <w:t>Предків провина була,! не з таких вже малих) —&lt;br /&gt;</w:t>
        <w:br/>
        <w:t>Як визнаватись на них, як кидати з виграшем більшим,&lt;br /&gt;</w:t>
        <w:br/>
        <w:t>Як уникати "собак" — гіршого з гірших кидка;&lt;br /&gt;</w:t>
        <w:br/>
        <w:t>Як підрахунок вести, як кинуть, коли викликають,&lt;br /&gt;</w:t>
        <w:br/>
        <w:t>Як, коли інший метне, відповідать на кидок.&lt;br /&gt;</w:t>
        <w:br/>
        <w:t>Як, рівняючи ряд, мають воїни йти різнобарвні,&lt;br /&gt;</w:t>
        <w:br/>
        <w:t>Щоб поміж двох ворогів воїн не станув один.&lt;br /&gt;</w:t>
        <w:br/>
        <w:t>Як виступати вперед, переднього як відкликати,&lt;br /&gt;</w:t>
        <w:br/>
        <w:t>Тільки-но воїн твій лишиться без прикриття.&lt;br /&gt;</w:t>
        <w:br/>
        <w:t>Як три камінчики в ряд розмістити один за одним —&lt;br /&gt;</w:t>
        <w:br/>
        <w:t>Першим розставиш їх так — ти перемогу здобув.&lt;br /&gt;</w:t>
        <w:br/>
        <w:t>Безліч є ігор у нас — не берусь тут їх перелічити, —&lt;br /&gt;</w:t>
        <w:br/>
        <w:t>Що пожирають нам час — річ, що не має ціни.&lt;br /&gt;</w:t>
        <w:br/>
        <w:t>Той про м'ячі — яких форм вони, як їх кидати, пише,&lt;br /&gt;</w:t>
        <w:br/>
        <w:t>Цей — як плавати вчить, інший — як гнати обруч.&lt;br /&gt;</w:t>
        <w:br/>
        <w:t>Твори є в нас і про те, як лице фарбувати й волосся,&lt;br /&gt;</w:t>
        <w:br/>
        <w:t>Як пригощати і як — приготувати обід.&lt;br /&gt;</w:t>
        <w:br/>
        <w:t>Ще хтось — глини знавець: повчає, яка, припустімо,&lt;br /&gt;</w:t>
        <w:br/>
        <w:t>Краща для кухлів, яка — щоб зберігати вино.&lt;br /&gt;</w:t>
        <w:br/>
        <w:t>Грудень, весь у димах, за таким дозвіллям спливає,&lt;br /&gt;</w:t>
        <w:br/>
        <w:t>А від подібних писань не потерпів ще ніхто.&lt;br /&gt;</w:t>
        <w:br/>
        <w:t>Так от і я не вельми сумні порушував струни,&lt;br /&gt;</w:t>
        <w:br/>
        <w:t>От тільки вельми сумна кара приспіла за це!&lt;br /&gt;</w:t>
        <w:br/>
        <w:t>Втім, чи є хтось такий, кого Муза, своя таки Муза,&lt;br /&gt;</w:t>
        <w:br/>
        <w:t>Занапастила?.. Моя — занапастила мене!&lt;br /&gt;</w:t>
        <w:br/>
        <w:t>Що, якби міми я укладав, де жарт сороміцький,&lt;br /&gt;</w:t>
        <w:br/>
        <w:t>Де в усіх на виду тільки злочинна любов?&lt;br /&gt;</w:t>
        <w:br/>
        <w:t>Де, наче лялечка весь, павичем ступає коханець,&lt;br /&gt;</w:t>
        <w:br/>
        <w:t>Де чоловік — тугодум, жінка — хитрунка вертка?&lt;br /&gt;</w:t>
        <w:br/>
        <w:t>А глядачами — дівчата, жінки і мужі їхні, й діти;&lt;br /&gt;</w:t>
        <w:br/>
        <w:t>Ба! У частині значній — навіть високий сенат.&lt;br /&gt;</w:t>
        <w:br/>
        <w:t>Мало того, що від чутого — вуха одразу затулиш,&lt;br /&gt;</w:t>
        <w:br/>
        <w:t>Що до всіляких бридот око привчаємо там, —&lt;br /&gt;</w:t>
        <w:br/>
        <w:t>Тільки-но хитрість нову сплете проти мужа дружина,&lt;br /&gt;</w:t>
        <w:br/>
        <w:t>Тут же й вітає її, б'є у долоні глядач.&lt;br /&gt;</w:t>
        <w:br/>
        <w:t>Що непристойніша річ — то більший прибуток поета,&lt;br /&gt;</w:t>
        <w:br/>
        <w:t>Врешті, за шкоду таку претор ще й платить незле.&lt;br /&gt;</w:t>
        <w:br/>
        <w:t>Глянь у рахунки за грища твої — пересвідчишся легко,&lt;br /&gt;</w:t>
        <w:br/>
        <w:t>Авґусте, скільки пішло коштів на вольності ті.&lt;br /&gt;</w:t>
        <w:br/>
        <w:t>Сам ти бував глядачем, і дбав, щоб інші дивились,&lt;br /&gt;</w:t>
        <w:br/>
        <w:t>Ти ж бо сягаєш небес, ти — і земний водночас.&lt;br /&gt;</w:t>
        <w:br/>
        <w:t>Зором високим своїм, що потрібен цілому світу,&lt;br /&gt;</w:t>
        <w:br/>
        <w:t>Ти на сценічний блуд мовби крізь пальці дививсь.&lt;br /&gt;</w:t>
        <w:br/>
        <w:t>Тож коли міми, що скверну наслідують, можна писати, —&lt;br /&gt;</w:t>
        <w:br/>
        <w:t>Чи заслужив мій предмет на покарання таке?&lt;br /&gt;</w:t>
        <w:br/>
        <w:t>Може, безпечнішим є саме те, що пишуть для сцени?&lt;br /&gt;</w:t>
        <w:br/>
        <w:t>Може, й мімам отим вільність підмостки дають?&lt;br /&gt;</w:t>
        <w:br/>
        <w:t>Часто на сцені й мої, до речі, звучали поеми,&lt;br /&gt;</w:t>
        <w:br/>
        <w:t>Часто твій (похвалюсь) погляд і я привертав.&lt;br /&gt;</w:t>
        <w:br/>
        <w:t>От у покоях не раз ми бачимо давніх героїв,&lt;br /&gt;</w:t>
        <w:br/>
        <w:t>Що зобразив їх митець, мовби живими були.&lt;br /&gt;</w:t>
        <w:br/>
        <w:t>Іноді ж десь поміж них промовляє любов із картини,&lt;br /&gt;</w:t>
        <w:br/>
        <w:t>Де на всілякі лади переплелися тіла.&lt;br /&gt;</w:t>
        <w:br/>
        <w:t>От із обличчям хмурним сидить Аякс Теламбнід,&lt;br /&gt;</w:t>
        <w:br/>
        <w:t>Он у Медеї в очах — думки відбиток жахний.&lt;br /&gt;</w:t>
        <w:br/>
        <w:t>Ось і Венера сама відтискує мокре волосся,&lt;br /&gt;</w:t>
        <w:br/>
        <w:t>Тіло не в шатах: на ній — лиш материнська вода.&lt;br /&gt;</w:t>
        <w:br/>
        <w:t>Ті прославляють війну, де кров — окрасою зброї,&lt;br /&gt;</w:t>
        <w:br/>
        <w:t>Інші — високий твій рід; ще хтось — діяння твої.&lt;br /&gt;</w:t>
        <w:br/>
        <w:t>Я ж — у межах вузьких: поскупилась для мене природа,&lt;br /&gt;</w:t>
        <w:br/>
        <w:t>В хисті моєму снаги, розмаху мало, на жаль.&lt;br /&gt;</w:t>
        <w:br/>
        <w:t>Все ж і щасливий творець "Енеїди", що так її любиш,&lt;br /&gt;</w:t>
        <w:br/>
        <w:t>"Збройного мужа", згадай, з ложем, що в Тірі, зріднив.&lt;br /&gt;</w:t>
        <w:br/>
        <w:t>З цілого твору того найбільше читач полюбляє,&lt;br /&gt;</w:t>
        <w:br/>
        <w:t>Власне, ті дивні рядки — про потаємну любов.&lt;br /&gt;</w:t>
        <w:br/>
        <w:t>Він же й Філліди жагу, й кохання Амарілліди&lt;br /&gt;</w:t>
        <w:br/>
        <w:t>Ще юнаком оспівав на буколічнім ладу.&lt;br /&gt;</w:t>
        <w:br/>
        <w:t>Втім, коли про любов, то і я провинився не щойно,&lt;br /&gt;</w:t>
        <w:br/>
        <w:t>Бо за свій твір не новий кари нової зазнав.&lt;br /&gt;</w:t>
        <w:br/>
        <w:t>Видав пісні я тоді, коли, вже вершником римським,&lt;br /&gt;</w:t>
        <w:br/>
        <w:t>Я перед пильним твоїм поглядом вільно пройшов.&lt;br /&gt;</w:t>
        <w:br/>
        <w:t>Що ж? Ті рядки, по-юнацькому складені, необережно,&lt;br /&gt;</w:t>
        <w:br/>
        <w:t>Шкоду приносять мені, геть посивілому вже?&lt;br /&gt;</w:t>
        <w:br/>
        <w:t>Пізно, ой, пізно прийшла за книжечку давнішню кара!&lt;br /&gt;</w:t>
        <w:br/>
        <w:t>Як же їх час оддалив — вірші ті й кару за них!..&lt;br /&gt;</w:t>
        <w:br/>
        <w:t>Та нагадаю тобі, що писав я не тільки марниці:&lt;br /&gt;</w:t>
        <w:br/>
        <w:t>Часто і я піднімав чи не найбільше з вітрил.&lt;br /&gt;</w:t>
        <w:br/>
        <w:t>"Фасти" віршовані склав — шість книг вони охопили;&lt;br /&gt;</w:t>
        <w:br/>
        <w:t>В кожній — місяць один, й що в ньому є, описав.&lt;br /&gt;</w:t>
        <w:br/>
        <w:t>Та до кінця не довів — через долю лиху полишити,&lt;br /&gt;</w:t>
        <w:br/>
        <w:t>Цезарю, мусив я те, що присвятив я тобі.&lt;br /&gt;</w:t>
        <w:br/>
        <w:t>Дещо вдалося мені й для високих котурнів укласти,&lt;br /&gt;</w:t>
        <w:br/>
        <w:t>Й повагом мову вести, як і належить, умів.&lt;br /&gt;</w:t>
        <w:br/>
        <w:t>Інше я також писав, хоч і тут довести все до ладу&lt;br /&gt;</w:t>
        <w:br/>
        <w:t>Час не дозволив мені, — про перевтілення твір.&lt;br /&gt;</w:t>
        <w:br/>
        <w:t>О, якби трапилось так, що ти, про гнів свій забувши,&lt;br /&gt;</w:t>
        <w:br/>
        <w:t>З книги тієї велів дещо собі прочитать,&lt;br /&gt;</w:t>
        <w:br/>
        <w:t>Хоч би тих пару рядків, де, від витоків світу почавши,&lt;br /&gt;</w:t>
        <w:br/>
        <w:t>Оповідь я до твого, Цезарю, часу довів, —&lt;br /&gt;</w:t>
        <w:br/>
        <w:t>Сам би побачив, скільки снаги давав мені в праці,&lt;br /&gt;</w:t>
        <w:br/>
        <w:t>Як я про тебе й твоїх щиро, сердечно співав.&lt;br /&gt;</w:t>
        <w:br/>
        <w:t>Жодним із віршів своїх не вколов, не дійняв я нікого,&lt;br /&gt;</w:t>
        <w:br/>
        <w:t>Жодним — про злочин чужий навіть не згадував я.&lt;br /&gt;</w:t>
        <w:br/>
        <w:t>Щирий у почуттях, не вливав я у слово отрути,&lt;br /&gt;</w:t>
        <w:br/>
        <w:t>З жовчю змішувать сіль — це не моє ремесло.&lt;br /&gt;</w:t>
        <w:br/>
        <w:t>Скільки людей, скільки віршів у нас — мене ж Калліопа&lt;br /&gt;</w:t>
        <w:br/>
        <w:t>Лиш одного з-між усіх, Муза скарала моя!..&lt;br /&gt;</w:t>
        <w:br/>
        <w:t>Все ж моїм горем, гадаю, ніхто з квіритів не буде&lt;br /&gt;</w:t>
        <w:br/>
        <w:t>Тішитись, а співчуття — у багатьох я знайду.&lt;br /&gt;</w:t>
        <w:br/>
        <w:t>Важко повірити в те, щоб за чесність мою наді мною&lt;br /&gt;</w:t>
        <w:br/>
        <w:t>Після падіння мого міг посміятися хтось!&lt;br /&gt;</w:t>
        <w:br/>
        <w:t>Ці, та й інші слова нехай божество твоє схилять:&lt;br /&gt;</w:t>
        <w:br/>
        <w:t>Батьку вітчизни, молю, ти ж бо — найвище добро!&lt;br /&gt;</w:t>
        <w:br/>
        <w:t>Не до Авзонії, врешті, прошусь, хіба потім, як тільки&lt;br /&gt;</w:t>
        <w:br/>
        <w:t>Довге вигнання моє гнів твій поволі зм'якшить, —&lt;br /&gt;</w:t>
        <w:br/>
        <w:t>Ближчим, благаю тебе, і легшим зроби те вигнання,&lt;br /&gt;</w:t>
        <w:br/>
        <w:t>Кару й провину мою вирівняй на терезах!</w:t>
      </w:r>
    </w:p>
    <w:p>
      <w:r>
        <w:br/>
        <w:t>КНИГА ТРЕТЯ</w:t>
      </w:r>
    </w:p>
    <w:p>
      <w:r>
        <w:br/>
        <w:t>1&lt;br /&gt;</w:t>
        <w:br/>
        <w:t>Боязко входжу я в Рим величавий, книжка вигнанця,&lt;br /&gt;</w:t>
        <w:br/>
        <w:t>Серцем, читачу, озвись — втомленій руку подай.&lt;br /&gt;</w:t>
        <w:br/>
        <w:t>Хай тебе страх не бере: червоніть через мене не будеш:&lt;br /&gt;</w:t>
        <w:br/>
        <w:t>Жоден на цих сторінках вірш не навчає любить.&lt;br /&gt;</w:t>
        <w:br/>
        <w:t>Доля того, хто мене виряджав, не така, щоб те горе,&lt;br /&gt;</w:t>
        <w:br/>
        <w:t>Те безталання моє він переводив на жарт.&lt;br /&gt;</w:t>
        <w:br/>
        <w:t>Навіть той твір, що ним забавлявсь у зеленому віці,&lt;br /&gt;</w:t>
        <w:br/>
        <w:t>Нині ненавидить він — пізно, на жаль! — і клене.&lt;br /&gt;</w:t>
        <w:br/>
        <w:t>З чим приходжу, поглянь: журба — це вся моя ноша,&lt;br /&gt;</w:t>
        <w:br/>
        <w:t>Настрій-бо співу мого — з днями сумними в ладу.&lt;br /&gt;</w:t>
        <w:br/>
        <w:t>З кожним другим рядком той вірш немов шкутильгає —&lt;br /&gt;</w:t>
        <w:br/>
        <w:t>Чи від утоми, чи то вада в самій же стопі.&lt;br /&gt;</w:t>
        <w:br/>
        <w:t>Де золотавість, де блиск, що від кедру й пемзи, спитаєш?&lt;br /&gt;</w:t>
        <w:br/>
        <w:t>Як мій владар, так і я — кращою соромно буть.&lt;br /&gt;</w:t>
        <w:br/>
        <w:t>Літери он розпливлись то тут, то там, зауважиш —&lt;br /&gt;</w:t>
        <w:br/>
        <w:t>Ронячи сльози, псував сам свою пісню співець.&lt;br /&gt;</w:t>
        <w:br/>
        <w:t>Може, й не все, що тут є, — зразок латинської мови —&lt;br /&gt;</w:t>
        <w:br/>
        <w:t>Теж дивуватись не варт: серед чужинців писав.&lt;br /&gt;</w:t>
        <w:br/>
        <w:t>Тож, коли ласка, скажіть, читачі, куцою податись,&lt;br /&gt;</w:t>
        <w:br/>
        <w:t>Де мені крівлю яку, книжці-блукачці, знайти?&lt;br /&gt;</w:t>
        <w:br/>
        <w:t>Ледве знайшовся один, що на лепет мій одгукнувся,&lt;br /&gt;</w:t>
        <w:br/>
        <w:t>Ледве один із юрби, врешті, дорогу вказав.&lt;br /&gt;</w:t>
        <w:br/>
        <w:t>"Хай тобі вділять боги, чого не вділити співцеві:&lt;br /&gt;</w:t>
        <w:br/>
        <w:t>Змогу на рідній землі гарне прожити життя!&lt;br /&gt;</w:t>
        <w:br/>
        <w:t>Що ж, я готова. Веди! Дарма, що йду з краю світу.&lt;br /&gt;</w:t>
        <w:br/>
        <w:t>Що суходоли й моря геть мене вибили з сил".&lt;br /&gt;</w:t>
        <w:br/>
        <w:t>Рушили ми. Ведучи, пояснив він: "Он Цезаря форум...&lt;br /&gt;</w:t>
        <w:br/>
        <w:t>Ми ж по Священній йдемо вулиці, знаній у нас.&lt;br /&gt;</w:t>
        <w:br/>
        <w:t>Тут ось і Вести храм; її вогнище в ньому й Палладій;&lt;br /&gt;</w:t>
        <w:br/>
        <w:t>Скромний будинок ось цей — древнього Нуми житло".&lt;br /&gt;</w:t>
        <w:br/>
        <w:t>Вправо звернувши, сказав: "Палатину бачиш ворота.&lt;br /&gt;</w:t>
        <w:br/>
        <w:t>Статор он. Тут і було місто закладене — Рим.&lt;br /&gt;</w:t>
        <w:br/>
        <w:t>Поки на все те дивлюсь, розмаїттям блискучої зброї&lt;br /&gt;</w:t>
        <w:br/>
        <w:t>Портик засяяв мені й крівля, достойна богів.&lt;br /&gt;</w:t>
        <w:br/>
        <w:t>"Певно, Юпітера храм?" — запитала я, бо над дверима,&lt;br /&gt;</w:t>
        <w:br/>
        <w:t>Видно було, зеленів листям дубовий вінок.&lt;br /&gt;</w:t>
        <w:br/>
        <w:t>"Не сумніваюсь уже, — про господаря дому почувши,&lt;br /&gt;</w:t>
        <w:br/>
        <w:t>Впевнено мовила я, — тут сам Юпітер живе!"&lt;br /&gt;</w:t>
        <w:br/>
        <w:t>Що означає, одначе, той лавр, що пишно розрісся,&lt;br /&gt;</w:t>
        <w:br/>
        <w:t>Тінь розіславши густу біля високих дверей?&lt;br /&gt;</w:t>
        <w:br/>
        <w:t>Те, що дім заслужив на постійні тріумфи чи, може,&lt;br /&gt;</w:t>
        <w:br/>
        <w:t>Те, що Левкадський Феб саме його полюбив?&lt;br /&gt;</w:t>
        <w:br/>
        <w:t>Чи він для себе лишень, чи для інших свято дарує,&lt;br /&gt;</w:t>
        <w:br/>
        <w:t>Світлий ширячи мир ген по безкраїй землі?&lt;br /&gt;</w:t>
        <w:br/>
        <w:t>Може, це знак того, що вічно буде втішатись&lt;br /&gt;</w:t>
        <w:br/>
        <w:t>Славою дім цей, як лавр — зеленню листя свого?&lt;br /&gt;</w:t>
        <w:br/>
        <w:t>Що ж означає вінок, із присвяти короткої видно:&lt;br /&gt;</w:t>
        <w:br/>
        <w:t>"Цезарю від громадян, за порятунок життя".&lt;br /&gt;</w:t>
        <w:br/>
        <w:t>Ще одного долучи до них, батьку, щедрий на ласку,-&lt;br /&gt;</w:t>
        <w:br/>
        <w:t>Він, громадянин твій, на краю світа живе.&lt;br /&gt;</w:t>
        <w:br/>
        <w:t>Не заперечить того, що скараний був справедливо,&lt;br /&gt;</w:t>
        <w:br/>
        <w:t>Тільки не злочину тут — помилки він допустивсь.&lt;br /&gt;</w:t>
        <w:br/>
        <w:t>Горе! Боюсь владаря, та й місця самого боюся!..&lt;br /&gt;</w:t>
        <w:br/>
        <w:t>Кожен рядок у мені, літера кожна тремтить.&lt;br /&gt;</w:t>
        <w:br/>
        <w:t>Бачиш? Мої сторінки — одна тільки блідість безкровна.&lt;br /&gt;</w:t>
        <w:br/>
        <w:t>Бачиш? Нерівно іду, хистко ступаючи крок&lt;br /&gt;</w:t>
        <w:br/>
        <w:t>"О, якби знову, — зітхнулось мені, — за господарів цих же&lt;br /&gt;</w:t>
        <w:br/>
        <w:t>Батько мій міг озирать ту найяснішу з осель!"&lt;br /&gt;</w:t>
        <w:br/>
        <w:t>Далі — східці стрімкі: до буйноволосого бога,&lt;br /&gt;</w:t>
        <w:br/>
        <w:t>В храм його, білий, мов сніг, я за провидцем іду.&lt;br /&gt;</w:t>
        <w:br/>
        <w:t>Серед заморських колон Данаїди зображені; поряд —&lt;br /&gt;</w:t>
        <w:br/>
        <w:t>Батько суворий; в руці в нього — оголений меч.&lt;br /&gt;</w:t>
        <w:br/>
        <w:t>Тут має змогу читач дізнаватися, що у натхненній&lt;br /&gt;</w:t>
        <w:br/>
        <w:t>Праці створили для нас нинішні й давні співці.&lt;br /&gt;</w:t>
        <w:br/>
        <w:t>Там я шукала сестер, та не тих, чий батько нещасний&lt;br /&gt;</w:t>
        <w:br/>
        <w:t>Все докоряє собі, що народив їх на світ.&lt;br /&gt;</w:t>
        <w:br/>
        <w:t>Марно шукаю, однак; охоронець покоїв тим часом&lt;br /&gt;</w:t>
        <w:br/>
        <w:t>Ті заповітні місця каже покинуть мені.&lt;br /&gt;</w:t>
        <w:br/>
        <w:t>В інший звернула я храм, що тут же, побіч театру,&lt;br /&gt;</w:t>
        <w:br/>
        <w:t>Все ж і туди не дають навіть ногою ступить.&lt;br /&gt;</w:t>
        <w:br/>
        <w:t>Не допустила Свобода мене до святині, що вперше&lt;br /&gt;</w:t>
        <w:br/>
        <w:t>Місце в покоях своїх книгам поетів дала.&lt;br /&gt;</w:t>
        <w:br/>
        <w:t>Так ото доля лиха не лише на співця завзялася:&lt;br /&gt;</w:t>
        <w:br/>
        <w:t>Змушені й книги його — діти — вигнанцями буть.&lt;br /&gt;</w:t>
        <w:br/>
        <w:t>Та, сподіваюсь, на нас і на нього зглянеться Цезар —&lt;br /&gt;</w:t>
        <w:br/>
        <w:t>Час перемелює все, з часом уляжеться гнів.&lt;br /&gt;</w:t>
        <w:br/>
        <w:t>Вас я благаю, боги (чи маю на люд уповати?),&lt;br /&gt;</w:t>
        <w:br/>
        <w:t>Цезарю, рівно ж тебе, найвидатніший з богів!&lt;br /&gt;</w:t>
        <w:br/>
        <w:t>А коли храм той і людні місця тепер не для мене —&lt;br /&gt;</w:t>
        <w:br/>
        <w:t>Книжку оселі чиїйсь ти прихистити дозволь.&lt;br /&gt;</w:t>
        <w:br/>
        <w:t>Вірші мої, так ганебно відкинуті, врешті б, хотів я,&lt;br /&gt;</w:t>
        <w:br/>
        <w:t>Люде незнатний, тобі з ласки твоєї вручить.</w:t>
      </w:r>
    </w:p>
    <w:p>
      <w:r>
        <w:br/>
        <w:t>2&lt;br /&gt;</w:t>
        <w:br/>
        <w:t>Випало й Скіфію бачить мені, де вісь паррасійська&lt;br /&gt;</w:t>
        <w:br/>
        <w:t>Землю вигнання мого люто морозом гнітить.&lt;br /&gt;</w:t>
        <w:br/>
        <w:t>Не спромоглися ні ви, Пієриди, сестри учені,&lt;br /&gt;</w:t>
        <w:br/>
        <w:t>Ані Латони син порятувати жерця.&lt;br /&gt;</w:t>
        <w:br/>
        <w:t>Не врятувало і те, що жарт я любив, а не злочин,&lt;br /&gt;</w:t>
        <w:br/>
        <w:t>Що не так я пустував, як ота Муза моя.&lt;br /&gt;</w:t>
        <w:br/>
        <w:t>Скільки смертей на морях, суходолах чигало на мене,&lt;br /&gt;</w:t>
        <w:br/>
        <w:t>Аж поки Понт крижаний не прихистив блукача!&lt;br /&gt;</w:t>
        <w:br/>
        <w:t>Хоч і цурався справ, хоч на світ прийшов для дозвілля,&lt;br /&gt;</w:t>
        <w:br/>
        <w:t>Хоч, від природи м'який, праці важкої не знав, —&lt;br /&gt;</w:t>
        <w:br/>
        <w:t>Нині — будь-що знесу. Ні понуре, без гавані море,&lt;br /&gt;</w:t>
        <w:br/>
        <w:t>Ні всі дороги-шляхи не доконали мене.&lt;br /&gt;</w:t>
        <w:br/>
        <w:t>Дух їм протистояв. Набиралось і тіло від нього&lt;br /&gt;</w:t>
        <w:br/>
        <w:t>Сил — і долало те, що непосильним було.&lt;br /&gt;</w:t>
        <w:br/>
        <w:t>Поки був забавкою для вітрів і хвиль, од тривоги&lt;br /&gt;</w:t>
        <w:br/>
        <w:t>Душу зболілу свою працею я розважав.&lt;br /&gt;</w:t>
        <w:br/>
        <w:t>А закінчився шлях, і відпала потреба йти далі —&lt;br /&gt;</w:t>
        <w:br/>
        <w:t>Й місця вигнання свого, кари, я врешті торкнувсь, —&lt;br /&gt;</w:t>
        <w:br/>
        <w:t>Плач — утіха моя. Струмки, що їх живить на весну&lt;br /&gt;</w:t>
        <w:br/>
        <w:t>Сніг, не такі вже рясні, як оті сльози з очей.&lt;br /&gt;</w:t>
        <w:br/>
        <w:t>Згадую Рим тут і дім, на пам'ять тут мені сходять&lt;br /&gt;</w:t>
        <w:br/>
        <w:t>Милі місця і все те, що я у Місті лишив.&lt;br /&gt;</w:t>
        <w:br/>
        <w:t>Скільки разів я стукав у двері своєї могили —&lt;br /&gt;</w:t>
        <w:br/>
        <w:t>Марно! Ні разу вони не відчинились мені.&lt;br /&gt;</w:t>
        <w:br/>
        <w:t>Нащо я стільки мечів оминув? Чому лиш страхала,&lt;br /&gt;</w:t>
        <w:br/>
        <w:t>А не накрила мене хвилею буря стрімка?..&lt;br /&gt;</w:t>
        <w:br/>
        <w:t>О божества, чию неприхильність чую постійно,&lt;br /&gt;</w:t>
        <w:br/>
        <w:t>Ви, що примножили гнів ще одного божества,&lt;br /&gt;</w:t>
        <w:br/>
        <w:t>Долю поквапте повільну мою, хай не будуть глухими&lt;br /&gt;</w:t>
        <w:br/>
        <w:t>Двері, що ними б мені в смерть довгождану ввійти!</w:t>
      </w:r>
    </w:p>
    <w:p>
      <w:r>
        <w:br/>
        <w:t>3&lt;br /&gt;</w:t>
        <w:br/>
        <w:t>Може, здивуєшся ти, що цей лист не моєю рукою&lt;br /&gt;</w:t>
        <w:br/>
        <w:t>Писаний: я на той час немічний, хворий лежав.&lt;br /&gt;</w:t>
        <w:br/>
        <w:t>Хворий — на чужині, на краю невідомого світу,&lt;br /&gt;</w:t>
        <w:br/>
        <w:t>Зовсім не певний того, що до здоров'я прийду.&lt;br /&gt;</w:t>
        <w:br/>
        <w:t>Що, уяви собі, я відчував, серед ґетів, сарматів&lt;br /&gt;</w:t>
        <w:br/>
        <w:t>Злігши, у тій далині, у невідомості тій?&lt;br /&gt;</w:t>
        <w:br/>
        <w:t>Небо тут шкодить мені, до води питної не звикну,&lt;br /&gt;</w:t>
        <w:br/>
        <w:t>Не до вподоби й земля — годі сказати, чому.&lt;br /&gt;</w:t>
        <w:br/>
        <w:t>Невідповідне житло, не годиться для хворого їжа,&lt;br /&gt;</w:t>
        <w:br/>
        <w:t>Фебовим хистом ніхто тут не зарадить біді.&lt;br /&gt;</w:t>
        <w:br/>
        <w:t>Друга не маю тут, хто б занепалого словом розрадив,&lt;br /&gt;</w:t>
        <w:br/>
        <w:t>Хто б коротати поміг часу повільного плин.&lt;br /&gt;</w:t>
        <w:br/>
        <w:t>От і лежу, де найдальша земля, найдальші племена,&lt;br /&gt;</w:t>
        <w:br/>
        <w:t>І, чого бракне мені — те перед зором стає.&lt;br /&gt;</w:t>
        <w:br/>
        <w:t>Різне ввижається, ти ж — найчастіше, люба дружино:&lt;br /&gt;</w:t>
        <w:br/>
        <w:t>Більша частина мого серця належить тобі.&lt;br /&gt;</w:t>
        <w:br/>
        <w:t>Ти так далеко, але — тебе кличу, мовлю до тебе,&lt;br /&gt;</w:t>
        <w:br/>
        <w:t>Ти, хай це ніч, хай день, перед очима стоїш.&lt;br /&gt;</w:t>
        <w:br/>
        <w:t>Навіть коли у гарячці був, ім'ям твоїм, кажуть,&lt;br /&gt;</w:t>
        <w:br/>
        <w:t>Марив я: тільки воно в мене було на вустах.&lt;br /&gt;</w:t>
        <w:br/>
        <w:t>Та коли б до піднебіння припав мій язик і намарно,&lt;br /&gt;</w:t>
        <w:br/>
        <w:t>Крапля по краплі, вином хтось оживляв би його,&lt;br /&gt;</w:t>
        <w:br/>
        <w:t>Хай лиш тоді сповістять, що жона загостила до мене, —&lt;br /&gt;</w:t>
        <w:br/>
        <w:t>Стану на ноги я враз, повен надії й снаги.&lt;br /&gt;</w:t>
        <w:br/>
        <w:t>Тож сумніваюсь, чи житиму... Ти ж, у Римі, можливо,&lt;br /&gt;</w:t>
        <w:br/>
        <w:t>Весело нині живеш — горе й не снилось моє.&lt;br /&gt;</w:t>
        <w:br/>
        <w:t>Що я, одначе, кажу?.. Без мужа, я того певен,&lt;br /&gt;</w:t>
        <w:br/>
        <w:t>О найдорожча моя, дні твої — смуток один.&lt;br /&gt;</w:t>
        <w:br/>
        <w:t>А коли доля належні роки мені відрахувала,&lt;br /&gt;</w:t>
        <w:br/>
        <w:t>І, не нажившись іще, я підійшов до межі, —&lt;br /&gt;</w:t>
        <w:br/>
        <w:t>Чи вже так важко, боги, мене потішити в смерті,&lt;br /&gt;</w:t>
        <w:br/>
        <w:t>Щоб хоч у рідній землі міг упокоїтись я?&lt;br /&gt;</w:t>
        <w:br/>
        <w:t>Хоч би зі смертю збіглось у часі моє покарання,&lt;br /&gt;</w:t>
        <w:br/>
        <w:t>Хоч би раптово я вмер перед вигнанням отим!&lt;br /&gt;</w:t>
        <w:br/>
        <w:t>Вічі свої, не знаючи горя, міг би склепити, —&lt;br /&gt;</w:t>
        <w:br/>
        <w:t>Ба, та приточено днів, щоб на вигнанні конать!&lt;br /&gt;</w:t>
        <w:br/>
        <w:t>Так і вмиратиму в цій далині, в чужинному краї,&lt;br /&gt;</w:t>
        <w:br/>
        <w:t>Де й місцевість сама смерті скорботи додасть?&lt;br /&gt;</w:t>
        <w:br/>
        <w:t>Немічний, не простягнусь на своєму звичному ложі&lt;br /&gt;</w:t>
        <w:br/>
        <w:t>Й над охололим, німим жодна душа не сплакне?&lt;br /&gt;</w:t>
        <w:br/>
        <w:t>Й сльози жони, обличчя моє скропляючи рясно,&lt;br /&gt;</w:t>
        <w:br/>
        <w:t>В грудях моїх на якусь мить не загаять душі?&lt;br /&gt;</w:t>
        <w:br/>
        <w:t>Врешті, останніх доручень не дам? "Прощавай!" не почую?&lt;br /&gt;</w:t>
        <w:br/>
        <w:t>Ніжна, прихильна рука віч не закриє мені?&lt;br /&gt;</w:t>
        <w:br/>
        <w:t>Без похоронних плачів, без останньої гідної шани —&lt;br /&gt;</w:t>
        <w:br/>
        <w:t>Лишенько! — голову цю вкриє чужинна земля?&lt;br /&gt;</w:t>
        <w:br/>
        <w:t>Чи на ту вістку сумну ти глузду не втратиш, дружино?&lt;br /&gt;</w:t>
        <w:br/>
        <w:t>Чи не вдарятимеш ти в груди себе раз у раз?&lt;br /&gt;</w:t>
        <w:br/>
        <w:t>Чи у далінь, де твій муж, простягаючи руки, не будеш&lt;br /&gt;</w:t>
        <w:br/>
        <w:t>Кликать його на ім'я — лиш на забаву вітрам?&lt;br /&gt;</w:t>
        <w:br/>
        <w:t>Годі! Волосся не рви, не дряпай лиця: ти не вперше,&lt;br /&gt;</w:t>
        <w:br/>
        <w:t>Радосте світла моя, втратила мужа свого:&lt;br /&gt;</w:t>
        <w:br/>
        <w:t>Дійсно вперше — тоді, як я без вітчизни лишився, —&lt;br /&gt;</w:t>
        <w:br/>
        <w:t>То була перша, а це — гірша, болючіша смерть.&lt;br /&gt;</w:t>
        <w:br/>
        <w:t>Нині, якщо б ти могла — та чи зможеш, люба дружино?&lt;br /&gt;</w:t>
        <w:br/>
        <w:t>Тим потішайся, що смерть — це моїм мукам межа.&lt;br /&gt;</w:t>
        <w:br/>
        <w:t>Можеш принаймні одне: біді протиставити нині&lt;br /&gt;</w:t>
        <w:br/>
        <w:t>Стійкість; цю рису в тобі щедро плекало життя.&lt;br /&gt;</w:t>
        <w:br/>
        <w:t>Добре було б, якби смерть і тіло нищила, й душу,&lt;br /&gt;</w:t>
        <w:br/>
        <w:t>А ненажерний вогонь геть усього мене з'їв!&lt;br /&gt;</w:t>
        <w:br/>
        <w:t>Бо коли, смерті не знаючи, дух у порожняву лине,&lt;br /&gt;</w:t>
        <w:br/>
        <w:t>І якщо правду про це старець самоський повів, —&lt;br /&gt;</w:t>
        <w:br/>
        <w:t>То між сарматськими — римська блукатиме тінь, не дадуть їй,&lt;br /&gt;</w:t>
        <w:br/>
        <w:t>Зайшлій, в свій гурт увійти Мани чужої землі.&lt;br /&gt;</w:t>
        <w:br/>
        <w:t>Дбай, щоб у скромній урні хоч прах мій дістався до Риму,&lt;br /&gt;</w:t>
        <w:br/>
        <w:t>Щоб і по смерті своїй я на вигнанні не був.&lt;br /&gt;</w:t>
        <w:br/>
        <w:t>Не заборонять цього: таж у Фівах сестра схоронила,&lt;br /&gt;</w:t>
        <w:br/>
        <w:t>Хоч і владар не велів, рідного брата свого.&lt;br /&gt;</w:t>
        <w:br/>
        <w:t>Прах мій, змішавши з амомом сипким, із зіллям пахучим,&lt;br /&gt;</w:t>
        <w:br/>
        <w:t>Десь поза муром міським рідній землі доручи.&lt;br /&gt;</w:t>
        <w:br/>
        <w:t>А на плиті мармуровій великими буквами стисло&lt;br /&gt;</w:t>
        <w:br/>
        <w:t>Вирізьби, щоб мандрівець оком одразу пробіг:&lt;br /&gt;</w:t>
        <w:br/>
        <w:t>"Я, що лежу тут, Назон, оспівувач любощів ніжних,&lt;br /&gt;</w:t>
        <w:br/>
        <w:t>Марно зі світу пішов через свій хист до пісень.&lt;br /&gt;</w:t>
        <w:br/>
        <w:t>Ти, що проходиш (чи сам не кохав?) — не лінуйся шепнути:&lt;br /&gt;</w:t>
        <w:br/>
        <w:t>Праху Назона нехай буде легкою земля!"&lt;br /&gt;</w:t>
        <w:br/>
        <w:t>От і достатньо цього. Мій пам'ятник — це мої вірші:&lt;br /&gt;</w:t>
        <w:br/>
        <w:t>Краще, триваліше він буде служити мені.&lt;br /&gt;</w:t>
        <w:br/>
        <w:t>Занапастили ті вірші мене, та своєму творцеві,&lt;br /&gt;</w:t>
        <w:br/>
        <w:t>Вірю, вони ж і життя, й славу довічну дадуть.&lt;br /&gt;</w:t>
        <w:br/>
        <w:t>Ти ж, найдорожча моя, пам'ятай про дари похоронні,&lt;br /&gt;</w:t>
        <w:br/>
        <w:t>Квіти з росинками сліз ти на могилу клади.&lt;br /&gt;</w:t>
        <w:br/>
        <w:t>Хоч наше тіло жадливий вогонь обертає у попіл,&lt;br /&gt;</w:t>
        <w:br/>
        <w:t>Все ж і той попіл сумний чує турботу живих.&lt;br /&gt;</w:t>
        <w:br/>
        <w:t>Ще б я писати велів, та сил не стає говорити,&lt;br /&gt;</w:t>
        <w:br/>
        <w:t>Тихнуть слова на вустах, пересихає язик&lt;br /&gt;</w:t>
        <w:br/>
        <w:t>Може, востаннє зичу того, чого сам тут не маю, —&lt;br /&gt;</w:t>
        <w:br/>
        <w:t>Зичу здоров'я тобі, люба жоно. Прощавай!</w:t>
      </w:r>
    </w:p>
    <w:p>
      <w:r>
        <w:br/>
        <w:t>4&lt;br /&gt;</w:t>
        <w:br/>
        <w:t>Ти, ким постійно я дорожив, чию дружбу, одначе,&lt;br /&gt;</w:t>
        <w:br/>
        <w:t>Лиш у великій біді я до кінця оцінив!&lt;br /&gt;</w:t>
        <w:br/>
        <w:t>Ось тобі рада моя, чий досвід гідний уваги:&lt;br /&gt;</w:t>
        <w:br/>
        <w:t>Тихо, для себе живи, славних імен уникай.&lt;br /&gt;</w:t>
        <w:br/>
        <w:t>Чуєш? Для себе живи, якнайдалі од можновладців:&lt;br /&gt;</w:t>
        <w:br/>
        <w:t>Саме звідтіль, пам'ятай, б'є блискавиці вогонь.&lt;br /&gt;</w:t>
        <w:br/>
        <w:t>Хоч посприяти б могли (на те й можновладці), та краще&lt;br /&gt;</w:t>
        <w:br/>
        <w:t>Хай не сприяє нам той, хто б і пошкодити міг!&lt;br /&gt;</w:t>
        <w:br/>
        <w:t>Щогла, що нижча, то легше од бурі вона утікає,&lt;br /&gt;</w:t>
        <w:br/>
        <w:t>Більше вітрило твоє — більша загроза біди.&lt;br /&gt;</w:t>
        <w:br/>
        <w:t>Бачиш, не тоне кора на високому гребені хвилі,&lt;br /&gt;</w:t>
        <w:br/>
        <w:t>Сіть же з грузилом важким падає ген у глибінь.&lt;br /&gt;</w:t>
        <w:br/>
        <w:t>Жаль, що подібних порад я сам не слухав, порадник, —&lt;br /&gt;</w:t>
        <w:br/>
        <w:t>Може б, у Римі тепер, як і давно колись, жив.&lt;br /&gt;</w:t>
        <w:br/>
        <w:t>Доки ми разом були, доки я вітерцем утішався,&lt;br /&gt;</w:t>
        <w:br/>
        <w:t>Човен мій без пригод водами тихими мчав.&lt;br /&gt;</w:t>
        <w:br/>
        <w:t>Хто на гладкому спіткнувсь (таке й не часто буває)&lt;br /&gt;</w:t>
        <w:br/>
        <w:t>Той, як упав, так і встав, — то невелика біда.&lt;br /&gt;</w:t>
        <w:br/>
        <w:t>А Ельпенор-бідолаха, із крівлі стрімкої зірвавшись,&lt;br /&gt;</w:t>
        <w:br/>
        <w:t>Перед своїм владарем тінню блідою постав,&lt;br /&gt;</w:t>
        <w:br/>
        <w:t>А через що, поки в небі Дедал опирався на крила,&lt;br /&gt;</w:t>
        <w:br/>
        <w:t>Син його йменням своїм води безкраї назвав?&lt;br /&gt;</w:t>
        <w:br/>
        <w:t>Бо надто високо злинув Ікар, Дедал летів мірно,&lt;br /&gt;</w:t>
        <w:br/>
        <w:t>Хоч і ті крила в обох не від природи були.&lt;br /&gt;</w:t>
        <w:br/>
        <w:t>Вір мені: добре прожив, хто вмів ховатися добре,&lt;br /&gt;</w:t>
        <w:br/>
        <w:t>І поза межі, що їх доля вказала, не йшов.&lt;br /&gt;</w:t>
        <w:br/>
        <w:t>Чи залишився б самотнім Евмед, якби по-дурному&lt;br /&gt;</w:t>
        <w:br/>
        <w:t>Коней Ахілла баских так не запрагнув Долон?&lt;br /&gt;</w:t>
        <w:br/>
        <w:t>Сина б не бачив Мероп у вогні, тополями — рідних&lt;br /&gt;</w:t>
        <w:br/>
        <w:t>Дочок, та богу в сини він Фаетона оддав.&lt;br /&gt;</w:t>
        <w:br/>
        <w:t>Так от і ти непомірно високого лету лякайся,&lt;br /&gt;</w:t>
        <w:br/>
        <w:t>Не відступай од межі, в пору вітрило згорни.&lt;br /&gt;</w:t>
        <w:br/>
        <w:t>Гідний ти кращої стежки в житті; усю її змірять&lt;br /&gt;</w:t>
        <w:br/>
        <w:t>І не спіткнутись, як я, — ось чого зичу тобі.&lt;br /&gt;</w:t>
        <w:br/>
        <w:t>Щирим є зичення те, бо ти заслужив його, друже,&lt;br /&gt;</w:t>
        <w:br/>
        <w:t>Вірним у будь-який час, теплим до мене чуттям.&lt;br /&gt;</w:t>
        <w:br/>
        <w:t>Бачив я: лихо моє тебе вразило так, що не менше&lt;br /&gt;</w:t>
        <w:br/>
        <w:t>Ти, припускаю, збілів, закам'янів, ніж я сам.&lt;br /&gt;</w:t>
        <w:br/>
        <w:t>Бачив я сльози твої, їх чув на своєму обличчі,&lt;br /&gt;</w:t>
        <w:br/>
        <w:t>Пив їх, а з ними й слова — в дружбі зізнання твої.&lt;br /&gt;</w:t>
        <w:br/>
        <w:t>Друга й тепер, хоч далеко він, прагнеш ти захистити,&lt;br /&gt;</w:t>
        <w:br/>
        <w:t>Хочеш поправити чимсь ту непоправну біду.&lt;br /&gt;</w:t>
        <w:br/>
        <w:t>Заздрості не накликай, про славу не дбаючи; мирно&lt;br /&gt;</w:t>
        <w:br/>
        <w:t>Вік свій вікуй і до тих, хто тобі рівня, горнись.&lt;br /&gt;</w:t>
        <w:br/>
        <w:t>Щодо Назона — то ймення саме, бо воно поміж вами,&lt;br /&gt;</w:t>
        <w:br/>
        <w:t>Можеш, мій друже, любить; інше все — Понт ув'язнив.&lt;br /&gt;</w:t>
        <w:br/>
        <w:t>Під Ведмедицею із Еріманту простелені землі&lt;br /&gt;</w:t>
        <w:br/>
        <w:t>Нині тримають мене — льодом опалений край.&lt;br /&gt;</w:t>
        <w:br/>
        <w:t>Далі — Боспор, Танаїс, болота несходжені скіфські,&lt;br /&gt;</w:t>
        <w:br/>
        <w:t>Мало що скажуть тобі й назви місцевостей тих.&lt;br /&gt;</w:t>
        <w:br/>
        <w:t>Далі — ніщо: один лиш мороз, для життя непридатний,&lt;br /&gt;</w:t>
        <w:br/>
        <w:t>Звідси до краю землі — горе! — рукою подать!..&lt;br /&gt;</w:t>
        <w:br/>
        <w:t>Як же далеко вітчизна моя! Як далеко дружина!..&lt;br /&gt;</w:t>
        <w:br/>
        <w:t>Як далеко все те, чим я колись дорожив!&lt;br /&gt;</w:t>
        <w:br/>
        <w:t>Так, далина пролягла, й рукою до вас не сягнути,&lt;br /&gt;</w:t>
        <w:br/>
        <w:t>Що забажаю, однак, — бачу очима душі.&lt;br /&gt;</w:t>
        <w:br/>
        <w:t>Бачу я дім свій, і Рим, озираю кожнісіньке місце,&lt;br /&gt;</w:t>
        <w:br/>
        <w:t>Де я бував, що робив, бачиться все зокрема.&lt;br /&gt;</w:t>
        <w:br/>
        <w:t>Люба дружина стоїть живим образом перед очима, —&lt;br /&gt;</w:t>
        <w:br/>
        <w:t>Радість велика моя, горе моє водночас!&lt;br /&gt;</w:t>
        <w:br/>
        <w:t>Горе — бо ти не тут, а радість — бо й там мене любиш,&lt;br /&gt;</w:t>
        <w:br/>
        <w:t>Без нарікання важкий взявши на себе тягар.&lt;br /&gt;</w:t>
        <w:br/>
        <w:t>Так, мої друзі, і ви, поселившись у серці моєму, —&lt;br /&gt;</w:t>
        <w:br/>
        <w:t>Кожного з вас на ім'я тут я назвати готов, —&lt;br /&gt;</w:t>
        <w:br/>
        <w:t>Страх зупиняє, однак тепер же, гадаю, ні в кого&lt;br /&gt;</w:t>
        <w:br/>
        <w:t>Мрії такої нема — в пісню мою увійти.&lt;br /&gt;</w:t>
        <w:br/>
        <w:t>Вчора ще навперебій домагались ви честі такої —&lt;br /&gt;</w:t>
        <w:br/>
        <w:t>Бачити ймення своє в творах Назона-співця.&lt;br /&gt;</w:t>
        <w:br/>
        <w:t>Хтозна, чи нині та честь пішла б на користь, тому-то,&lt;br /&gt;</w:t>
        <w:br/>
        <w:t>Щоб не лякалися ви, подумки всіх вас назву.&lt;br /&gt;</w:t>
        <w:br/>
        <w:t>Віршем не викрию друзів прихованих — хто мене вчора&lt;br /&gt;</w:t>
        <w:br/>
        <w:t>Явно любив, хай тепер потайки любить мене,&lt;br /&gt;</w:t>
        <w:br/>
        <w:t>Та пам'ятайте, що й тут, на самій окраїні світу,&lt;br /&gt;</w:t>
        <w:br/>
        <w:t>Всіх вас, мої дорогі, в серці своїм бережу.&lt;br /&gt;</w:t>
        <w:br/>
        <w:t>Ви ж мою долю важку по змозі полегшуйте якось,&lt;br /&gt;</w:t>
        <w:br/>
        <w:t>Руку тому, хто упав, друзі, подати спішіть!&lt;br /&gt;</w:t>
        <w:br/>
        <w:t>Хай до вас доля ласкавою буде — хай вам до віку&lt;br /&gt;</w:t>
        <w:br/>
        <w:t>Не доведеться ось так ласки просити в людей.</w:t>
      </w:r>
    </w:p>
    <w:p>
      <w:r>
        <w:br/>
        <w:t>5&lt;br /&gt;</w:t>
        <w:br/>
        <w:t>Ми не настільки з тобою дружили, щоб дружби тієї,&lt;br /&gt;</w:t>
        <w:br/>
        <w:t>Наче б її й не було, ти приховати не міг.&lt;br /&gt;</w:t>
        <w:br/>
        <w:t>Може б, аж так не зміцніла вона, якби вітер погідний&lt;br /&gt;</w:t>
        <w:br/>
        <w:t>Мірно, як і колись, дув у вітрило моє.&lt;br /&gt;</w:t>
        <w:br/>
        <w:t>Та, коли впав я, а всі (падіння — то небезпека!)&lt;br /&gt;</w:t>
        <w:br/>
        <w:t>Порозбігалися вмить, кинувши друга в біді, —&lt;br /&gt;</w:t>
        <w:br/>
        <w:t>Ти того тіла торкнувсь, яке вразив Громовержець,&lt;br /&gt;</w:t>
        <w:br/>
        <w:t>Ти наваживсь у дім, де базнадія, ввійти,&lt;br /&gt;</w:t>
        <w:br/>
        <w:t>Дати нещасному те, на що не могли спромогтися&lt;br /&gt;</w:t>
        <w:br/>
        <w:t>Й давні друзі мої — двоє чи троє хіба.&lt;br /&gt;</w:t>
        <w:br/>
        <w:t>Бачив я вираз обличчя твого, і погляд, і сльози,&lt;br /&gt;</w:t>
        <w:br/>
        <w:t>Й лиця поблідлі твої — я тоді так не збілів,&lt;br /&gt;</w:t>
        <w:br/>
        <w:t>Бачив, як рясно ті сльози пливли при кожному слові,&lt;br /&gt;</w:t>
        <w:br/>
        <w:t>Сльози — вустами, слова — слухом спрагло я пив.&lt;br /&gt;</w:t>
        <w:br/>
        <w:t>Тут же і впав я в обійми твої, на цілунки та схлипи&lt;br /&gt;</w:t>
        <w:br/>
        <w:t>Я поцілунками і схлипами відповідав.&lt;br /&gt;</w:t>
        <w:br/>
        <w:t>Поміч твою, дорогий, відчув я і тут, на вигнанні,&lt;br /&gt;</w:t>
        <w:br/>
        <w:t>Ймення ж твого не назву — просто скажу "дорогий".&lt;br /&gt;</w:t>
        <w:br/>
        <w:t>Скільки тих свідчень я міг би подати твоєї до мене&lt;br /&gt;</w:t>
        <w:br/>
        <w:t>Щирості! Все це в душі, поки життя, збережу.&lt;br /&gt;</w:t>
        <w:br/>
        <w:t>З ласки богів хай щастить тобі й далі близьким помагати,&lt;br /&gt;</w:t>
        <w:br/>
        <w:t>Та не в такій, як моя, надто великій біді.&lt;br /&gt;</w:t>
        <w:br/>
        <w:t>Ну, а коли б ти (дива нема) поцікавився часом,&lt;br /&gt;</w:t>
        <w:br/>
        <w:t>Що я, пропащий, тут, на краю світу, роблю, —&lt;br /&gt;</w:t>
        <w:br/>
        <w:t>Знай же: надію слабеньку сную (не смій обривати!),&lt;br /&gt;</w:t>
        <w:br/>
        <w:t>Що вгомониться колись буряний гнів божества.&lt;br /&gt;</w:t>
        <w:br/>
        <w:t>Може, намарно сную... А втім, усяке ж буває, —&lt;br /&gt;</w:t>
        <w:br/>
        <w:t>Ти цю надію, молю, трохи в мені покріпи!&lt;br /&gt;</w:t>
        <w:br/>
        <w:t>Весь свій до мовлення хист одній віддай нині справі:&lt;br /&gt;</w:t>
        <w:br/>
        <w:t>В силі тих слізних благань віри вигнанцю додай.&lt;br /&gt;</w:t>
        <w:br/>
        <w:t>Швидше тамує свій гнів, у кого більша могутність,&lt;br /&gt;</w:t>
        <w:br/>
        <w:t>Що благородніший дух, то його легше схилить.&lt;br /&gt;</w:t>
        <w:br/>
        <w:t>Дужому левові досить того, коли жертва упала:&lt;br /&gt;</w:t>
        <w:br/>
        <w:t>Ворог лежить перед ним — значить, двобою кінець.&lt;br /&gt;</w:t>
        <w:br/>
        <w:t>Вовк же й ведмеді гидкі, буває, мертвих шматують,&lt;br /&gt;</w:t>
        <w:br/>
        <w:t>Що вже про інших казать — про слабкодухих, дрібних?..&lt;br /&gt;</w:t>
        <w:br/>
        <w:t>Хто величавішим є від Ахілла під мурами Трої?&lt;br /&gt;</w:t>
        <w:br/>
        <w:t>Старець дарданський, проте, слізьми його зворушив.&lt;br /&gt;</w:t>
        <w:br/>
        <w:t>І чи не Дарія смерть, чи не Пор усім показали,&lt;br /&gt;</w:t>
        <w:br/>
        <w:t>Що ематійський вождь ще й доброту в собі мав?&lt;br /&gt;</w:t>
        <w:br/>
        <w:t>А щоб не тільки людей, що стримують гнів, називати, —&lt;br /&gt;</w:t>
        <w:br/>
        <w:t>Зятя Юнони візьми — ворогом був їй колись.&lt;br /&gt;</w:t>
        <w:br/>
        <w:t>Чи справедливо, врешті, мене позбавляти надії? —&lt;br /&gt;</w:t>
        <w:br/>
        <w:t>Кару ж несу не за те, що чиюсь кров проливав.&lt;br /&gt;</w:t>
        <w:br/>
        <w:t>Я ж і на Цезаря не зазіхав, а значить — на світ весь,&lt;br /&gt;</w:t>
        <w:br/>
        <w:t>Цезар-бо наш на чолі цілого світу стоїть.&lt;br /&gt;</w:t>
        <w:br/>
        <w:t>Зайвого, що приховати б належало, не говорив я,&lt;br /&gt;</w:t>
        <w:br/>
        <w:t>Та й за щедрішим вином я говіркішим не був.&lt;br /&gt;</w:t>
        <w:br/>
        <w:t>За мимоволі побачений злочин я поплатився,&lt;br /&gt;</w:t>
        <w:br/>
        <w:t>Значить, за те, що в ту мить очі розплющені мав.&lt;br /&gt;</w:t>
        <w:br/>
        <w:t>Звісно, всієї вини не посмів би я з себе скидати,&lt;br /&gt;</w:t>
        <w:br/>
        <w:t>Я не злочинець, однак, — більше тут помилки є.&lt;br /&gt;</w:t>
        <w:br/>
        <w:t>От і надіюсь на те, що випросиш м'якшу для друга&lt;br /&gt;</w:t>
        <w:br/>
        <w:t>Кару, — що Цезар мене в інші скерує місця.&lt;br /&gt;</w:t>
        <w:br/>
        <w:t>О, якби коней ясних своїх вісниця Сонця — Зірниця&lt;br /&gt;</w:t>
        <w:br/>
        <w:t>Швидше звернула сюди із повідомленням тим!</w:t>
      </w:r>
    </w:p>
    <w:p>
      <w:r>
        <w:br/>
        <w:t>6&lt;br /&gt;</w:t>
        <w:br/>
        <w:t>Нашої дружби й не хочеш приховувать, мій найдорожчий,&lt;br /&gt;</w:t>
        <w:br/>
        <w:t>Та й приховати б не зміг, навіть коли б захотів.&lt;br /&gt;</w:t>
        <w:br/>
        <w:t>Кращого друга від мене, згадай, не мав ти у Римі,&lt;br /&gt;</w:t>
        <w:br/>
        <w:t>Так і від тебе я, знай, кращого друга не мав.&lt;br /&gt;</w:t>
        <w:br/>
        <w:t>Ми нашу приязнь настільки засвідчили, що голосною,&lt;br /&gt;</w:t>
        <w:br/>
        <w:t>Власне, та приязнь була — більше, ніж я, аніж ти.&lt;br /&gt;</w:t>
        <w:br/>
        <w:t>Як безкорисливо ти до близьких своїх друзів горнувся,&lt;br /&gt;</w:t>
        <w:br/>
        <w:t>Знає те муж, що його ціниш найвище ти сам.&lt;br /&gt;</w:t>
        <w:br/>
        <w:t>До щонайглибших своїх таємниць мене допускав ти,&lt;br /&gt;</w:t>
        <w:br/>
        <w:t>Я ж їх у сховку душі, сторож надійний, беріг.&lt;br /&gt;</w:t>
        <w:br/>
        <w:t>Так одному лиш тобі довіряв і я потаємне,&lt;br /&gt;</w:t>
        <w:br/>
        <w:t>Тільки одне приховав — що доконало мене.&lt;br /&gt;</w:t>
        <w:br/>
        <w:t>А не ховав би — й нині ти друга б мав біля себе:&lt;br /&gt;</w:t>
        <w:br/>
        <w:t>Раду якусь би знайшов, щоб одхилити біду.&lt;br /&gt;</w:t>
        <w:br/>
        <w:t>Доля ж мене до межі, до кари страшної штовхнула,&lt;br /&gt;</w:t>
        <w:br/>
        <w:t>Жодної стежки не мав для порятунку свого.&lt;br /&gt;</w:t>
        <w:br/>
        <w:t>Хай, проте, грізний удар таки справді був неминучий,&lt;br /&gt;</w:t>
        <w:br/>
        <w:t>Хай від призначення нам, як не мудруй, не втекти, —&lt;br /&gt;</w:t>
        <w:br/>
        <w:t>Все ж, опоро життя мого, найдавніший мій друже,&lt;br /&gt;</w:t>
        <w:br/>
        <w:t>Ти, по кому я тут, може, найбільше тужу,&lt;br /&gt;</w:t>
        <w:br/>
        <w:t>Не забувай мене! А як сильнішим станеш із ласки&lt;br /&gt;</w:t>
        <w:br/>
        <w:t>Цезаря, — спробуй, молю, чимось мені помогти!&lt;br /&gt;</w:t>
        <w:br/>
        <w:t>Тільки б улігся гнів божества, що в образі на мене,&lt;br /&gt;</w:t>
        <w:br/>
        <w:t>Тільки б вигнання моє ближчим од Риму було!&lt;br /&gt;</w:t>
        <w:br/>
        <w:t>Хай так і станеться! Я ж не виношував злочину в серці:&lt;br /&gt;</w:t>
        <w:br/>
        <w:t>Це лиш провина була — з помилки все почалось.&lt;br /&gt;</w:t>
        <w:br/>
        <w:t>Довго, одначе, та й небезпечно було б говорити,&lt;br /&gt;</w:t>
        <w:br/>
        <w:t>Як очевидцем я став темного, згубного зла.&lt;br /&gt;</w:t>
        <w:br/>
        <w:t>Згадка про день той — то рана жива у серці моєму,&lt;br /&gt;</w:t>
        <w:br/>
        <w:t>Тільки на пам'ять спливе — знову пронизує біль.&lt;br /&gt;</w:t>
        <w:br/>
        <w:t>Що мене сором палить донині ще, те вже довіку,&lt;br /&gt;</w:t>
        <w:br/>
        <w:t>В ніч оповите сліпу, мушу носити в собі.&lt;br /&gt;</w:t>
        <w:br/>
        <w:t>Можу сказати лиш те, що я винен, але не з користі&lt;br /&gt;</w:t>
        <w:br/>
        <w:t>Згубний той крок я зробив — просто спіткнувся, кажу.&lt;br /&gt;</w:t>
        <w:br/>
        <w:t>Тож, коли хочеш, щоб назва із вчинком не розбігалась, —&lt;br /&gt;</w:t>
        <w:br/>
        <w:t>Що дурнотою було, — злочином не називай.&lt;br /&gt;</w:t>
        <w:br/>
        <w:t>А як неправду кажу, то цей край — околиці Рима,&lt;br /&gt;</w:t>
        <w:br/>
        <w:t>Значить, ще далі мене, у невідоме, спрямуй!</w:t>
      </w:r>
    </w:p>
    <w:p>
      <w:r>
        <w:br/>
        <w:t>7&lt;br /&gt;</w:t>
        <w:br/>
        <w:t>Швидше, квапливі рядки, з вітанням спішіть до Перілли,&lt;br /&gt;</w:t>
        <w:br/>
        <w:t>Швидше, мій листе, у путь, бесіди вірний слуго!&lt;br /&gt;</w:t>
        <w:br/>
        <w:t>Може, вона на той час побіч матері любої буде,&lt;br /&gt;</w:t>
        <w:br/>
        <w:t>Може, розгорне тебе в колі своїх Пієрид.&lt;br /&gt;</w:t>
        <w:br/>
        <w:t>Що б не робила, все відкладе, коли скажуть про тебе,&lt;br /&gt;</w:t>
        <w:br/>
        <w:t>З чим, запитає, прийшов, що на вигнанні роблю.&lt;br /&gt;</w:t>
        <w:br/>
        <w:t>Скажеш: усе ще живу, але так, що волів би не жити,&lt;br /&gt;</w:t>
        <w:br/>
        <w:t>Скажеш: болю мого не злікували роки.&lt;br /&gt;</w:t>
        <w:br/>
        <w:t>А попри те я до Муз — до горя свого — повернувся,&lt;br /&gt;</w:t>
        <w:br/>
        <w:t>І для двовіршів своїх знов підбираю слова.&lt;br /&gt;</w:t>
        <w:br/>
        <w:t>Чи не забула, спитай, занять наших спільних, чи все ще&lt;br /&gt;</w:t>
        <w:br/>
        <w:t>Звичаєм батьківським їй вчений мережиться вірш?&lt;br /&gt;</w:t>
        <w:br/>
        <w:t>Не однією лиш вродою доля тебе наділила:&lt;br /&gt;</w:t>
        <w:br/>
        <w:t>Скромність, чутлива душа — придане щедре твоє.&lt;br /&gt;</w:t>
        <w:br/>
        <w:t>Я до Пегасових вод уперше тебе припровадив,&lt;br /&gt;</w:t>
        <w:br/>
        <w:t>Щоб не пропало дарма хисту твого джерело.&lt;br /&gt;</w:t>
        <w:br/>
        <w:t>Ти ще дівчатком була — я вперше твій дар зауважив,&lt;br /&gt;</w:t>
        <w:br/>
        <w:t>Ставши, як батько, тобі вчителем, провідником.&lt;br /&gt;</w:t>
        <w:br/>
        <w:t>Тож, коли в серці твоїм чуття палає колишнє,&lt;br /&gt;</w:t>
        <w:br/>
        <w:t>В співі одній лиш Сапфо ти б дорівнять не могла.&lt;br /&gt;</w:t>
        <w:br/>
        <w:t>Тільки б нещастя моє не стало тобі на заваді&lt;br /&gt;</w:t>
        <w:br/>
        <w:t>Й не охолола душа після падіння мого!..&lt;br /&gt;</w:t>
        <w:br/>
        <w:t>Ми свої твори, згадай, один одному часто читали,&lt;br /&gt;</w:t>
        <w:br/>
        <w:t>І за суддю я тобі, і за наставника був.&lt;br /&gt;</w:t>
        <w:br/>
        <w:t>Віршем свіжим твоїм, бувало, слух милував я,&lt;br /&gt;</w:t>
        <w:br/>
        <w:t>А на невдалий вказав — бралась рум'янцем густим.&lt;br /&gt;</w:t>
        <w:br/>
        <w:t>Може, побачивши, як сам собі я нашкодив писанням,&lt;br /&gt;</w:t>
        <w:br/>
        <w:t>Як за книжки поплативсь, ти занедбала свій хист?&lt;br /&gt;</w:t>
        <w:br/>
        <w:t>Можеш одкинути страх! Лише б ти не вчила, Перілло,&lt;br /&gt;</w:t>
        <w:br/>
        <w:t>Ні юнаків, ні дівчат, як вони мають любить.&lt;br /&gt;</w:t>
        <w:br/>
        <w:t>Тож, окрасо жінок найученіших, гріх дармувати!&lt;br /&gt;</w:t>
        <w:br/>
        <w:t>Знов до пісень поспіши, священнодійства свого!&lt;br /&gt;</w:t>
        <w:br/>
        <w:t>Не обминуть же літа, проминаючи, вроди твоєї —&lt;br /&gt;</w:t>
        <w:br/>
        <w:t>Зморшка стареча ось-ось ляже тобі на чоло.&lt;br /&gt;</w:t>
        <w:br/>
        <w:t>Скоро сягне по принади твої нищителька-старість,&lt;br /&gt;</w:t>
        <w:br/>
        <w:t>Та, що до кожного з нас кроком нечутним іде.&lt;br /&gt;</w:t>
        <w:br/>
        <w:t>Скажуть про тебе: яка то краса була! Глянеш у люстро,&lt;br /&gt;</w:t>
        <w:br/>
        <w:t>Та й не повіриш йому, душу огорне печаль.&lt;br /&gt;</w:t>
        <w:br/>
        <w:t>Є в тебе скромне майно, хоч ти й великого гідна,&lt;br /&gt;</w:t>
        <w:br/>
        <w:t>Та припустімо, що ти — перша поміж багачів,&lt;br /&gt;</w:t>
        <w:br/>
        <w:t>Що з того? Доля — підступниця: то обдарує, то скривдить,&lt;br /&gt;</w:t>
        <w:br/>
        <w:t>Так учорашній Крез нині вже Іром стає.&lt;br /&gt;</w:t>
        <w:br/>
        <w:t>Та, якщо коротко, — ми володіємо лиш проминальним,&lt;br /&gt;</w:t>
        <w:br/>
        <w:t>Непроминальне — це хист, серця чутливого дар.&lt;br /&gt;</w:t>
        <w:br/>
        <w:t>Глянь ось на мене: без дому, вітчизни, без вас залишився,&lt;br /&gt;</w:t>
        <w:br/>
        <w:t>Все відібрали, все те, що відібрати могли,&lt;br /&gt;</w:t>
        <w:br/>
        <w:t>Хист мій зі мною, однак, супутник мій і розрадник,&lt;br /&gt;</w:t>
        <w:br/>
        <w:t>Навіть у Цезаря прав жодних немає над ним.&lt;br /&gt;</w:t>
        <w:br/>
        <w:t>Тут мені може будь-хто збавить віку жорстоким залізом,&lt;br /&gt;</w:t>
        <w:br/>
        <w:t>Все ж і по смерті моїй житиме слава моя.&lt;br /&gt;</w:t>
        <w:br/>
        <w:t>Поки з семи своїх пагорбів Марсів Рим переможно&lt;br /&gt;</w:t>
        <w:br/>
        <w:t>Буде весь світ озирать, будуть читати мене.&lt;br /&gt;</w:t>
        <w:br/>
        <w:t>Тож намагайсь — і хай плід занять твоїх буде солодший —&lt;br /&gt;</w:t>
        <w:br/>
        <w:t>Що маєш сил, подолать свій похоронний вогонь!</w:t>
      </w:r>
    </w:p>
    <w:p>
      <w:r>
        <w:br/>
        <w:t>8&lt;br /&gt;</w:t>
        <w:br/>
        <w:t>На Тріптолемову нині б мені ступить колісницю,&lt;br /&gt;</w:t>
        <w:br/>
        <w:t>Мужа, що вперше зерном землю сиру здивував.&lt;br /&gt;</w:t>
        <w:br/>
        <w:t>Нині гнуздати б мені тих драконів, що в піднебессі&lt;br /&gt;</w:t>
        <w:br/>
        <w:t>Мчали Еета дочку ген од корінфських твердинь!&lt;br /&gt;</w:t>
        <w:br/>
        <w:t>Нині б одчути мені тремтіння крил за плечима,&lt;br /&gt;</w:t>
        <w:br/>
        <w:t>Нині б довіритись їм, наче Дедал чи Персей!&lt;br /&gt;</w:t>
        <w:br/>
        <w:t>Щоб, загрібаючи ними легку прозорість повітря,&lt;br /&gt;</w:t>
        <w:br/>
        <w:t>Раптом побачить мені любу вітчизну свою,&lt;br /&gt;</w:t>
        <w:br/>
        <w:t>Осиротілий свій дім і друзів, що все ще про друга&lt;br /&gt;</w:t>
        <w:br/>
        <w:t>Згадують, та головне — рідну, кохану жону!..&lt;br /&gt;</w:t>
        <w:br/>
        <w:t>Ох, ті сни наяву! Забаганки дитячі, та й годі!&lt;br /&gt;</w:t>
        <w:br/>
        <w:t>Так і будуть вони снами, допоки живу.&lt;br /&gt;</w:t>
        <w:br/>
        <w:t>Авґуста краще благай, коли вже не можеш мовчати, —&lt;br /&gt;</w:t>
        <w:br/>
        <w:t>Силу того божества звідав ти сам на собі.&lt;br /&gt;</w:t>
        <w:br/>
        <w:t>Він колісницю і крила подасть, та їх і не треба:&lt;br /&gt;</w:t>
        <w:br/>
        <w:t>Хай повернутись велить — птахом одразу злетиш.&lt;br /&gt;</w:t>
        <w:br/>
        <w:t>Буду благати про це (про більше — і не посмів би),&lt;br /&gt;</w:t>
        <w:br/>
        <w:t>Втім, можливо, що й тут я поза міру ступив.&lt;br /&gt;</w:t>
        <w:br/>
        <w:t>Згодом, коли божество насититься гнівом, я знову&lt;br /&gt;</w:t>
        <w:br/>
        <w:t>Зважуся словом палким потурбувати його.&lt;br /&gt;</w:t>
        <w:br/>
        <w:t>Нині молю про мале, для мене ж — надто велике:&lt;br /&gt;</w:t>
        <w:br/>
        <w:t>Хай мені з краю цього в інший дозволить піти.&lt;br /&gt;</w:t>
        <w:br/>
        <w:t>Все проти мене тут: води, земля, повітря і небо,&lt;br /&gt;</w:t>
        <w:br/>
        <w:t>От і тремчу, наче лист, от і нездужаю тут.&lt;br /&gt;</w:t>
        <w:br/>
        <w:t>Чи занепалий мій дух і на тіло згубно впливає,&lt;br /&gt;</w:t>
        <w:br/>
        <w:t>Чи всіх недуг джерело — все-таки та чужина.&lt;br /&gt;</w:t>
        <w:br/>
        <w:t>Щойно я Понту сягнув, почало діймати безсоння,&lt;br /&gt;</w:t>
        <w:br/>
        <w:t>Звівся на скіпочку тут, їжа у горло не йде.&lt;br /&gt;</w:t>
        <w:br/>
        <w:t>Справді, як лист восени, прибитий раннім морозом,&lt;br /&gt;</w:t>
        <w:br/>
        <w:t>Блякне, хай-но зима закостеніла війне,&lt;br /&gt;</w:t>
        <w:br/>
        <w:t>Так нині в'яну і я, не знаходжу підмоги ні в чому,&lt;br /&gt;</w:t>
        <w:br/>
        <w:t>Є зате безліч причин для безконечних жалів.&lt;br /&gt;</w:t>
        <w:br/>
        <w:t>Духом не менше страждаю, ніж тілом. Однаково хворі&lt;br /&gt;</w:t>
        <w:br/>
        <w:t>Ті дві частини єства — муку подвійну терплю.&lt;br /&gt;</w:t>
        <w:br/>
        <w:t>Перед очима доля моя — рукою подати —&lt;br /&gt;</w:t>
        <w:br/>
        <w:t>Мов на папері стоїть, тільки бери та читай:&lt;br /&gt;</w:t>
        <w:br/>
        <w:t>Всі ті місця, всіх людей, їх звичаї, бесіди їхні&lt;br /&gt;</w:t>
        <w:br/>
        <w:t>Чую і бачу, й себе — ким тоді був і ким став.&lt;br /&gt;</w:t>
        <w:br/>
        <w:t>Так уже вмерти б хотів, що й Цезареві дорікаю:&lt;br /&gt;</w:t>
        <w:br/>
        <w:t>Міг же скарати мене в гніві своєму мечем.&lt;br /&gt;</w:t>
        <w:br/>
        <w:t>Та коли він і в образі такій спромігся на ласку,&lt;br /&gt;</w:t>
        <w:br/>
        <w:t>Явить хай ласку ще раз — в інший пошле мене край.</w:t>
      </w:r>
    </w:p>
    <w:p>
      <w:r>
        <w:br/>
        <w:t>9&lt;br /&gt;</w:t>
        <w:br/>
        <w:t>І навіть тут (неймовірна річ!), де варвар усюди,&lt;br /&gt;</w:t>
        <w:br/>
        <w:t>З грецькою людністю є поодинокі міста.&lt;br /&gt;</w:t>
        <w:br/>
        <w:t>Навіть сюди добрели вдавнину поселенці з Мілету,&lt;br /&gt;</w:t>
        <w:br/>
        <w:t>Й тут, між гетських осель, грецькі заклали доми.&lt;br /&gt;</w:t>
        <w:br/>
        <w:t>Назва місцевості все ж од самого міста давніша:&lt;br /&gt;</w:t>
        <w:br/>
        <w:t>Тут був убитий Абсирт — звідси і назва пішла.&lt;br /&gt;</w:t>
        <w:br/>
        <w:t>На кораблі, що його берегла войовнича Мінерва,&lt;br /&gt;</w:t>
        <w:br/>
        <w:t>На кораблі, що тих вод носом уперше торкнувсь,&lt;br /&gt;</w:t>
        <w:br/>
        <w:t>Кинувши батька свого, прибула сюди, кажуть, Медея,&lt;br /&gt;</w:t>
        <w:br/>
        <w:t>Тиху затоки гладінь потурбувавши веслом.&lt;br /&gt;</w:t>
        <w:br/>
        <w:t>Ставши на пагорбі, тут чатовий запримітив погоню:&lt;br /&gt;</w:t>
        <w:br/>
        <w:t>"Ворог! Вітрило здаля бачу, Колхідо, твоє!"&lt;br /&gt;</w:t>
        <w:br/>
        <w:t>Поки мінійці тремтять, нашвидку відв'язують судна,&lt;br /&gt;</w:t>
        <w:br/>
        <w:t>Поки навперебій тягнуть із дна якорі,&lt;br /&gt;</w:t>
        <w:br/>
        <w:t>Знаючи, що їй загрожує, б'є себе в груди рукою,&lt;br /&gt;</w:t>
        <w:br/>
        <w:t>Що і накоїла вже, й стільки накоїть ще лих!&lt;br /&gt;</w:t>
        <w:br/>
        <w:t>І, хоч зухвалості їй, хоч рішучості не позичати,&lt;br /&gt;</w:t>
        <w:br/>
        <w:t>Отетеріла й вона, блідістю лиця взялись.&lt;br /&gt;</w:t>
        <w:br/>
        <w:t>Біле на обрії вздрівши вітрило: "У пастці ми, — каже, —&lt;br /&gt;</w:t>
        <w:br/>
        <w:t>Батька, щоб нас не догнав, мушу затримати тут!"&lt;br /&gt;</w:t>
        <w:br/>
        <w:t>Доки міркує вона, на всім зупиняючи погляд,&lt;br /&gt;</w:t>
        <w:br/>
        <w:t>Саме на очі тоді якось навинувсь їй брат,&lt;br /&gt;</w:t>
        <w:br/>
        <w:t>Тільки-но вздріла його: "Таки не дамося! — гукнула, —&lt;br /&gt;</w:t>
        <w:br/>
        <w:t>Ось же — той, чия смерть буде рятунком мені!"&lt;br /&gt;</w:t>
        <w:br/>
        <w:t>Й тут же невинному в бік устромляє жорстоке залізо, —&lt;br /&gt;</w:t>
        <w:br/>
        <w:t>Хлопцю не снилась біда, часу жахнутись не мав.&lt;br /&gt;</w:t>
        <w:br/>
        <w:t>Тіло розрубує потім на кусні і полем широким&lt;br /&gt;</w:t>
        <w:br/>
        <w:t>їх розкидає, аби батько не скоро зібрав.&lt;br /&gt;</w:t>
        <w:br/>
        <w:t>А на вершечку гори, щоб батько не сумнівався,&lt;br /&gt;</w:t>
        <w:br/>
        <w:t>Руки поблідлі кладе й голову сина в крові.&lt;br /&gt;</w:t>
        <w:br/>
        <w:t>Щоб небувала печаль уповільнила батькові кроки,&lt;br /&gt;</w:t>
        <w:br/>
        <w:t>Поки по куснях свого сина збиратиме він.&lt;br /&gt;</w:t>
        <w:br/>
        <w:t>Звідси — й "Томи", місцевості назва: каже переказ —&lt;br /&gt;</w:t>
        <w:br/>
        <w:t>Рідного брата мечем тут розтинала сестра.</w:t>
      </w:r>
    </w:p>
    <w:p>
      <w:r>
        <w:br/>
        <w:t>10&lt;br /&gt;</w:t>
        <w:br/>
        <w:t>Може, ще й дотепер хтось у Римі згадає Назона,&lt;br /&gt;</w:t>
        <w:br/>
        <w:t>Може, без мене моє там ще триває ім'я —&lt;br /&gt;</w:t>
        <w:br/>
        <w:t>Хай же він знає: ген під сузір'ями, що не сягають&lt;br /&gt;</w:t>
        <w:br/>
        <w:t>Вод, поміж варварів я в дальній живу стороні.&lt;br /&gt;</w:t>
        <w:br/>
        <w:t>Де савромати довкіл, дикуни, і бесси, і гети —&lt;br /&gt;</w:t>
        <w:br/>
        <w:t>Як ображають мій хист навіть самі ті ймена!&lt;br /&gt;</w:t>
        <w:br/>
        <w:t>Та лиш повіє теплом, нас хвилею Істр захищає:&lt;br /&gt;</w:t>
        <w:br/>
        <w:t>Поки розкута вона, ворог не йде на розбій.&lt;br /&gt;</w:t>
        <w:br/>
        <w:t>А як кошлата зима з-за похмурого обрію гляне&lt;br /&gt;</w:t>
        <w:br/>
        <w:t>Й візьметься льодом довкіл, мов мармурова, земля,&lt;br /&gt;</w:t>
        <w:br/>
        <w:t>Лютий Борей і сніги не дають нам жити під Арктом,&lt;br /&gt;</w:t>
        <w:br/>
        <w:t>Де не людина лишень — небо холоне й тремтить.&lt;br /&gt;</w:t>
        <w:br/>
        <w:t>Випаде сніг — і лежить: не йме його дощ ані сонце,&lt;br /&gt;</w:t>
        <w:br/>
        <w:t>Тільки збивають вітри, робиться вічним той сніг.&lt;br /&gt;</w:t>
        <w:br/>
        <w:t>Ще не розтане один — уже другий сніг випадає,&lt;br /&gt;</w:t>
        <w:br/>
        <w:t>Тож не дивниця, що тут часто дворічний лежить.&lt;br /&gt;</w:t>
        <w:br/>
        <w:t>Тут Аквілон настільки рвучкий, що й вежі високі&lt;br /&gt;</w:t>
        <w:br/>
        <w:t>Може з землею зрівнять, зірвані крівлі нести.&lt;br /&gt;</w:t>
        <w:br/>
        <w:t>В шкурах тут люди й штанах рятуються від холоднечі,&lt;br /&gt;</w:t>
        <w:br/>
        <w:t>Тільки лице з усього тіла відкрите у них.&lt;br /&gt;</w:t>
        <w:br/>
        <w:t>Часто льодинками грає-дзвенить повисле волосся,&lt;br /&gt;</w:t>
        <w:br/>
        <w:t>Взявшись морозом, блищить біла, мов сніг, борода.&lt;br /&gt;</w:t>
        <w:br/>
        <w:t>Вина стоять самі по собі, — як у глеках стояли,&lt;br /&gt;</w:t>
        <w:br/>
        <w:t>Тож не черпають їх тут, а по шматочках беруть.&lt;br /&gt;</w:t>
        <w:br/>
        <w:t>Що вже казати? Потисне мороз — і струмки замерзають,&lt;br /&gt;</w:t>
        <w:br/>
        <w:t>Кайлами тут зі ставка воду довбають собі.&lt;br /&gt;</w:t>
        <w:br/>
        <w:t>Та навіть сам, не вужчий від папіродайного Нілу,&lt;br /&gt;</w:t>
        <w:br/>
        <w:t>Той, що не тільки одним гирлом у море впада, —&lt;br /&gt;</w:t>
        <w:br/>
        <w:t>Істр, хай засвищуть вітри над плином його лазуровим, —&lt;br /&gt;</w:t>
        <w:br/>
        <w:t>Вже й не помітиш, як він хвилю під льодом жене.&lt;br /&gt;</w:t>
        <w:br/>
        <w:t>Де щойно судна пливли, там ногою ступають, а води,&lt;br /&gt;</w:t>
        <w:br/>
        <w:t>Що замінились у лід, коні копитами б'ють.&lt;br /&gt;</w:t>
        <w:br/>
        <w:t>Через прозорі мости, що під ними ковзає хвиля,&lt;br /&gt;</w:t>
        <w:br/>
        <w:t>Тягнуть за возом віз дужі сарматські воли.&lt;br /&gt;</w:t>
        <w:br/>
        <w:t>Годі й повірити в це, та якщо за брехню нагороди&lt;br /&gt;</w:t>
        <w:br/>
        <w:t>Ні заохоти нема — свідкові вірити слід:&lt;br /&gt;</w:t>
        <w:br/>
        <w:t>Бачив я: море в усю широчінь немовби застигло,&lt;br /&gt;</w:t>
        <w:br/>
        <w:t>І під слизьким покриттям не хвилювала вода.&lt;br /&gt;</w:t>
        <w:br/>
        <w:t>Бачити — то ще не все: по воді затверділій ішов я,&lt;br /&gt;</w:t>
        <w:br/>
        <w:t>І, хоч по хвилях ступав, ноги сухими були.&lt;br /&gt;</w:t>
        <w:br/>
        <w:t>От якби море стало таким і для тебе, Леандре, —&lt;br /&gt;</w:t>
        <w:br/>
        <w:t>Серед хвилястих вузин ти б не загинув колись!&lt;br /&gt;</w:t>
        <w:br/>
        <w:t>Навіть дельфін із моря не вистрибне, вигнувши спину,&lt;br /&gt;</w:t>
        <w:br/>
        <w:t>Щоб до повітря сягнуть — люта зима не дає.&lt;br /&gt;</w:t>
        <w:br/>
        <w:t>Хоч і шаліє Борей, аж свистять його крила потужні, —&lt;br /&gt;</w:t>
        <w:br/>
        <w:t>Хвилі ніяк не зіб'є на зледенілій воді.&lt;br /&gt;</w:t>
        <w:br/>
        <w:t>Судна в воді крижаній, мов угрузлі в мармур, стояли,&lt;br /&gt;</w:t>
        <w:br/>
        <w:t>В заціпенілій воді не ворухнеться весло.&lt;br /&gt;</w:t>
        <w:br/>
        <w:t>Бачив я теж у льоду незрушно риби зависли —&lt;br /&gt;</w:t>
        <w:br/>
        <w:t>Деякі з них ще й тоді не позбулися життя.&lt;br /&gt;</w:t>
        <w:br/>
        <w:t>Тож, коли непогамовний Борей жорстоким морозом&lt;br /&gt;</w:t>
        <w:br/>
        <w:t>Море розлоге скує чи повноводну ріку,&lt;br /&gt;</w:t>
        <w:br/>
        <w:t>Тут же по Істрі, що аж видзвонює під Аквілоном,&lt;br /&gt;</w:t>
        <w:br/>
        <w:t>Варвар на бистрім коні з іншого берега мчить.&lt;br /&gt;</w:t>
        <w:br/>
        <w:t>Ворог, грізний конем, стрілою — далекосяжний,&lt;br /&gt;</w:t>
        <w:br/>
        <w:t>Нищить усе довкруги, широко сіючи смерть.&lt;br /&gt;</w:t>
        <w:br/>
        <w:t>Дехто спішить утекти; лишає без захисту поле,&lt;br /&gt;</w:t>
        <w:br/>
        <w:t>От і захоплює все той грабівник налітнйй:&lt;br /&gt;</w:t>
        <w:br/>
        <w:t>Скромне селянське майно, худобу, рипучого воза, —&lt;br /&gt;</w:t>
        <w:br/>
        <w:t>Те, чим запасся злидар у господарстві своїм.&lt;br /&gt;</w:t>
        <w:br/>
        <w:t>Тих у полон женуть, за спину їм руки скрутивши,&lt;br /&gt;</w:t>
        <w:br/>
        <w:t>Вже не побачити їм Ларів своїх і полів! —&lt;br /&gt;</w:t>
        <w:br/>
        <w:t>Інших — зубчастими стрілами вершник дикий проймає,&lt;br /&gt;</w:t>
        <w:br/>
        <w:t>Вістря летюче стріли вбивчу отруту несе.&lt;br /&gt;</w:t>
        <w:br/>
        <w:t>Що із собою взяти не зміг, те нищить нападник:&lt;br /&gt;</w:t>
        <w:br/>
        <w:t>І палахтять у вогні вбогі невинні хатки.&lt;br /&gt;</w:t>
        <w:br/>
        <w:t>Навіть у мирні дні тремтять тут перед війною,&lt;br /&gt;</w:t>
        <w:br/>
        <w:t>Плугом у полі орач не прокладе борозни.&lt;br /&gt;</w:t>
        <w:br/>
        <w:t>Ворога, бачать його чи не бачать, завжди бояться,&lt;br /&gt;</w:t>
        <w:br/>
        <w:t>От і дичавіє тут без обробітку земля.&lt;br /&gt;</w:t>
        <w:br/>
        <w:t>Не дозріває під тінню лози виногроно солодке,&lt;br /&gt;</w:t>
        <w:br/>
        <w:t>У кадібцях молоде тут не шумує вино.&lt;br /&gt;</w:t>
        <w:br/>
        <w:t>Яблук нема. Й написати б не мав тут на чому Аконтій&lt;br /&gt;</w:t>
        <w:br/>
        <w:t>Слів, що владарку свою ними жоною зробив.&lt;br /&gt;</w:t>
        <w:br/>
        <w:t>Глянеш — пустеля довкіл: ні тобі деревця, ні травинки,&lt;br /&gt;</w:t>
        <w:br/>
        <w:t>Жоден щасливець нехай стежки не знає сюди!&lt;br /&gt;</w:t>
        <w:br/>
        <w:t>Широко світ неозорий прославсь, але для моєї&lt;br /&gt;</w:t>
        <w:br/>
        <w:t>Кари відкрито лиш цей щонайпечальніший край!</w:t>
      </w:r>
    </w:p>
    <w:p>
      <w:r>
        <w:br/>
        <w:t>11&lt;br /&gt;</w:t>
        <w:br/>
        <w:t>Ти, що в біді моїй ще й нападаєш, підлий, на мене,&lt;br /&gt;</w:t>
        <w:br/>
        <w:t>І безконечно мене, прагнучи крові, чорниш,&lt;br /&gt;</w:t>
        <w:br/>
        <w:t>Скеля зродила тебе, молоком годувала хижачка,&lt;br /&gt;</w:t>
        <w:br/>
        <w:t>Тож, замість серця, скажу, камінь у грудях твоїх.&lt;br /&gt;</w:t>
        <w:br/>
        <w:t>Де є та крайня межа, за якою злоба твоя втихне?&lt;br /&gt;</w:t>
        <w:br/>
        <w:t>Де ще для ран на мені місце знаходиш живе?&lt;br /&gt;</w:t>
        <w:br/>
        <w:t>Варварів хмура земля, береги негостинного Понту,&lt;br /&gt;</w:t>
        <w:br/>
        <w:t>Лютий Борей та зірки Півночі бачать мене.&lt;br /&gt;</w:t>
        <w:br/>
        <w:t>Навіть розмовитись тут із людом диким не вмію,&lt;br /&gt;</w:t>
        <w:br/>
        <w:t>Всюди, куди не ступлю, — всюди неспокій і страх.&lt;br /&gt;</w:t>
        <w:br/>
        <w:t>Наче той олень-втікач у лапах жадливих ведмедя,&lt;br /&gt;</w:t>
        <w:br/>
        <w:t>Наче вівця між вовків, що позбігались із гір,&lt;br /&gt;</w:t>
        <w:br/>
        <w:t>Так жахаюсь і я в оточенні збройного люду,&lt;br /&gt;</w:t>
        <w:br/>
        <w:t>Вже навіть сниться мені в мене націлений меч.&lt;br /&gt;</w:t>
        <w:br/>
        <w:t>Хай тої кара мала — без жони дорогої лишитись,&lt;br /&gt;</w:t>
        <w:br/>
        <w:t>І без вітчизни, й того, чим досі жив і радів,-&lt;br /&gt;</w:t>
        <w:br/>
        <w:t>Хай із усіх тих бід лишень Цезаря гніву б зазнав я,&lt;br /&gt;</w:t>
        <w:br/>
        <w:t>Мало було б хіба це — звідати Цезаря гнів?&lt;br /&gt;</w:t>
        <w:br/>
        <w:t>А, проте, є ще такий, хто ятрить живу мою рану&lt;br /&gt;</w:t>
        <w:br/>
        <w:t>Й слів добирає метких, щоб очорнити мене.&lt;br /&gt;</w:t>
        <w:br/>
        <w:t>Всяк у справі легкій блискучим буде промовцем:&lt;br /&gt;</w:t>
        <w:br/>
        <w:t>Де вже тріщина, те — може й дитина розбить.&lt;br /&gt;</w:t>
        <w:br/>
        <w:t>Вежі й мури стрімкі здобуває тільки хоробрість,&lt;br /&gt;</w:t>
        <w:br/>
        <w:t>А на похиле, слабке квапиться йти боягуз.&lt;br /&gt;</w:t>
        <w:br/>
        <w:t>Я — вже не той, що був. Чому ж на тінь нападаєш?&lt;br /&gt;</w:t>
        <w:br/>
        <w:t>У похоронний прах каменем хочеш жбурнуть?&lt;br /&gt;</w:t>
        <w:br/>
        <w:t>Гектором був, хто боровсь; кого ж із Гемонії коні,&lt;br /&gt;</w:t>
        <w:br/>
        <w:t>Куряву збивши, тягли, — Гектором більше не був.&lt;br /&gt;</w:t>
        <w:br/>
        <w:t>Так і я вже не той, затям, кого знав ти раніше:&lt;br /&gt;</w:t>
        <w:br/>
        <w:t>Нині Назона нема — є лиш подоба його.&lt;br /&gt;</w:t>
        <w:br/>
        <w:t>Що ж ти словом лихим нападаєш на тінь, на подобу?&lt;br /&gt;</w:t>
        <w:br/>
        <w:t>Годі! Годі, кажу, Мани мої турбувать!&lt;br /&gt;</w:t>
        <w:br/>
        <w:t>Не сумнівайсь у провинах моїх, але ж і не квапся&lt;br /&gt;</w:t>
        <w:br/>
        <w:t>Злочин бачити там, де я лише помилявсь!&lt;br /&gt;</w:t>
        <w:br/>
        <w:t>Я ж покарання несу (тобі того мало?) подвійне,&lt;br /&gt;</w:t>
        <w:br/>
        <w:t>Бо ж і вигнання саме, й місце вигнання гнітить.&lt;br /&gt;</w:t>
        <w:br/>
        <w:t>Таж навіть катові доля моя сльозу б навернула,&lt;br /&gt;</w:t>
        <w:br/>
        <w:t>Ти ж, один лишень ти — гіршої зичиш мені!&lt;br /&gt;</w:t>
        <w:br/>
        <w:t>Од Бусіріда жорстокіший ти, од того, хто мірним&lt;br /&gt;</w:t>
        <w:br/>
        <w:t>Жаром бика розпікав, витвір із міді для мук&lt;br /&gt;</w:t>
        <w:br/>
        <w:t>Той, хто бика того для сіцілійського владаря зладив,&lt;br /&gt;</w:t>
        <w:br/>
        <w:t>Кажуть, ще й словом таким винахід свій пояснив:&lt;br /&gt;</w:t>
        <w:br/>
        <w:t>"Дар цей не так досконалістю форми, як користю цінний,&lt;br /&gt;</w:t>
        <w:br/>
        <w:t>Тож не сам вигляд бика — те, чим корисний, хвали!&lt;br /&gt;</w:t>
        <w:br/>
        <w:t>Бачиш, на череві з правого боку неначе дверцята?&lt;br /&gt;</w:t>
        <w:br/>
        <w:t>Хочеш злочинця скарать — там його й зачини.&lt;br /&gt;</w:t>
        <w:br/>
        <w:t>Далі берись підсипати під низ повільного жару,&lt;br /&gt;</w:t>
        <w:br/>
        <w:t>Голос почуєш тоді, схожий до реву бика.&lt;br /&gt;</w:t>
        <w:br/>
        <w:t>За подарунок такий належним віддячся дарунком,&lt;br /&gt;</w:t>
        <w:br/>
        <w:t>А головне — на платню, владарю, не поскупись!"&lt;br /&gt;</w:t>
        <w:br/>
        <w:t>Мовив на те Фаларід: "Винахіднику дивної кари,&lt;br /&gt;</w:t>
        <w:br/>
        <w:t>Першому варто свій твір ушанувати тобі!"&lt;br /&gt;</w:t>
        <w:br/>
        <w:t>Довго не думали: як і навчав, підсипали жару —&lt;br /&gt;</w:t>
        <w:br/>
        <w:t>І залунала мідь голосом жертви й бика.&lt;br /&gt;</w:t>
        <w:br/>
        <w:t>Що про Сіцілію тут я розвівся, між ґетів, сарматів?&lt;br /&gt;</w:t>
        <w:br/>
        <w:t>Слухай же далі мене, кривднику, хто б ти не був.&lt;br /&gt;</w:t>
        <w:br/>
        <w:t>Що погасив ти спрагу свою ненаситну моєю&lt;br /&gt;</w:t>
        <w:br/>
        <w:t>Кров'ю, домігся свого, — серцем жадливим радій!&lt;br /&gt;</w:t>
        <w:br/>
        <w:t>Горя ж того на воді й суходолі стільки я звідав,&lt;br /&gt;</w:t>
        <w:br/>
        <w:t>Що навіть ти, якби знав, поспівчував би мені.&lt;br /&gt;</w:t>
        <w:br/>
        <w:t>Врешті, Улісса зі мною зрівняй — і побачиш: великий&lt;br /&gt;</w:t>
        <w:br/>
        <w:t>Гнів Нептуна, але — більший Юпітера гнів.&lt;br /&gt;</w:t>
        <w:br/>
        <w:t>Хто б ти, отже, не був, — не діймай мене до живого,&lt;br /&gt;</w:t>
        <w:br/>
        <w:t>З ран, що кривавлять, молю, руки жорстокі зніми!&lt;br /&gt;</w:t>
        <w:br/>
        <w:t>Щоб не росла ще й досі гучна про вину мою чутка,&lt;br /&gt;</w:t>
        <w:br/>
        <w:t>Дай тій справі моїй хоч затягтися рубцем!&lt;br /&gt;</w:t>
        <w:br/>
        <w:t>Доля не спить, пам'ятай: і підніме, й кине людину&lt;br /&gt;</w:t>
        <w:br/>
        <w:t>В прірву; таких перемін сам ти щоденно лякайсь!&lt;br /&gt;</w:t>
        <w:br/>
        <w:t>Ну, а якщо (ось того я ніколи й не сподівався!)&lt;br /&gt;</w:t>
        <w:br/>
        <w:t>Так уже згриз ти себе справами друга свого, —&lt;br /&gt;</w:t>
        <w:br/>
        <w:t>Можеш спокійним буть: моя доля — із найчорніших,&lt;br /&gt;</w:t>
        <w:br/>
        <w:t>Цезаря гнів собі вслід біди всі інші веде.&lt;br /&gt;</w:t>
        <w:br/>
        <w:t>А щоб ясніше було, щоб ти словам моїм вірив, —&lt;br /&gt;</w:t>
        <w:br/>
        <w:t>Я б і тобі побажав звідати кару таку.</w:t>
      </w:r>
    </w:p>
    <w:p>
      <w:r>
        <w:br/>
        <w:t>12&lt;br /&gt;</w:t>
        <w:br/>
        <w:t>Вже під Зефіром м'якне мороз. Кінець уже року.&lt;br /&gt;</w:t>
        <w:br/>
        <w:t>Довгих таких я не знав, як у Меотії, зим.&lt;br /&gt;</w:t>
        <w:br/>
        <w:t>Той, хто морем колись не зміг переправити Геллу,&lt;br /&gt;</w:t>
        <w:br/>
        <w:t>На терези вже кладе ночі тривалість і дня.&lt;br /&gt;</w:t>
        <w:br/>
        <w:t>Десь на селі там, у вас, юнаки й дівчата веселі&lt;br /&gt;</w:t>
        <w:br/>
        <w:t>Йдуть по фіалки — туди, де їх не сіяв ніхто,&lt;br /&gt;</w:t>
        <w:br/>
        <w:t>Де тільки луг — усюди рясніє квіток різнобарв'я,&lt;br /&gt;</w:t>
        <w:br/>
        <w:t>Де тільки пташка, там — пісня нехитра дзвенить.&lt;br /&gt;</w:t>
        <w:br/>
        <w:t>Щоб материнське, врешті, прокляття скинути з себе, —&lt;br /&gt;</w:t>
        <w:br/>
        <w:t>Де лише сволок який — ластівка ліпить гніздо.&lt;br /&gt;</w:t>
        <w:br/>
        <w:t>Ніжний посів, що в Церериних борознах досі ховався,&lt;br /&gt;</w:t>
        <w:br/>
        <w:t>Вже з-під паркої землі проростом пнеться м'яким.&lt;br /&gt;</w:t>
        <w:br/>
        <w:t>Де виноградна лоза — вже'брость на ній набрякає,&lt;br /&gt;</w:t>
        <w:br/>
        <w:t>Жаль, у ґетських краях і винограду нема.&lt;br /&gt;</w:t>
        <w:br/>
        <w:t>Де якесь дерево є — бубнявіє гілка бруньками,&lt;br /&gt;</w:t>
        <w:br/>
        <w:t>Жаль, у ґетських краях дерева й близько нема!..&lt;br /&gt;</w:t>
        <w:br/>
        <w:t>Нині — дозвілля там: поступається знову забавам&lt;br /&gt;</w:t>
        <w:br/>
        <w:t>Форум, де завжди киплять багатослівні бої.&lt;br /&gt;</w:t>
        <w:br/>
        <w:t>Кінні змагання там, із легкою зброєю вправи,&lt;br /&gt;</w:t>
        <w:br/>
        <w:t>Списа метають або полем женуть обруча.&lt;br /&gt;</w:t>
        <w:br/>
        <w:t>Там юнаки, вже після змагань, від оливи пливкої&lt;br /&gt;</w:t>
        <w:br/>
        <w:t>Змити в джерельній воді тіло блискуче спішать.&lt;br /&gt;</w:t>
        <w:br/>
        <w:t>Повен театр, жага палахтить і пристрасті різні,&lt;br /&gt;</w:t>
        <w:br/>
        <w:t>І замість форумів трьох стільки ж театрів гуде.&lt;br /&gt;</w:t>
        <w:br/>
        <w:t>Десятикратно, стократно, та ні — безмежно щасливий,&lt;br /&gt;</w:t>
        <w:br/>
        <w:t>Той, кому Рим гомінкий всі свої втіхи дає!&lt;br /&gt;</w:t>
        <w:br/>
        <w:t>Я ж тут бачу сніги, що з весною тануть, і воду,&lt;br /&gt;</w:t>
        <w:br/>
        <w:t>Що прямо з озера вже, не з ополонки беруть.&lt;br /&gt;</w:t>
        <w:br/>
        <w:t>Льоду й на морі не видно; од криги звільненим Істром&lt;br /&gt;</w:t>
        <w:br/>
        <w:t>Не загримкоче важким возом сармат-волопас.&lt;br /&gt;</w:t>
        <w:br/>
        <w:t>Хай до Понтійських країв почнуть доходити судна,&lt;br /&gt;</w:t>
        <w:br/>
        <w:t>Хай-но сюди "завернуть не побоїться плавець —&lt;br /&gt;</w:t>
        <w:br/>
        <w:t>Я залюбки підбіжу, привітавши, спитаю прибульця,&lt;br /&gt;</w:t>
        <w:br/>
        <w:t>Звідки, хто він такий, що тут цікавить його.&lt;br /&gt;</w:t>
        <w:br/>
        <w:t>Дивно бачити тут когось не з ближнього краю,&lt;br /&gt;</w:t>
        <w:br/>
        <w:t>Що по чужій сюди плив, по небезпечній воді.&lt;br /&gt;</w:t>
        <w:br/>
        <w:t>Рідко з Італії хтось таку відстань сюди подолає,&lt;br /&gt;</w:t>
        <w:br/>
        <w:t>Рідко, бо й гавані тут, де б зупинився, нема.&lt;br /&gt;</w:t>
        <w:br/>
        <w:t>Чи заговорить по-грецькому він, а чи по-латині —&lt;br /&gt;</w:t>
        <w:br/>
        <w:t>Мова ця, звісно, мені більше до серця лежить!&lt;br /&gt;</w:t>
        <w:br/>
        <w:t>Чи то з протоки, а чи з далеких хвиль Пропонтиди&lt;br /&gt;</w:t>
        <w:br/>
        <w:t>Ген аж сюди ходовим вітром когось занесе, —&lt;br /&gt;</w:t>
        <w:br/>
        <w:t>Хто б він не був, але вістку все ж якусь перекаже,&lt;br /&gt;</w:t>
        <w:br/>
        <w:t>Хай якусь чутку, або — чутки частину лише.&lt;br /&gt;</w:t>
        <w:br/>
        <w:t>От якби міг — благаю про це! — розказать про тріумфи&lt;br /&gt;</w:t>
        <w:br/>
        <w:t>Цезаря, як він складав богу латинів обіт!&lt;br /&gt;</w:t>
        <w:br/>
        <w:t>І як до ніг вождя-переможця Германія буйна&lt;br /&gt;</w:t>
        <w:br/>
        <w:t>Сумно схилила своє горде недавно чоло.&lt;br /&gt;</w:t>
        <w:br/>
        <w:t>Той, хто мені оповість, чого сам, на жаль, я не бачив,&lt;br /&gt;</w:t>
        <w:br/>
        <w:t>Гостем жаданим за стіл сяде у хаті моїй.&lt;br /&gt;</w:t>
        <w:br/>
        <w:t>Горе! Чи справді тут, між скіфів, — оселя Назона?&lt;br /&gt;</w:t>
        <w:br/>
        <w:t>Горе! Чи справді тут — вогнище дому мого?..&lt;br /&gt;</w:t>
        <w:br/>
        <w:t>Згляньтесь, боги! Хай не домом, лишень притулком вважає&lt;br /&gt;</w:t>
        <w:br/>
        <w:t>Цезар те місце сумне, де покарання несу!</w:t>
      </w:r>
    </w:p>
    <w:p>
      <w:r>
        <w:br/>
        <w:t>13&lt;br /&gt;</w:t>
        <w:br/>
        <w:t>Гостем небажаним (краще б я на світ не з'явився!)&lt;br /&gt;</w:t>
        <w:br/>
        <w:t>День народження мій з обігом часу настав.&lt;br /&gt;</w:t>
        <w:br/>
        <w:t>Нащо спішиш до вигнанця в роки його бідування,&lt;br /&gt;</w:t>
        <w:br/>
        <w:t>В чорні його роки, замість покласти їм край?..&lt;br /&gt;</w:t>
        <w:br/>
        <w:t>Мав би сумління — не турбувався б нині про мене,&lt;br /&gt;</w:t>
        <w:br/>
        <w:t>З Риму за мною сюди, на чужину б ти не йшов.&lt;br /&gt;</w:t>
        <w:br/>
        <w:t>Де мене вперше, на горе моє, дитям ще побачив,&lt;br /&gt;</w:t>
        <w:br/>
        <w:t>Там і востаннє мені ти б усміхнутися міг!&lt;br /&gt;</w:t>
        <w:br/>
        <w:t>Так і тоді, коли Рим навік я покинути мусив,&lt;br /&gt;</w:t>
        <w:br/>
        <w:t>Ти, як і друзі мої, мовити б міг "Прощавай!"&lt;br /&gt;</w:t>
        <w:br/>
        <w:t>Що тобі в Понті робить? Чи сюди, за межі морозні,&lt;br /&gt;</w:t>
        <w:br/>
        <w:t>Ген на край світу й тебе Цезаря гнів скерував?&lt;br /&gt;</w:t>
        <w:br/>
        <w:t>Почестей звичних чекаєш і тут — аби білосніжний&lt;br /&gt;</w:t>
        <w:br/>
        <w:t>Плащ із моїх плечей згортками гарно спадав?&lt;br /&gt;</w:t>
        <w:br/>
        <w:t>Щоб у вінках, як личить у свято, вівтар димився,&lt;br /&gt;</w:t>
        <w:br/>
        <w:t>Щоб у священнім огні весело ладан тріщав?&lt;br /&gt;</w:t>
        <w:br/>
        <w:t>Щоб привітав я тебе калачем — щорічним дарунком?&lt;br /&gt;</w:t>
        <w:br/>
        <w:t>Щоб молитвами богів якнайщиріше благав?&lt;br /&gt;</w:t>
        <w:br/>
        <w:t>Інші настали часи, не такі мої справи, щоб міг я&lt;br /&gt;</w:t>
        <w:br/>
        <w:t>Радісно, як то колись, вийти назустріч тобі.&lt;br /&gt;</w:t>
        <w:br/>
        <w:t>Про похоронний дбати б вогонь, а не про святковий,&lt;br /&gt;</w:t>
        <w:br/>
        <w:t>Вівтар не квітом пора б, а кипарисом вінчать.&lt;br /&gt;</w:t>
        <w:br/>
        <w:t>Ладан палити дарма: ним богів і так не вблагаю,&lt;br /&gt;</w:t>
        <w:br/>
        <w:t>З уст навіть добрі слова в горі такому не йдуть.&lt;br /&gt;</w:t>
        <w:br/>
        <w:t>Та коли можна в той день іще якесь мати прохання, —&lt;br /&gt;</w:t>
        <w:br/>
        <w:t>Не повертайся, прошу, вдруге у ту чужину,&lt;br /&gt;</w:t>
        <w:br/>
        <w:t>Поки живу я ще тут, де світу найдальший окраєць,&lt;br /&gt;</w:t>
        <w:br/>
        <w:t>Понт, що даремно його люди прозвали "Евксин".</w:t>
      </w:r>
    </w:p>
    <w:p>
      <w:r>
        <w:br/>
        <w:t>14&lt;br /&gt;</w:t>
        <w:br/>
        <w:t>Гордосте вчених мужів, пораднику їх, опікуне,&lt;br /&gt;</w:t>
        <w:br/>
        <w:t>Що поробляєш тепер, друже й мого талану?&lt;br /&gt;</w:t>
        <w:br/>
        <w:t>Як мене ти вихваляв у щасті моєму, чи й нині&lt;br /&gt;</w:t>
        <w:br/>
        <w:t>Дбаєш так само, аби хоч не забули мене?&lt;br /&gt;</w:t>
        <w:br/>
        <w:t>Чи мої твори збираєш усе ще (кажу, розумієш,&lt;br /&gt;</w:t>
        <w:br/>
        <w:t>Не про "Мистецтво": воно занапастило й митця)?&lt;br /&gt;</w:t>
        <w:br/>
        <w:t>Тож постарайся, молю, поетів нових опікуне,&lt;br /&gt;</w:t>
        <w:br/>
        <w:t>Щоб своїм тілом живим — творами — в Римі я був!&lt;br /&gt;</w:t>
        <w:br/>
        <w:t>Бо ж не моїм книжечкам — мені присудили вигнання,&lt;br /&gt;</w:t>
        <w:br/>
        <w:t>На покарання таке чим заслужили вони?&lt;br /&gt;</w:t>
        <w:br/>
        <w:t>Батько-вигнанець не раз чужиною блукає, а діти,&lt;br /&gt;</w:t>
        <w:br/>
        <w:t>Рідні діти його в Римі спокійно живуть.&lt;br /&gt;</w:t>
        <w:br/>
        <w:t>Як і Паллада колись — без матері, тільки від батька&lt;br /&gt;</w:t>
        <w:br/>
        <w:t>Вірші родились мої — кров моя, плід мій живий.&lt;br /&gt;</w:t>
        <w:br/>
        <w:t>їх довіряю тобі, а що батька в них нині немає,&lt;br /&gt;</w:t>
        <w:br/>
        <w:t>Значить, ще важчим стає твій, опікуне, тягар.&lt;br /&gt;</w:t>
        <w:br/>
        <w:t>Чим заплямований я — лиш трьох моїх діток торкнулось,&lt;br /&gt;</w:t>
        <w:br/>
        <w:t>Отже, про інших усіх ти, не ховаючись, дбай.&lt;br /&gt;</w:t>
        <w:br/>
        <w:t>Є ще в доробку моїм п'ятнадцять книг "Перевтілень",&lt;br /&gt;</w:t>
        <w:br/>
        <w:t>Що в похоронний мій день хтось врятував од вогню.&lt;br /&gt;</w:t>
        <w:br/>
        <w:t>Міг би й для них я, коли передчасно б сам не загинув,&lt;br /&gt;</w:t>
        <w:br/>
        <w:t>Слави в людей домогтись, одшліфувавши весь твір.&lt;br /&gt;</w:t>
        <w:br/>
        <w:t>Так от вони й звучать в устах людей, шорсткуваті,&lt;br /&gt;</w:t>
        <w:br/>
        <w:t>Втім, чи справді звучить серед людей щось моє?..&lt;br /&gt;</w:t>
        <w:br/>
        <w:t>Можеш ще й ті, які б не були вони, вірші додати,&lt;br /&gt;</w:t>
        <w:br/>
        <w:t>Тільки б таку далину їм подолати вдалось!&lt;br /&gt;</w:t>
        <w:br/>
        <w:t>А коли хтось ті вірші мої прочитати захоче,&lt;br /&gt;</w:t>
        <w:br/>
        <w:t>Перше хай зважить, коли й де я виношував їх.&lt;br /&gt;</w:t>
        <w:br/>
        <w:t>По справедливості, вірю, оцінить, коли буде знати,&lt;br /&gt;</w:t>
        <w:br/>
        <w:t>Що серед варварів я, на чужині їх писав.&lt;br /&gt;</w:t>
        <w:br/>
        <w:t>Ще й подивується: як це могла у такому нещасті,&lt;br /&gt;</w:t>
        <w:br/>
        <w:t>В смутку такому якісь вірші сплітати рука.&lt;br /&gt;</w:t>
        <w:br/>
        <w:t>Так, підупав у бідах мій хист; щоправда, й раніше&lt;br /&gt;</w:t>
        <w:br/>
        <w:t>Він не буяв, а лише скупо струмочком бринів.&lt;br /&gt;</w:t>
        <w:br/>
        <w:t>Далі, яким уже був, без ужитку зовсім занидів,&lt;br /&gt;</w:t>
        <w:br/>
        <w:t>А проминули роки — і до кінця пересох.&lt;br /&gt;</w:t>
        <w:br/>
        <w:t>Книг тут нема, що живили б мене, будили до праці,&lt;br /&gt;</w:t>
        <w:br/>
        <w:t>Меч тут і стріли дзвенять, а не рядки віршові.&lt;br /&gt;</w:t>
        <w:br/>
        <w:t>Нікому й віршів читать, а коли б надумав читати, —&lt;br /&gt;</w:t>
        <w:br/>
        <w:t>То все одно мене тут не зрозумів би ніхто.&lt;br /&gt;</w:t>
        <w:br/>
        <w:t>Змоги нема й усамітнитись: мур на сторожі, й ворота&lt;br /&gt;</w:t>
        <w:br/>
        <w:t>Замкнуті завжди, щоб гет не увірвався з мечем.&lt;br /&gt;</w:t>
        <w:br/>
        <w:t>Слово шукаю не раз, чи ім'я, чи місцевості назву, —&lt;br /&gt;</w:t>
        <w:br/>
        <w:t>Побіч нікого нема, з ким би порадитись міг:&lt;br /&gt;</w:t>
        <w:br/>
        <w:t>Іноді мову про щось поведу — і (сором признатись!),&lt;br /&gt;</w:t>
        <w:br/>
        <w:t>Наче бракує слів: чи розмовлять відучивсь?&lt;br /&gt;</w:t>
        <w:br/>
        <w:t>Тільки й чую щодня фракійську та скіфську говірку,&lt;br /&gt;</w:t>
        <w:br/>
        <w:t>Видно, по-гетському я скоро й писати почну.&lt;br /&gt;</w:t>
        <w:br/>
        <w:t>От і боюсь, повір, щоб, читаючи вірш мій латинський,&lt;br /&gt;</w:t>
        <w:br/>
        <w:t>І на понтійське слівце ти не натрапив бува.&lt;br /&gt;</w:t>
        <w:br/>
        <w:t>Строго все ж не суди: на книжечку цю непримітну,&lt;br /&gt;</w:t>
        <w:br/>
        <w:t>Зваживши, де я живу, друже, вибачливо глянь.</w:t>
      </w:r>
    </w:p>
    <w:p>
      <w:r>
        <w:br/>
        <w:t>КНИГА ЧЕТВЕРТА</w:t>
      </w:r>
    </w:p>
    <w:p>
      <w:r>
        <w:br/>
        <w:t>1&lt;br /&gt;</w:t>
        <w:br/>
        <w:t>Може, помилки є (та й будуть!) у тих моїх віршах, —&lt;br /&gt;</w:t>
        <w:br/>
        <w:t>Любий читачу, даруй, зваж-бо, коли я писав.&lt;br /&gt;</w:t>
        <w:br/>
        <w:t>Ні, не похвал вигнанець шукав — душевного миру,&lt;br /&gt;</w:t>
        <w:br/>
        <w:t>Щоб не одну лиш біду мати на думці щодня.&lt;br /&gt;</w:t>
        <w:br/>
        <w:t>Так от і в'язень, вергаючи землю, співає в кайданах:&lt;br /&gt;</w:t>
        <w:br/>
        <w:t>Пісня проста, а йому легше від неї стає.&lt;br /&gt;</w:t>
        <w:br/>
        <w:t>Пісню й човняр заведе, коли човен свій проти хвилі,&lt;br /&gt;</w:t>
        <w:br/>
        <w:t>Тіло подавши вперед, тягне у мулі в'язкім;&lt;br /&gt;</w:t>
        <w:br/>
        <w:t>Так і весляр, до грудей раз у раз наближаючи весла,&lt;br /&gt;</w:t>
        <w:br/>
        <w:t>Хвилю, що йде на судно, мірно, співаючи, б'є;&lt;br /&gt;</w:t>
        <w:br/>
        <w:t>Так і пастух, на посох опершись чи сівши на камінь,&lt;br /&gt;</w:t>
        <w:br/>
        <w:t>Втому од себе жене, дудкою тішить овець.&lt;br /&gt;</w:t>
        <w:br/>
        <w:t>Так і служниця висновує з ниткою пісню протяжну —&lt;br /&gt;</w:t>
        <w:br/>
        <w:t>Втомлива праця, а все ж наче миліша стає.&lt;br /&gt;</w:t>
        <w:br/>
        <w:t>Кажуть, коли відібрали в Ахілла діву Лірнеську,&lt;br /&gt;</w:t>
        <w:br/>
        <w:t>Струн гемонійських Ахілл, щоб не тужити, торкавсь.&lt;br /&gt;</w:t>
        <w:br/>
        <w:t>Так, утративши вдруге жону свою, в тузі великій&lt;br /&gt;</w:t>
        <w:br/>
        <w:t>Зрушував скелі й ліси силою пісні Орфей.&lt;br /&gt;</w:t>
        <w:br/>
        <w:t>Муза — підмога й мені: на шляху покарання, до Понту,&lt;br /&gt;</w:t>
        <w:br/>
        <w:t>Тільки вона день і ніч побіч вигнанця була.&lt;br /&gt;</w:t>
        <w:br/>
        <w:t>їй одній не страшні ні підступи, ані фракійська&lt;br /&gt;</w:t>
        <w:br/>
        <w:t>Зброя, ні варварський край, ані моря, ні вітри.&lt;br /&gt;</w:t>
        <w:br/>
        <w:t>Знає, що я спіткнувсь, що не вчинок ганебний зі світу&lt;br /&gt;</w:t>
        <w:br/>
        <w:t>Звів передчасно мене — я помилився, кажу.&lt;br /&gt;</w:t>
        <w:br/>
        <w:t>Тим справедливіша нині до мене, що я через неї&lt;br /&gt;</w:t>
        <w:br/>
        <w:t>Скараний; я і вона — двоє ми стали на суд.&lt;br /&gt;</w:t>
        <w:br/>
        <w:t>О, якби знав я колись, що це мені піде на шкоду,&lt;br /&gt;</w:t>
        <w:br/>
        <w:t>То якнайдалі б тримавсь од таємниць Пієрид!&lt;br /&gt;</w:t>
        <w:br/>
        <w:t>Що ж робити тепер? Я досі у владі тих сестер:&lt;br /&gt;</w:t>
        <w:br/>
        <w:t>Пісню, загибель свою, все ще люблю над життя!&lt;br /&gt;</w:t>
        <w:br/>
        <w:t>Лотоса плід, що вперше до вуст підняли дуліхійці,&lt;br /&gt;</w:t>
        <w:br/>
        <w:t>Так їх вабив, хоча найнебезпечнішим був.&lt;br /&gt;</w:t>
        <w:br/>
        <w:t>Хто закохавсь — біду свою чує, та сам же до неї,&lt;br /&gt;</w:t>
        <w:br/>
        <w:t>До свого лиха, летить — не зупинити його.&lt;br /&gt;</w:t>
        <w:br/>
        <w:t>Так і книжки, хоч нашкодили, душу мені звеселяють,&lt;br /&gt;</w:t>
        <w:br/>
        <w:t>Вістря, в моїй же крові, я ще й тулю до грудей.&lt;br /&gt;</w:t>
        <w:br/>
        <w:t>Хочеш — то божевіллям назви той потяг до віршів,&lt;br /&gt;</w:t>
        <w:br/>
        <w:t>Те божевілля, однак, чимось корисне мені.&lt;br /&gt;</w:t>
        <w:br/>
        <w:t>Не дозволяє воно вдивлятись в одні лиш нещастя,&lt;br /&gt;</w:t>
        <w:br/>
        <w:t>Горе щоденне своє я забуваю за ним.&lt;br /&gt;</w:t>
        <w:br/>
        <w:t>Так і вакханка, бува, охоплена шалом священним,&lt;br /&gt;</w:t>
        <w:br/>
        <w:t>По едонійських верхах, рани не чуючи, мчить.&lt;br /&gt;</w:t>
        <w:br/>
        <w:t>Тільки-но груди мої од зеленого тирсу здригнуться,&lt;br /&gt;</w:t>
        <w:br/>
        <w:t>Понад нещастя людські тут же зів'ється мій дух.&lt;br /&gt;</w:t>
        <w:br/>
        <w:t>Що те вигнання йому, похмуре те узбережжя&lt;br /&gt;</w:t>
        <w:br/>
        <w:t>Скіфського Понту, що — сповнені гніву боги?&lt;br /&gt;</w:t>
        <w:br/>
        <w:t>Наче б летейського, для забуття, я випив напою,&lt;br /&gt;</w:t>
        <w:br/>
        <w:t>Так на всі біди свої мовби крізь сон я дивлюсь.&lt;br /&gt;</w:t>
        <w:br/>
        <w:t>Тож і шаную богинь, що сюди, з Гелікону, за мною&lt;br /&gt;</w:t>
        <w:br/>
        <w:t>Йшли у таку далину, щоб лікувати мій біль.&lt;br /&gt;</w:t>
        <w:br/>
        <w:t>І на морях, і на землях вони з вигнанцем ділили&lt;br /&gt;</w:t>
        <w:br/>
        <w:t>Горе — чи плив я судном, чи суходолом ступав.&lt;br /&gt;</w:t>
        <w:br/>
        <w:t>їхньої ласки й далі благаю, бо інші безсмертні&lt;br /&gt;</w:t>
        <w:br/>
        <w:t>З Цезарем поряд були — спільно карали мене:&lt;br /&gt;</w:t>
        <w:br/>
        <w:t>Стільки наслали бід, скільки бачиш край моря піщинок,&lt;br /&gt;</w:t>
        <w:br/>
        <w:t>Скільки у морі є риб, скільки у них є ікри.&lt;br /&gt;</w:t>
        <w:br/>
        <w:t>Легше квітки зрахувать навесні, колосся — улітку,&lt;br /&gt;</w:t>
        <w:br/>
        <w:t>Легше — плоди восени, взимку — сніжинок рої,&lt;br /&gt;</w:t>
        <w:br/>
        <w:t>Ніж усе те, що я переніс, блукаючи світом,&lt;br /&gt;</w:t>
        <w:br/>
        <w:t>Поки на берег отой — лівий Евксинський ступив.&lt;br /&gt;</w:t>
        <w:br/>
        <w:t>Та не полегшало й тут, анітрохи бід не вбуває:&lt;br /&gt;</w:t>
        <w:br/>
        <w:t>Вслід мені доля моя примандрувала й сюди!&lt;br /&gt;</w:t>
        <w:br/>
        <w:t>Бачу ясно тепер, яка нитка для мене снується&lt;br /&gt;</w:t>
        <w:br/>
        <w:t>Ще від моїх уродин: темної пряжі вона.&lt;br /&gt;</w:t>
        <w:br/>
        <w:t>Хоч би повів я про все, що тут на людину чигає, —&lt;br /&gt;</w:t>
        <w:br/>
        <w:t>Мову правдиву мою просто брехнею назвуть.&lt;br /&gt;</w:t>
        <w:br/>
        <w:t>Ой, як важко тому, хто був на вустах всього Риму,&lt;br /&gt;</w:t>
        <w:br/>
        <w:t>Між чужаками тепер — бессами, ґетами жить!..&lt;br /&gt;</w:t>
        <w:br/>
        <w:t>Як жалюгідно це — при зачиненій брамі, за муром&lt;br /&gt;</w:t>
        <w:br/>
        <w:t>Жити, де й вал захисний — не запорука життя!..&lt;br /&gt;</w:t>
        <w:br/>
        <w:t>Ще юнаком цуравсь я змагань на службі військовій,&lt;br /&gt;</w:t>
        <w:br/>
        <w:t>От для забави хіба брав тоді зброю до рук.&lt;br /&gt;</w:t>
        <w:br/>
        <w:t>Нині, хоча старий, сивину прикриваю шоломом,&lt;br /&gt;</w:t>
        <w:br/>
        <w:t>Щит у лівицю беру, маю напохваті меч.&lt;br /&gt;</w:t>
        <w:br/>
        <w:t>Щойно з горба чатовий попередить про небезпеку —&lt;br /&gt;</w:t>
        <w:br/>
        <w:t>Тут же, хоч руки тремтять, я за оружжя берусь.&lt;br /&gt;</w:t>
        <w:br/>
        <w:t>Ворог із луком в руці, отруйна стріла — наготові,&lt;br /&gt;</w:t>
        <w:br/>
        <w:t>Вже попри мур тайкома мчить на хрипливім коні.&lt;br /&gt;</w:t>
        <w:br/>
        <w:t>Наче ту бідну вівцю, що не встигла вбігти в кошару,&lt;br /&gt;</w:t>
        <w:br/>
        <w:t>Через поля та ліси тягне зажерливий вовк,&lt;br /&gt;</w:t>
        <w:br/>
        <w:t>Так і того, перед ким уже зачинились ворота,&lt;br /&gt;</w:t>
        <w:br/>
        <w:t>Варвар добичу свою, спійману в полі, жене.&lt;br /&gt;</w:t>
        <w:br/>
        <w:t>Йде полоненик тоді — ремінний зашморг на шиї —&lt;br /&gt;</w:t>
        <w:br/>
        <w:t>Йде або тут же його вістря отруйне кладе.&lt;br /&gt;</w:t>
        <w:br/>
        <w:t>Так і живу тут, житель новий неспокійного краю,&lt;br /&gt;</w:t>
        <w:br/>
        <w:t>Час же на чужині, ой, як повільно пливе!&lt;br /&gt;</w:t>
        <w:br/>
        <w:t>Все ж до пісень, до святощів давніх мене закликає&lt;br /&gt;</w:t>
        <w:br/>
        <w:t>Серед таких бідувань Муза-вигнанка моя!&lt;br /&gt;</w:t>
        <w:br/>
        <w:t>Хай напишу щось — кому прочитаю? Нема тут людини,&lt;br /&gt;</w:t>
        <w:br/>
        <w:t>Щоб на латинське моє слово озватись могла.&lt;br /&gt;</w:t>
        <w:br/>
        <w:t>Сам собі — ради нема! — і пишу, й читаю ті вірші,&lt;br /&gt;</w:t>
        <w:br/>
        <w:t>Тож не бояться вони пильного ока судді.&lt;br /&gt;</w:t>
        <w:br/>
        <w:t>Часто питав я себе: для кого тепер ті старання?&lt;br /&gt;</w:t>
        <w:br/>
        <w:t>Може, сармат, а чи ґет буде читати мене?&lt;br /&gt;</w:t>
        <w:br/>
        <w:t>От і лились таки над писанням непрошені сльози,&lt;br /&gt;</w:t>
        <w:br/>
        <w:t>І розпливались рядки, мокрі були од ридань.&lt;br /&gt;</w:t>
        <w:br/>
        <w:t>Серцем рани старі, наче нині вражений, чую —&lt;br /&gt;</w:t>
        <w:br/>
        <w:t>Часто по грудях із віч ринуть печальні струмки.&lt;br /&gt;</w:t>
        <w:br/>
        <w:t>Ким був учора, нині ким став, буває, згадаю,&lt;br /&gt;</w:t>
        <w:br/>
        <w:t>Звідки забрала й куди кинула доля мене, —&lt;br /&gt;</w:t>
        <w:br/>
        <w:t>Й так і на себе тоді, й на твори свої розізлюся,&lt;br /&gt;</w:t>
        <w:br/>
        <w:t>Що, мов несповна ума, кидаю їх у вогонь.&lt;br /&gt;</w:t>
        <w:br/>
        <w:t>Тож, хоча з багатьох лише деякі вірші лишились, —&lt;br /&gt;</w:t>
        <w:br/>
        <w:t>Хто б ти, читачу, не був — ласкою їх обігрій!&lt;br /&gt;</w:t>
        <w:br/>
        <w:t>Зглянься на них і ти, для кого чужий я вже, Риме:&lt;br /&gt;</w:t>
        <w:br/>
        <w:t>І не гордуй, бо вони — діти вигнання мого.</w:t>
      </w:r>
    </w:p>
    <w:p>
      <w:r>
        <w:br/>
        <w:t>2&lt;br /&gt;</w:t>
        <w:br/>
        <w:t>Вже б на коліна стати тобі, Германіє грізна,&lt;br /&gt;</w:t>
        <w:br/>
        <w:t>Звідавши, як і весь світ, Цезарів наших могуть.&lt;br /&gt;</w:t>
        <w:br/>
        <w:t>Певно, вінками стрімкий Палатин уже запишався,&lt;br /&gt;</w:t>
        <w:br/>
        <w:t>Ладан тріщить на вогні, в'ється жертовників дим.&lt;br /&gt;</w:t>
        <w:br/>
        <w:t>Гостра сокира там б'є білосніжну шию бикові —&lt;br /&gt;</w:t>
        <w:br/>
        <w:t>І багрецем довкруги землю забарвлює кров.&lt;br /&gt;</w:t>
        <w:br/>
        <w:t>Не забуваючи дану обітницю, славні обидва&lt;br /&gt;</w:t>
        <w:br/>
        <w:t>Цезарі жертву богам за перемогу кладуть.&lt;br /&gt;</w:t>
        <w:br/>
        <w:t>Парость між ними — юнь, що Цезарів носить імення,&lt;br /&gt;</w:t>
        <w:br/>
        <w:t>Щоб лише Цезаря дім світом усім керував.&lt;br /&gt;</w:t>
        <w:br/>
        <w:t>Лівія між невісток за щасливе повернення сина&lt;br /&gt;</w:t>
        <w:br/>
        <w:t>В храмі складає дари, як і не раз ще складе.&lt;br /&gt;</w:t>
        <w:br/>
        <w:t>З нею — всі матері, як і діви, які невсипуще&lt;br /&gt;</w:t>
        <w:br/>
        <w:t>Вести чистий вогонь, чисті самі, бережуть.&lt;br /&gt;</w:t>
        <w:br/>
        <w:t>Радістю повниться люд, сенатори, вершники Риму,&lt;br /&gt;</w:t>
        <w:br/>
        <w:t>Ще ж донедавна і я їхньою часткою був!..&lt;br /&gt;</w:t>
        <w:br/>
        <w:t>Не для вигнанця в тій далечіні втіха загальна!&lt;br /&gt;</w:t>
        <w:br/>
        <w:t>Відгомін радощів тих ледве долинув сюди.&lt;br /&gt;</w:t>
        <w:br/>
        <w:t>В Римі весь люд оглядає тріумфи; вождів полонених&lt;br /&gt;</w:t>
        <w:br/>
        <w:t>Може читать імена, назви підкорених міст,&lt;br /&gt;</w:t>
        <w:br/>
        <w:t>На владарів, що з путом на шиї, може дивитись, —&lt;br /&gt;</w:t>
        <w:br/>
        <w:t>Тут же, за ними, в ясній збруї, вінках — рисаки, —&lt;br /&gt;</w:t>
        <w:br/>
        <w:t>Бачити лиця: одні — немов приголомшені горем,&lt;br /&gt;</w:t>
        <w:br/>
        <w:t>В інших — мов тями нема, сяйвом їх очі горять.&lt;br /&gt;</w:t>
        <w:br/>
        <w:t>Хтось із юрби про причини, ймена, діла запитає,&lt;br /&gt;</w:t>
        <w:br/>
        <w:t>Хтось, не знаючи й сам, оповідати почне:&lt;br /&gt;</w:t>
        <w:br/>
        <w:t>"Той он, з гордим чолом, що сідонським сяє багрянцем,&lt;br /&gt;</w:t>
        <w:br/>
        <w:t>Був за вождя на війні; цей — його права рука.&lt;br /&gt;</w:t>
        <w:br/>
        <w:t>Той, що сумирно йде, потупивши погляд у землю,&lt;br /&gt;</w:t>
        <w:br/>
        <w:t>Зовсім не так виглядав, поки оружно ходив.&lt;br /&gt;</w:t>
        <w:br/>
        <w:t>Цей ось, що гніву свого й тепер не хоче ховати,&lt;br /&gt;</w:t>
        <w:br/>
        <w:t>Словом і ділом будив до непокори жагу.&lt;br /&gt;</w:t>
        <w:br/>
        <w:t>Цей, що обличчя його — так буйно заріс — не побачиш,&lt;br /&gt;</w:t>
        <w:br/>
        <w:t>Підступом, із укриття наші війська оточив.&lt;br /&gt;</w:t>
        <w:br/>
        <w:t>Далі — той, хто богам, хотіли чи не хотіли,&lt;br /&gt;</w:t>
        <w:br/>
        <w:t>Жертву, кажуть, не раз із полонених складав.&lt;br /&gt;</w:t>
        <w:br/>
        <w:t>Гори, озера, названі тут, укріплення, ріки —&lt;br /&gt;</w:t>
        <w:br/>
        <w:t>Кров'ю спливало все, трупом рясніло довкіл.&lt;br /&gt;</w:t>
        <w:br/>
        <w:t>Друз саме в тих місцях отримав прізвище славне,&lt;br /&gt;</w:t>
        <w:br/>
        <w:t>Парость щаслива — син, батька достойний свого.&lt;br /&gt;</w:t>
        <w:br/>
        <w:t>Рейн, очеретом сумно вповитий, з обламаним рогом,&lt;br /&gt;</w:t>
        <w:br/>
        <w:t>Закаламутив себе кров'ю своїх же синів.&lt;br /&gt;</w:t>
        <w:br/>
        <w:t>А під ногою вождя нездоланного, простоволоса,&lt;br /&gt;</w:t>
        <w:br/>
        <w:t>Там і Германія, глянь, тужить — і має чого:&lt;br /&gt;</w:t>
        <w:br/>
        <w:t>Шию, хоч горда, мусить підставити римській сокирі,&lt;br /&gt;</w:t>
        <w:br/>
        <w:t>Пута носить на руці, що воювала мечем!"&lt;br /&gt;</w:t>
        <w:br/>
        <w:t>Ти, о наш Цезарю, на переможній своїй колісниці,&lt;br /&gt;</w:t>
        <w:br/>
        <w:t>В сяєві пурпуру весь перед народом промчиш.&lt;br /&gt;</w:t>
        <w:br/>
        <w:t>А по дорозі твій люд тобі буде в долоні плескати&lt;br /&gt;</w:t>
        <w:br/>
        <w:t>Й кидати квіти до ніг, рясно встеляючи шлях.&lt;br /&gt;</w:t>
        <w:br/>
        <w:t>Фебовим лавром чоло буде вінчане, й воїн затягне,&lt;br /&gt;</w:t>
        <w:br/>
        <w:t>Скільки є сили: "Іо! Славний тріумфе, Іо!"&lt;br /&gt;</w:t>
        <w:br/>
        <w:t>Сам побачиш не раз, як од оплесків, окликів люду&lt;br /&gt;</w:t>
        <w:br/>
        <w:t>Стане вмить на диби біла твоя четверня.&lt;br /&gt;</w:t>
        <w:br/>
        <w:t>Ось ти — на Капітолії, в храмах до тебе прихильних,&lt;br /&gt;</w:t>
        <w:br/>
        <w:t>Де для Юпітера лавр, як і годиться, складеш.&lt;br /&gt;</w:t>
        <w:br/>
        <w:t>Зором душі сягну туди й я, наскільки зумію, —&lt;br /&gt;</w:t>
        <w:br/>
        <w:t>Звідки прогнали мене, вправі душа туди йти.&lt;br /&gt;</w:t>
        <w:br/>
        <w:t>Вільно долає вона землі неосяжні простори,&lt;br /&gt;</w:t>
        <w:br/>
        <w:t>Щонайкоротшим вона шляхом у небо майне —&lt;br /&gt;</w:t>
        <w:br/>
        <w:t>Так вона й очі мої в сам Рим оддалений зверне,&lt;br /&gt;</w:t>
        <w:br/>
        <w:t>Щоб до такого добра якось і я причастивсь.&lt;br /&gt;</w:t>
        <w:br/>
        <w:t>Там задивлюсь на твою колісницю з слонової кості —&lt;br /&gt;</w:t>
        <w:br/>
        <w:t>Й так я побуду хоч мить на батьківщині своїй.&lt;br /&gt;</w:t>
        <w:br/>
        <w:t>Ну, а щасливий люд оглядатиме все це насправді,&lt;br /&gt;</w:t>
        <w:br/>
        <w:t>І переможцем-вождем буде втішатись юрба.&lt;br /&gt;</w:t>
        <w:br/>
        <w:t>А щодо мене, то лиш уявляти на віддалі зможу&lt;br /&gt;</w:t>
        <w:br/>
        <w:t>Й дещо із радощів тих вухом хіба що вловлю.&lt;br /&gt;</w:t>
        <w:br/>
        <w:t>Та чи хто-небудь сюди, на сам край світу загляне&lt;br /&gt;</w:t>
        <w:br/>
        <w:t>З Лацію і залюбки спраглому все оповість?..&lt;br /&gt;</w:t>
        <w:br/>
        <w:t>Хоч про минуле б уже повідав, усе ж я радів би,&lt;br /&gt;</w:t>
        <w:br/>
        <w:t>Скільки б років не спливло, повісті цій про тріумф.&lt;br /&gt;</w:t>
        <w:br/>
        <w:t>Хай же надлине той день, коли посвітлію душею&lt;br /&gt;</w:t>
        <w:br/>
        <w:t>І над нещастям моїм стане загальне добро!</w:t>
      </w:r>
    </w:p>
    <w:p>
      <w:r>
        <w:br/>
        <w:t>3&lt;br /&gt;</w:t>
        <w:br/>
        <w:t>Дві Ведмедиці, велика й мала, що морськими шляхами —&lt;br /&gt;</w:t>
        <w:br/>
        <w:t>Ця — фінікійські, а та — грецькі веде кораблі,&lt;br /&gt;</w:t>
        <w:br/>
        <w:t>Ви, котрі бачите все із самої маківки неба&lt;br /&gt;</w:t>
        <w:br/>
        <w:t>І не торкаєтесь вод, що на західній межі,&lt;br /&gt;</w:t>
        <w:br/>
        <w:t>Ви, чий шлях коловий, обіймаючи неба простори,&lt;br /&gt;</w:t>
        <w:br/>
        <w:t>Високо в'ється й ніде не досягає землі, —&lt;br /&gt;</w:t>
        <w:br/>
        <w:t>Гляньте на стіни, через які син Ілії, кажуть —&lt;br /&gt;</w:t>
        <w:br/>
        <w:t>Рем, було, перестрибнув, братові наперекір.&lt;br /&gt;</w:t>
        <w:br/>
        <w:t>Погляд зіркий зупиніть на жоні моїй — чи пам'ятає&lt;br /&gt;</w:t>
        <w:br/>
        <w:t>Мужа-вигнанця, чи ні — правду мені ви скажіть.&lt;br /&gt;</w:t>
        <w:br/>
        <w:t>Горе! Звідки той страх? Під сумнів беру очевидне&lt;br /&gt;</w:t>
        <w:br/>
        <w:t>І похитнутись даю добрій надії своїй.&lt;br /&gt;</w:t>
        <w:br/>
        <w:t>Вір: чого хочеш, те є; що безпечне, того не лякайся,&lt;br /&gt;</w:t>
        <w:br/>
        <w:t>Вірності певній жони вірою сам дорівняй!&lt;br /&gt;</w:t>
        <w:br/>
        <w:t>Те, чого зорі тобі не розкажуть з обширів неба,&lt;br /&gt;</w:t>
        <w:br/>
        <w:t>В тому ти словом твердим сам переконуй себе.&lt;br /&gt;</w:t>
        <w:br/>
        <w:t>Знай, що жона, за якою так тужиш, тебе не забула&lt;br /&gt;</w:t>
        <w:br/>
        <w:t>Й те, що дозволено їй, — ймення твоє береже.&lt;br /&gt;</w:t>
        <w:br/>
        <w:t>Мовби ти поряд був, тобі в очі дивиться пильно,&lt;br /&gt;</w:t>
        <w:br/>
        <w:t>Й любить, поки жива, здалеку любить тебе.&lt;br /&gt;</w:t>
        <w:br/>
        <w:t>Таж, коли впертий біль по праву душу діймає,&lt;br /&gt;</w:t>
        <w:br/>
        <w:t>Чи заспокійливий сон хутко на груди злетить?&lt;br /&gt;</w:t>
        <w:br/>
        <w:t>Ні! Забринить сльоза, коли ложе, спальня навіють&lt;br /&gt;</w:t>
        <w:br/>
        <w:t>Спогади і забуття навіть вночі не дадуть.&lt;br /&gt;</w:t>
        <w:br/>
        <w:t>І проснуються жалі, й кінця не буде тій ночі,&lt;br /&gt;</w:t>
        <w:br/>
        <w:t>Й місця не знайде собі тіло зболіле твоє.&lt;br /&gt;</w:t>
        <w:br/>
        <w:t>Все це, я певен того, й тобі, дружино, відоме:&lt;br /&gt;</w:t>
        <w:br/>
        <w:t>Болем тужливим любов знати про себе дає.&lt;br /&gt;</w:t>
        <w:br/>
        <w:t>Мучишся так, мов фіванська жона, коли фессалійські&lt;br /&gt;</w:t>
        <w:br/>
        <w:t>Коні, кривавлячи шлях, Гектора тіло тягли.&lt;br /&gt;</w:t>
        <w:br/>
        <w:t>Врешті, про що благать? У якому душевному стані&lt;br /&gt;</w:t>
        <w:br/>
        <w:t>Бачити б нині хотів, вірна дружино, тебе?..&lt;br /&gt;</w:t>
        <w:br/>
        <w:t>Сумно тобі — на себе лихий: через мене страждаєш;&lt;br /&gt;</w:t>
        <w:br/>
        <w:t>Весело — теж лихий; як це без мужа радіть?&lt;br /&gt;</w:t>
        <w:br/>
        <w:t>Ні! Ти оплакуй таки свою втрату, чутлива душею,&lt;br /&gt;</w:t>
        <w:br/>
        <w:t>Крізь моє горе дивись навіть на власне життя.&lt;br /&gt;</w:t>
        <w:br/>
        <w:t>Плач над вигнанцем, плач! У сльозах своя насолода:&lt;br /&gt;</w:t>
        <w:br/>
        <w:t>Слізьми повниться вкрай, слізьми й виводиться біль.&lt;br /&gt;</w:t>
        <w:br/>
        <w:t>Краще б над мертвим ти, а не над живим голосила,&lt;br /&gt;</w:t>
        <w:br/>
        <w:t>Знала б: лише через смерть муж твій покинув тебе.&lt;br /&gt;</w:t>
        <w:br/>
        <w:t>Подих мій при тобі злетів би в рідне повітря,&lt;br /&gt;</w:t>
        <w:br/>
        <w:t>Слізьми, вірна жона, тіло б омила моє.&lt;br /&gt;</w:t>
        <w:br/>
        <w:t>Очі мої, що бачили б небо вітчизни востаннє,&lt;br /&gt;</w:t>
        <w:br/>
        <w:t>Ти б і закрила мені дотиком ніжним руки.&lt;br /&gt;</w:t>
        <w:br/>
        <w:t>І під дідівським пагорбом прах мій відпочивав би,&lt;br /&gt;</w:t>
        <w:br/>
        <w:t>Й та, де я народивсь, тіло окрила земля.&lt;br /&gt;</w:t>
        <w:br/>
        <w:t>Врешті, я був без вини, без неї — і звікував би,&lt;br /&gt;</w:t>
        <w:br/>
        <w:t>Замість у соромі жить — у покаранні такім.&lt;br /&gt;</w:t>
        <w:br/>
        <w:t>Горе мені, якщо ти, почувши: "Дружина вигнанця..." —&lt;br /&gt;</w:t>
        <w:br/>
        <w:t>Почервонієш, якщо будеш ховати лице!&lt;br /&gt;</w:t>
        <w:br/>
        <w:t>Горе мені, якщо бути моєю — ганебно для тебе!&lt;br /&gt;</w:t>
        <w:br/>
        <w:t>Горе, якщо вже й свого мужа соромишся ти!&lt;br /&gt;</w:t>
        <w:br/>
        <w:t>Де ті часи, коли мужем славним ти хизувалась&lt;br /&gt;</w:t>
        <w:br/>
        <w:t>І не ховала іще ймення мого від людей?&lt;br /&gt;</w:t>
        <w:br/>
        <w:t>Де ті часи (чи згадки не хочеш?), коли ти моєю&lt;br /&gt;</w:t>
        <w:br/>
        <w:t>Не називалась лишень — а таки радо була?&lt;br /&gt;</w:t>
        <w:br/>
        <w:t>Всім я подобавсь тобі, й до справжніх чеснот додавала&lt;br /&gt;</w:t>
        <w:br/>
        <w:t>От що значить любов! — і не властиві мені.&lt;br /&gt;</w:t>
        <w:br/>
        <w:t>Другому, хто б він не був, — таким уже незрівнянним&lt;br /&gt;</w:t>
        <w:br/>
        <w:t>Я видавався тобі! — першості б не віддала.&lt;br /&gt;</w:t>
        <w:br/>
        <w:t>Сорому й нині не май, що ти жона моя: шлюб наш&lt;br /&gt;</w:t>
        <w:br/>
        <w:t>Хай тебе горем важким, а не ганьбою гнітить!&lt;br /&gt;</w:t>
        <w:br/>
        <w:t>Од блискавиці впав Капаней, а де ж ти читала,&lt;br /&gt;</w:t>
        <w:br/>
        <w:t>Щоб через мужа свого сором Евадну діймав?&lt;br /&gt;</w:t>
        <w:br/>
        <w:t>Світу володар вогнем вогонь приборкав, та сестри&lt;br /&gt;</w:t>
        <w:br/>
        <w:t>Не побоялись ридать над Фаетоном своїм.&lt;br /&gt;</w:t>
        <w:br/>
        <w:t>Кадм не сахнувся Семели, дочки, хоч надто зухвале&lt;br /&gt;</w:t>
        <w:br/>
        <w:t>В неї прохання було — і поплатилась життям.&lt;br /&gt;</w:t>
        <w:br/>
        <w:t>Хай же, дружино, й твоє, хоч сам Юпітер у гніві&lt;br /&gt;</w:t>
        <w:br/>
        <w:t>Громом мене вразив, не паленіє лице.&lt;br /&gt;</w:t>
        <w:br/>
        <w:t>Краще, скільки снаги, на захист мій піднімися,&lt;br /&gt;</w:t>
        <w:br/>
        <w:t>Дай зрозуміти усім — що таке добра жона.&lt;br /&gt;</w:t>
        <w:br/>
        <w:t>Силу своїх чеснот зверни на справу печальну,&lt;br /&gt;</w:t>
        <w:br/>
        <w:t>Слава не долами, знай, а крутосхилом іде.&lt;br /&gt;</w:t>
        <w:br/>
        <w:t>Хто б нині Гектора знав, якби Трої поталанило, —&lt;br /&gt;</w:t>
        <w:br/>
        <w:t>Тільки в загальній біді мужність дорогу знайшла.&lt;br /&gt;</w:t>
        <w:br/>
        <w:t>Тіфію! Зайве мистецтво твоє при спокійному морі.&lt;br /&gt;</w:t>
        <w:br/>
        <w:t>Фебе, так само — й твоє, якби ніхто не хворів.&lt;br /&gt;</w:t>
        <w:br/>
        <w:t>Та, що у щасті нікому не знана, та й не потрібна,&lt;br /&gt;</w:t>
        <w:br/>
        <w:t>Мужність серед нещасть на увесь зріст постає.&lt;br /&gt;</w:t>
        <w:br/>
        <w:t>Тож дає змогу тобі моя доля слави сягнути,&lt;br /&gt;</w:t>
        <w:br/>
        <w:t>Голову вірність твоя високо може піднять.&lt;br /&gt;</w:t>
        <w:br/>
        <w:t>Час нелегкий посилає дари тобі: перед тобою —&lt;br /&gt;</w:t>
        <w:br/>
        <w:t>Поле; на ньому працюй — не забариться хвала!</w:t>
      </w:r>
    </w:p>
    <w:p>
      <w:r>
        <w:br/>
        <w:t>4&lt;br /&gt;</w:t>
        <w:br/>
        <w:t>Ти, хто пишатися б міг одним лиш переліком предків,&lt;br /&gt;</w:t>
        <w:br/>
        <w:t>А благородністю все ж їх перевищив усіх,&lt;br /&gt;</w:t>
        <w:br/>
        <w:t>Ти, хто в душі зберігає образ чеснот свого батька,&lt;br /&gt;</w:t>
        <w:br/>
        <w:t>Щоб до нового життя не бракувало їм сил,&lt;br /&gt;</w:t>
        <w:br/>
        <w:t>Ти, хто й до красномовства хист од батька отримав,&lt;br /&gt;</w:t>
        <w:br/>
        <w:t>А видатніших, ніж він, Форум промовців не знав!&lt;br /&gt;</w:t>
        <w:br/>
        <w:t>Замість наймення прикмети подав я — і мимоволі&lt;br /&gt;</w:t>
        <w:br/>
        <w:t>Видав тебе: винувать славу свою, не мене.&lt;br /&gt;</w:t>
        <w:br/>
        <w:t>Я не схибив: тебе — твоя власна зраджує гідність,&lt;br /&gt;</w:t>
        <w:br/>
        <w:t>Хто ти — знає весь Рим, і не моя тут вина.&lt;br /&gt;</w:t>
        <w:br/>
        <w:t>А що належне тобі в своїй пісні віддав я, — гадаю,&lt;br /&gt;</w:t>
        <w:br/>
        <w:t>При справедливім такім принцепсі, то не біда,&lt;br /&gt;</w:t>
        <w:br/>
        <w:t>То не пошкодить тобі, бо сам же Батько вітчизни&lt;br /&gt;</w:t>
        <w:br/>
        <w:t>Гніву не має, коли в пісні про нього пишу.&lt;br /&gt;</w:t>
        <w:br/>
        <w:t>Й не заборонить того, бо Цезар — спільне надбання,&lt;br /&gt;</w:t>
        <w:br/>
        <w:t>Значить, є і моя частка в суспільнім добрі.&lt;br /&gt;</w:t>
        <w:br/>
        <w:t>Ймення своє для похвал віддає співцям і Юпітер,&lt;br /&gt;</w:t>
        <w:br/>
        <w:t>Можуть вуста будь-чиї славу співати йому.&lt;br /&gt;</w:t>
        <w:br/>
        <w:t>Цезар — видимий бог, Юпітер — той, в кого вірять,&lt;br /&gt;</w:t>
        <w:br/>
        <w:t>Виправдать можуть тебе два щонайвищі зразки.&lt;br /&gt;</w:t>
        <w:br/>
        <w:t>Втім, вину всю беру, хоч і так мені важко, на себе:&lt;br /&gt;</w:t>
        <w:br/>
        <w:t>Ти на писання моє впливу не маєш тепер.&lt;br /&gt;</w:t>
        <w:br/>
        <w:t>Та й не нова це провина моя — розмовляти з тобою:&lt;br /&gt;</w:t>
        <w:br/>
        <w:t>Ще до вигнання я звик мову з тобою вести.&lt;br /&gt;</w:t>
        <w:br/>
        <w:t>Тож не лякайся, що дорікнуть тобі другом-вигнанцем:&lt;br /&gt;</w:t>
        <w:br/>
        <w:t>Гнів, а чи заздрість, кажу, ляжуть на дружби творця.&lt;br /&gt;</w:t>
        <w:br/>
        <w:t>Батько твій — ось кого подивляв я ще від дитинства;&lt;br /&gt;</w:t>
        <w:br/>
        <w:t>Те, про що знають усі, нині й ховати дарма.&lt;br /&gt;</w:t>
        <w:br/>
        <w:t>Хист мій він вихваляв (можливо, ти пам'ятаєш)&lt;br /&gt;</w:t>
        <w:br/>
        <w:t>Більше, ніж сам я той хист і поважав, і цінив.&lt;br /&gt;</w:t>
        <w:br/>
        <w:t>Про мої вірші він так говорив, що в тій його мові&lt;br /&gt;</w:t>
        <w:br/>
        <w:t>Міг я пізнати чуття і благородства глибінь.&lt;br /&gt;</w:t>
        <w:br/>
        <w:t>Тож, увійшовши в твій дім, не тільки тебе обманув я:&lt;br /&gt;</w:t>
        <w:br/>
        <w:t>Першого я у той час батька твого обманув.&lt;br /&gt;</w:t>
        <w:br/>
        <w:t>Ні, то не був обман! Життя моє, всі мої вчинки,&lt;br /&gt;</w:t>
        <w:br/>
        <w:t>Окрім останніх, на жаль, чистими завжди були.&lt;br /&gt;</w:t>
        <w:br/>
        <w:t>Та навіть похибку ту, якщо б узяв до уваги,&lt;br /&gt;</w:t>
        <w:br/>
        <w:t>Як усі лиха ті йшли, — злочином ти не назвеш.&lt;br /&gt;</w:t>
        <w:br/>
        <w:t>Занапастив мене страх, та передусім — необачність,&lt;br /&gt;</w:t>
        <w:br/>
        <w:t>Лиш про ту долю свою краще забути дозволь!..&lt;br /&gt;</w:t>
        <w:br/>
        <w:t>Свіжих ран не торкай, аби знову не розійшлися:&lt;br /&gt;</w:t>
        <w:br/>
        <w:t>Ще ж затягнутися їм навіть сам спокій не дав.&lt;br /&gt;</w:t>
        <w:br/>
        <w:t>Кару свою по заслузі несу, але, що вчинив я, —&lt;br /&gt;</w:t>
        <w:br/>
        <w:t>Те несвідомо вчинив, ще раз і ще раз кажу.&lt;br /&gt;</w:t>
        <w:br/>
        <w:t>Видно, сам бог це відчув, інакше смертю скарав би,&lt;br /&gt;</w:t>
        <w:br/>
        <w:t>А всі набутки мої іншій людині б оддав.&lt;br /&gt;</w:t>
        <w:br/>
        <w:t>Може, з вигнання, поки живу, мене він одкличе,&lt;br /&gt;</w:t>
        <w:br/>
        <w:t>Хай лиш у грудях його з часом пом'якшає гнів.&lt;br /&gt;</w:t>
        <w:br/>
        <w:t>Нині ж, молю, хоч в інші місця мене хай скерує,&lt;br /&gt;</w:t>
        <w:br/>
        <w:t>Тільки б не розгнівивсь ще й за нескромність мою!&lt;br /&gt;</w:t>
        <w:br/>
        <w:t>Трохи затишніше, ближче до Риму хай буде вигнання,&lt;br /&gt;</w:t>
        <w:br/>
        <w:t>Далі від ворогів, що грабуванням живуть.&lt;br /&gt;</w:t>
        <w:br/>
        <w:t>Август — ласкавість одна: якби попросити за мене,&lt;br /&gt;</w:t>
        <w:br/>
        <w:t>То не відмовив би він — маю надію на те.&lt;br /&gt;</w:t>
        <w:br/>
        <w:t>Берег Евксинський мене полонив; колись недаремно&lt;br /&gt;</w:t>
        <w:br/>
        <w:t>За негостинність йому назву "Аксинський" дали.&lt;br /&gt;</w:t>
        <w:br/>
        <w:t>Тихих вод тут нема, що ледве хвилюють під вітром,&lt;br /&gt;</w:t>
        <w:br/>
        <w:t>Суден із дальніх країв гавань погідна не жде.&lt;br /&gt;</w:t>
        <w:br/>
        <w:t>Вколо — грабівники, племена, до розбою поквапні —&lt;br /&gt;</w:t>
        <w:br/>
        <w:t>Краще зрадливі моря, ніж отакий суходіл!&lt;br /&gt;</w:t>
        <w:br/>
        <w:t>Ті, що ти чув про них, про спраглих крові людської, —&lt;br /&gt;</w:t>
        <w:br/>
        <w:t>Поряд, під тим же, що я, небом холодним живуть.&lt;br /&gt;</w:t>
        <w:br/>
        <w:t>Таврія неподалік, де богині-лучниці вівтар&lt;br /&gt;</w:t>
        <w:br/>
        <w:t>Часто — аж лячно казать — вбивством жахним обагрявсь.&lt;br /&gt;</w:t>
        <w:br/>
        <w:t>Тут, пам'ятають, Тоант владував; у той край лиховісний&lt;br /&gt;</w:t>
        <w:br/>
        <w:t>Добрих людей не тягло, не зазирали й лихі.&lt;br /&gt;</w:t>
        <w:br/>
        <w:t>Вдячна Діані за те, що лань замість неї обрала,&lt;br /&gt;</w:t>
        <w:br/>
        <w:t>Внучка Пелопа їй тут будь-які жертви несла.&lt;br /&gt;</w:t>
        <w:br/>
        <w:t>Потім, коли Орест (лиходій чи герой — невідомо)&lt;br /&gt;</w:t>
        <w:br/>
        <w:t>Волею мстивих богинь в шалі забрів аж сюди,&lt;br /&gt;</w:t>
        <w:br/>
        <w:t>Разом з фокейцем, що став зразком правдивої дружби,&lt;br /&gt;</w:t>
        <w:br/>
        <w:t>Бо мали спільну, одну, душу вони в двох тілах,&lt;br /&gt;</w:t>
        <w:br/>
        <w:t>Тут же до вівтаря (перед дверима подвійними вівтар&lt;br /&gt;</w:t>
        <w:br/>
        <w:t>Зрошений кров'ю стояв) зв'язаних двох привели.&lt;br /&gt;</w:t>
        <w:br/>
        <w:t>Смерті своєї, однак, ні один не лякався, ні другий:&lt;br /&gt;</w:t>
        <w:br/>
        <w:t>Бачачи явний кінець, кожен за другом тужив.&lt;br /&gt;</w:t>
        <w:br/>
        <w:t>Жриця вже стала, з мечем наготовленим; варварська стрічка&lt;br /&gt;</w:t>
        <w:br/>
        <w:t>Скроні вже оповила — грецькі! — обом юнакам.&lt;br /&gt;</w:t>
        <w:br/>
        <w:t>Братову мову нараз Іфігенія-жриця впізнала —&lt;br /&gt;</w:t>
        <w:br/>
        <w:t>Й, замість удару завдать, брата в обійми взяла.&lt;br /&gt;</w:t>
        <w:br/>
        <w:t>Образ богині тоді від кривавих жертв, їй немилих,&lt;br /&gt;</w:t>
        <w:br/>
        <w:t>В інший, ласкавіший край перевезла кораблем.&lt;br /&gt;</w:t>
        <w:br/>
        <w:t>От із тією землею, де світ кінчається, звідки&lt;br /&gt;</w:t>
        <w:br/>
        <w:t>Люди тікають й боги, я по сусідству живу.&lt;br /&gt;</w:t>
        <w:br/>
        <w:t>Тож недалеко од нас криваві приносили жертви,&lt;br /&gt;</w:t>
        <w:br/>
        <w:t>Горе! Кажу "од нас", хоч між чужинців живу!..&lt;br /&gt;</w:t>
        <w:br/>
        <w:t>О, якби зглянувся бог і мене з ходовими вітрами,&lt;br /&gt;</w:t>
        <w:br/>
        <w:t>Як і Ореста колись, вивіз по хвилях відсіль!..</w:t>
      </w:r>
    </w:p>
    <w:p>
      <w:r>
        <w:br/>
        <w:t>5&lt;br /&gt;</w:t>
        <w:br/>
        <w:t>О найдорожчий із друзів моїх, до кого, бувало,&lt;br /&gt;</w:t>
        <w:br/>
        <w:t>Я, наче до вівтаря, у безнадії горнувсь!&lt;br /&gt;</w:t>
        <w:br/>
        <w:t>Ти, чиє слово живе при житті мою душу тримало —&lt;br /&gt;</w:t>
        <w:br/>
        <w:t>Так язичкові огню згаснуть олія не дасть.&lt;br /&gt;</w:t>
        <w:br/>
        <w:t>Не побоявсь ти один одкрити гавань надійну&lt;br /&gt;</w:t>
        <w:br/>
        <w:t>Для корабля, що його сам Громовержець вразив.&lt;br /&gt;</w:t>
        <w:br/>
        <w:t>Ти, хто своїм майном мене б захистив, якби Цезар&lt;br /&gt;</w:t>
        <w:br/>
        <w:t>Навіть родинне добро, спадок, у мене забрав.&lt;br /&gt;</w:t>
        <w:br/>
        <w:t>Так уже я захопивсь, що, забувши де я та хто я,&lt;br /&gt;</w:t>
        <w:br/>
        <w:t>Мало що ймення твого, друже, не вимовив тут!&lt;br /&gt;</w:t>
        <w:br/>
        <w:t>Сам ти впізнаєш себе. Упізнавши, прагнучи слави,&lt;br /&gt;</w:t>
        <w:br/>
        <w:t>Схочеш, щоб можна було іншим гукнути: "Це ж я!"&lt;br /&gt;</w:t>
        <w:br/>
        <w:t>Радо б, тільки дозволь, назвав я тебе на імення,&lt;br /&gt;</w:t>
        <w:br/>
        <w:t>Щоб із хвалою з'єднать рідкісну вірність твою.&lt;br /&gt;</w:t>
        <w:br/>
        <w:t>Все ж боюся того, щоб на шкоду не вийшла подяка:&lt;br /&gt;</w:t>
        <w:br/>
        <w:t>Ще ж бо завадить тобі шана невчасна моя.&lt;br /&gt;</w:t>
        <w:br/>
        <w:t>Краще душею радій (дозволено це і безпечно!),&lt;br /&gt;</w:t>
        <w:br/>
        <w:t>Що пам'ятливий — я, що незрадливий — ти.&lt;br /&gt;</w:t>
        <w:br/>
        <w:t>Так і надалі веслуй, помагаючи другові, поки&lt;br /&gt;</w:t>
        <w:br/>
        <w:t>Бог іще в гніві й рвучкі не вгамувались вітри.&lt;br /&gt;</w:t>
        <w:br/>
        <w:t>Дбай Про рятунок мій, хоч мене з понурого Стіксу&lt;br /&gt;</w:t>
        <w:br/>
        <w:t>Може добути лиш той, хто і пожбурив туди.&lt;br /&gt;</w:t>
        <w:br/>
        <w:t>Рук усе ж не складай і стійко — рідкісна риса! —&lt;br /&gt;</w:t>
        <w:br/>
        <w:t>Дружбі, що в'яже нас, дружбі несхитній служи!&lt;br /&gt;</w:t>
        <w:br/>
        <w:t>Хай тебе й далі Фортуна веде, майна ха.й не бракне,&lt;br /&gt;</w:t>
        <w:br/>
        <w:t>Щоб, не бідуючи сам, міг помагати своїм.&lt;br /&gt;</w:t>
        <w:br/>
        <w:t>Хай і жона добротою постійно дорівнює мужу,&lt;br /&gt;</w:t>
        <w:br/>
        <w:t>Спокою спальні нехай сварка вам не сколихне.&lt;br /&gt;</w:t>
        <w:br/>
        <w:t>Хто з тобою у кровнім зв'язку, хай так тебе любить,&lt;br /&gt;</w:t>
        <w:br/>
        <w:t>Як близнюка свого — Кастора — любить близнюк.&lt;br /&gt;</w:t>
        <w:br/>
        <w:t>Син хай народиться в тебе, до тебе в усьому подібний,&lt;br /&gt;</w:t>
        <w:br/>
        <w:t>Б звичаях гарних його всяк щоб тебе пізнавав.&lt;br /&gt;</w:t>
        <w:br/>
        <w:t>Донька — зятя у дім хай веде при факелах шлюбних,&lt;br /&gt;</w:t>
        <w:br/>
        <w:t>Щоб для онуків ти був ще молодим дідусем.</w:t>
      </w:r>
    </w:p>
    <w:p>
      <w:r>
        <w:br/>
        <w:t>6&lt;br /&gt;</w:t>
        <w:br/>
        <w:t>З часом привчається віл терпляче плуга тягнути —&lt;br /&gt;</w:t>
        <w:br/>
        <w:t>Сам же він шию нагне в лукоподібне ярмо;&lt;br /&gt;</w:t>
        <w:br/>
        <w:t>З часом скоряється кінь віжкам, хоча й норовистий, —&lt;br /&gt;</w:t>
        <w:br/>
        <w:t>Поки гнуздають його, вже не стає на диби;&lt;br /&gt;</w:t>
        <w:br/>
        <w:t>З часом стихає лють лячного пунійського лева —&lt;br /&gt;</w:t>
        <w:br/>
        <w:t>Дикість, що нею жахав, не озивається вже;&lt;br /&gt;</w:t>
        <w:br/>
        <w:t>Навіть індійський слон із часом вчиться служити:&lt;br /&gt;</w:t>
        <w:br/>
        <w:t>Велет виконує все, що лиш йому повелять.&lt;br /&gt;</w:t>
        <w:br/>
        <w:t>Час промине — й на лозі виногроно туге набрякає;&lt;br /&gt;</w:t>
        <w:br/>
        <w:t>Грає у ягоді сік, ледве вміщається в ній.&lt;br /&gt;</w:t>
        <w:br/>
        <w:t>З часом із зерня стебло розцвітає колосом сивим,&lt;br /&gt;</w:t>
        <w:br/>
        <w:t>Плід, на початку терпкий, потім медовим стає.&lt;br /&gt;</w:t>
        <w:br/>
        <w:t>Навіть леміш, обновляючи землю, тоншає з часом,&lt;br /&gt;</w:t>
        <w:br/>
        <w:t>Час непомітно зітре криці чи каменя твердь.&lt;br /&gt;</w:t>
        <w:br/>
        <w:t>Він найдикішу лютість гамує, гасить повільно,&lt;br /&gt;</w:t>
        <w:br/>
        <w:t>З серця знімає тягар і проганяє печаль.&lt;br /&gt;</w:t>
        <w:br/>
        <w:t>Раду з усім собі давність дає, ступаючи тихо,&lt;br /&gt;</w:t>
        <w:br/>
        <w:t>Тільки безсила вона проти моєї журби.&lt;br /&gt;</w:t>
        <w:br/>
        <w:t>Двічі, відколи я тут, на токах зерно молотили,&lt;br /&gt;</w:t>
        <w:br/>
        <w:t>Двічі вже гроно туге боса чавила нога.&lt;br /&gt;</w:t>
        <w:br/>
        <w:t>Та за той довгий час терплячості я не навчився,&lt;br /&gt;</w:t>
        <w:br/>
        <w:t>Начебто вчора лишень горе спіткало мене.&lt;br /&gt;</w:t>
        <w:br/>
        <w:t>Часто й старий уже віл важкого ярма уникає,&lt;br /&gt;</w:t>
        <w:br/>
        <w:t>Часто вудила гризе навіть об'їжджений кінь.&lt;br /&gt;</w:t>
        <w:br/>
        <w:t>Туга моя ще чорніша тепер, ніж два роки тому,&lt;br /&gt;</w:t>
        <w:br/>
        <w:t>Хоч не змінилась, але час їй додав чорноти.&lt;br /&gt;</w:t>
        <w:br/>
        <w:t>Спершу не до кінця усвідомлював я своє горе,&lt;br /&gt;</w:t>
        <w:br/>
        <w:t>Нині — вже до кінця, от і гострішає біль.&lt;br /&gt;</w:t>
        <w:br/>
        <w:t>Це неабияка річ — почерпнути свіжої сили,&lt;br /&gt;</w:t>
        <w:br/>
        <w:t>Поки до решти її не ізсушила біда!&lt;br /&gt;</w:t>
        <w:br/>
        <w:t>І чи не краще свіжий борець на жовтій арені&lt;br /&gt;</w:t>
        <w:br/>
        <w:t>Виступить, аніж пітний, що боротьбою втомивсь?&lt;br /&gt;</w:t>
        <w:br/>
        <w:t>І гладіатор сміліше йде в бій, коли свою зброю&lt;br /&gt;</w:t>
        <w:br/>
        <w:t>Власною кров'ю іще забагрянити не встиг.&lt;br /&gt;</w:t>
        <w:br/>
        <w:t>Непогамовні вітри не страшні кораблеві новому,&lt;br /&gt;</w:t>
        <w:br/>
        <w:t>А для старого — біда й під перелітним дощем.&lt;br /&gt;</w:t>
        <w:br/>
        <w:t>Так от і я: колись легше знегоди свої переносив,&lt;br /&gt;</w:t>
        <w:br/>
        <w:t>Нині обтяжує їх днів плетениця сумна.&lt;br /&gt;</w:t>
        <w:br/>
        <w:t>Вірте, збуваюся сил, але — вже недовго терпіти:&lt;br /&gt;</w:t>
        <w:br/>
        <w:t>Сам те пророчу собі з немочі тіла свого.&lt;br /&gt;</w:t>
        <w:br/>
        <w:t>Сили бракне, кажу, з рум'янця — сліду немає,&lt;br /&gt;</w:t>
        <w:br/>
        <w:t>Шкіра — сухість одна, ледь укриває кістки.&lt;br /&gt;</w:t>
        <w:br/>
        <w:t>Так, я тілом ослаб, та значно більше — душею:&lt;br /&gt;</w:t>
        <w:br/>
        <w:t>Бачить вона лиш одне: вічну скорботу свою.&lt;br /&gt;</w:t>
        <w:br/>
        <w:t>Рим далеко відсіль; моя втіха, друзі, — далеко,&lt;br /&gt;</w:t>
        <w:br/>
        <w:t>І найдорожча з усіх — ой, як далеко тепер!..&lt;br /&gt;</w:t>
        <w:br/>
        <w:t>Близько — скіфи і ґети в штанах, понурі сусіди,&lt;br /&gt;</w:t>
        <w:br/>
        <w:t>Все — і далеке й близьке — наче на рану сіль.&lt;br /&gt;</w:t>
        <w:br/>
        <w:t>Є надія, проте, — розрада моя в тій печалі:&lt;br /&gt;</w:t>
        <w:br/>
        <w:t>Скоро ті муки мої смерть рятівна перерве.</w:t>
      </w:r>
    </w:p>
    <w:p>
      <w:r>
        <w:br/>
        <w:t>7&lt;br /&gt;</w:t>
        <w:br/>
        <w:t>Двічі до мене по лютій зимі наблизилось сонце,&lt;br /&gt;</w:t>
        <w:br/>
        <w:t>Двічі, сягнувши Риб, шлях закруглило воно.&lt;br /&gt;</w:t>
        <w:br/>
        <w:t>Стільки часу спливло, а ти таки не спромігся&lt;br /&gt;</w:t>
        <w:br/>
        <w:t>Хоч би рядочком одним поспівчувати мені!&lt;br /&gt;</w:t>
        <w:br/>
        <w:t>Де ж люб'язність твоя? Таж інші, хоч і не тісно&lt;br /&gt;</w:t>
        <w:br/>
        <w:t>Дружба в'язала нас, пишуть вигнанцю листи.&lt;br /&gt;</w:t>
        <w:br/>
        <w:t>То чому ж досі, чому — коли сувій розгортаю,&lt;br /&gt;</w:t>
        <w:br/>
        <w:t>Маю надію, що там буде імення твоє?&lt;br /&gt;</w:t>
        <w:br/>
        <w:t>Може — дали б то боги! — ти пишеш, тільки до мене&lt;br /&gt;</w:t>
        <w:br/>
        <w:t>Із багатьох тих листів жоден чомусь не дійшов.&lt;br /&gt;</w:t>
        <w:br/>
        <w:t>Дійсно! Все так і є! Інакше — скажу, що в Горгони&lt;br /&gt;</w:t>
        <w:br/>
        <w:t>Чорним гадюччям довкіл їжилось грізне чоло,&lt;br /&gt;</w:t>
        <w:br/>
        <w:t>Що нижче пояса в діви шкірились пси, що Химера,&lt;br /&gt;</w:t>
        <w:br/>
        <w:t>Тілом левиця й змія, дихала вбивчим вогнем,&lt;br /&gt;</w:t>
        <w:br/>
        <w:t>Що, позроставшись грудьми, жили люди чотириногі,&lt;br /&gt;</w:t>
        <w:br/>
        <w:t>Що був тритілий пастух, був і тритілий пес,&lt;br /&gt;</w:t>
        <w:br/>
        <w:t>Гарпії, Сфінкс, а ще — змієноге плем'я Гігантів,&lt;br /&gt;</w:t>
        <w:br/>
        <w:t>Як і сторукий Пас і чоловік-напівбик, —&lt;br /&gt;</w:t>
        <w:br/>
        <w:t>Радше в ті чуда, аніж у твою переміну повірю,&lt;br /&gt;</w:t>
        <w:br/>
        <w:t>Друже, у те, що забув, викинув з серця мене!&lt;br /&gt;</w:t>
        <w:br/>
        <w:t>Скільки то гір, доріг між нами — не зрахувати!..&lt;br /&gt;</w:t>
        <w:br/>
        <w:t>Скільки річок, рівнин, навіть морів пролягло —&lt;br /&gt;</w:t>
        <w:br/>
        <w:t>Є тисячі причин — чому, хоч листи висилаєш,&lt;br /&gt;</w:t>
        <w:br/>
        <w:t>Досі з них жоден мені ще не потрапив до рук.&lt;br /&gt;</w:t>
        <w:br/>
        <w:t>Пишучи часто, долай ті причини, аби не шукав я&lt;br /&gt;</w:t>
        <w:br/>
        <w:t>Те, що доводиться: чим виправдать маю тебе.</w:t>
      </w:r>
    </w:p>
    <w:p>
      <w:r>
        <w:br/>
        <w:t>8&lt;br /&gt;</w:t>
        <w:br/>
        <w:t>Вже мої скроні могли б дорівнять лебединому пір'ю,&lt;br /&gt;</w:t>
        <w:br/>
        <w:t>Старість, де волос темнів, білим уже повела.&lt;br /&gt;</w:t>
        <w:br/>
        <w:t>Вже хворобливі надходять літа — пора небадьора,&lt;br /&gt;</w:t>
        <w:br/>
        <w:t>Вже наче й сам собі зайвим стаю тягарем.&lt;br /&gt;</w:t>
        <w:br/>
        <w:t>Нині, поклавши край трудам виснажним, мені б жити&lt;br /&gt;</w:t>
        <w:br/>
        <w:t>В спокої, а головне — жодного страху не знать!&lt;br /&gt;</w:t>
        <w:br/>
        <w:t>Нині б вітати я мав дороге для мене дозвілля,&lt;br /&gt;</w:t>
        <w:br/>
        <w:t>Часом (то втіха моя!) братись до милих занять,&lt;br /&gt;</w:t>
        <w:br/>
        <w:t>І шанувати скромне житло стародавніх Пенатів,&lt;br /&gt;</w:t>
        <w:br/>
        <w:t>Батьківську ниву, на жаль, осиротілу тепер.&lt;br /&gt;</w:t>
        <w:br/>
        <w:t>Чуючи ласку жони, щебетання милих онуків,&lt;br /&gt;</w:t>
        <w:br/>
        <w:t>Мав би вік доживать я на вітчизні своїй.&lt;br /&gt;</w:t>
        <w:br/>
        <w:t>От яку старість ще молодим я бачив для себе,&lt;br /&gt;</w:t>
        <w:br/>
        <w:t>І, видавалось мені, що заслужив на таку.&lt;br /&gt;</w:t>
        <w:br/>
        <w:t>Інше снували боги: суходолами гнавши, морями,&lt;br /&gt;</w:t>
        <w:br/>
        <w:t>У савроматські краї врешті мене привели.&lt;br /&gt;</w:t>
        <w:br/>
        <w:t>Судна, що в бурях були, для направи в гавань заводять,&lt;br /&gt;</w:t>
        <w:br/>
        <w:t>їх серед моря тонуть не залишає ніхто;&lt;br /&gt;</w:t>
        <w:br/>
        <w:t>Щоб не зганьбити своїх перемог, упавши зненацька,&lt;br /&gt;</w:t>
        <w:br/>
        <w:t>Кінь, що вже вибився з сил, тихо пасеться собі.&lt;br /&gt;</w:t>
        <w:br/>
        <w:t>Воїн, що вже застарий до важкої військової служби,&lt;br /&gt;</w:t>
        <w:br/>
        <w:t>Ларам, прадавнім богам, зброю свою оддає.&lt;br /&gt;</w:t>
        <w:br/>
        <w:t>Так і мене, кому сили надточує старість повільна,&lt;br /&gt;</w:t>
        <w:br/>
        <w:t>Вже б дерев'яним пора нагородити мечем.&lt;br /&gt;</w:t>
        <w:br/>
        <w:t>Нині пора вже не під сарматським дихати небом,&lt;br /&gt;</w:t>
        <w:br/>
        <w:t>І не до ґетських тягтись, чуючи спрагу, джерел,&lt;br /&gt;</w:t>
        <w:br/>
        <w:t>А десь у Римі — то милуватись його велелюддям,&lt;br /&gt;</w:t>
        <w:br/>
        <w:t>То на дозвіллі піти в затінок наших садів.&lt;br /&gt;</w:t>
        <w:br/>
        <w:t>Так уявляв я собі (прийдешні біди й не снились!)&lt;br /&gt;</w:t>
        <w:br/>
        <w:t>Без хвилювань та тривог віку свого доживать.&lt;br /&gt;</w:t>
        <w:br/>
        <w:t>Доля сказала — ні! Як раніш мене пестила в Римі,&lt;br /&gt;</w:t>
        <w:br/>
        <w:t>Так мене нині гнітить, сивого, на чужині.&lt;br /&gt;</w:t>
        <w:br/>
        <w:t>Десять я гідно прожив п'ятиліть, тепер — похилився:&lt;br /&gt;</w:t>
        <w:br/>
        <w:t>Надто вже прикрий тягар гіршої частки життя.&lt;br /&gt;</w:t>
        <w:br/>
        <w:t>Вже до близької мети, здавалось, — рукою подати,&lt;br /&gt;</w:t>
        <w:br/>
        <w:t>Та з колісниці нараз друзки лишились одні.&lt;br /&gt;</w:t>
        <w:br/>
        <w:t>Чи, нерозсудливий, я переповнив гнівом до себе&lt;br /&gt;</w:t>
        <w:br/>
        <w:t>Мужа, що світу всьому дивну ласкавість явив?&lt;br /&gt;</w:t>
        <w:br/>
        <w:t>Хай я її похитнув своїм необачним учинком,&lt;br /&gt;</w:t>
        <w:br/>
        <w:t>Та за той вчинок усе ж не поплатився життям!&lt;br /&gt;</w:t>
        <w:br/>
        <w:t>От і живу, де світу межа, під північною віссю,&lt;br /&gt;</w:t>
        <w:br/>
        <w:t>Де непривітна лежить, зліва од Понту, земля.&lt;br /&gt;</w:t>
        <w:br/>
        <w:t>Хай би таке віщували мені чи Додона, чи Дельфи —&lt;br /&gt;</w:t>
        <w:br/>
        <w:t>Пустопорожніми б я дві ті святині назвав.&lt;br /&gt;</w:t>
        <w:br/>
        <w:t>Де є міцність така, — хоч бери обруч з адаманту,&lt;br /&gt;</w:t>
        <w:br/>
        <w:t>Що не розбила б її Батька вогненна стріла?&lt;br /&gt;</w:t>
        <w:br/>
        <w:t>Де є така височінь, безпека така, що стояла б&lt;br /&gt;</w:t>
        <w:br/>
        <w:t>Вище од божества чи дорівняла б йому?&lt;br /&gt;</w:t>
        <w:br/>
        <w:t>Я от кару несу: частково за власну провину,&lt;br /&gt;</w:t>
        <w:br/>
        <w:t>Більше, однак, через те, що божество розгнівив.&lt;br /&gt;</w:t>
        <w:br/>
        <w:t>Приклад моїх бідувань хай буде вам за науку:&lt;br /&gt;</w:t>
        <w:br/>
        <w:t>Дбайте про ласку того, хто вже на рівні богів!</w:t>
      </w:r>
    </w:p>
    <w:p>
      <w:r>
        <w:br/>
        <w:t>9&lt;br /&gt;</w:t>
        <w:br/>
        <w:t>Ймення твого не назву, якщо можна, якщо даси згоду —&lt;br /&gt;</w:t>
        <w:br/>
        <w:t>Так усі вчинки твої кануть у Лету німу.&lt;br /&gt;</w:t>
        <w:br/>
        <w:t>Хай лиш ласкавість мою розчулить сльоза твоя пізня,&lt;br /&gt;</w:t>
        <w:br/>
        <w:t>Хай буде видно, що ти — сам дорікаєш собі.&lt;br /&gt;</w:t>
        <w:br/>
        <w:t>Ще й засуди себе сам, із життя старайся зітерти&lt;br /&gt;</w:t>
        <w:br/>
        <w:t>Час, коли душу твою шал Тісіфони посів.&lt;br /&gt;</w:t>
        <w:br/>
        <w:t>А коли ні, коли все ще ненависть чуєш до мене, —&lt;br /&gt;</w:t>
        <w:br/>
        <w:t>Що ж, нехай кривда моя зброю бере захисну.&lt;br /&gt;</w:t>
        <w:br/>
        <w:t>Хоч би я був (а я таки є!) десь на краю світу,&lt;br /&gt;</w:t>
        <w:br/>
        <w:t>Та через гори, моря гнів мій досягне тебе!&lt;br /&gt;</w:t>
        <w:br/>
        <w:t>Всі ж бо права, нагадаю тобі, лишив мені Цезар:&lt;br /&gt;</w:t>
        <w:br/>
        <w:t>Чим, запитаєш, скарав? — Риму позбавив мене!&lt;br /&gt;</w:t>
        <w:br/>
        <w:t>Втім, у вітчизну, тільки б він жив, гадаю вернутись:&lt;br /&gt;</w:t>
        <w:br/>
        <w:t>Громом уражений дуб часто у зелені знов.&lt;br /&gt;</w:t>
        <w:br/>
        <w:t>Хай і не мав би я змоги за кривду віддати належне,&lt;br /&gt;</w:t>
        <w:br/>
        <w:t>Музи снаги додадуть, Музи й озброять мене.&lt;br /&gt;</w:t>
        <w:br/>
        <w:t>Хоч у далекім краю, де скіфи, живу, й наді мною&lt;br /&gt;</w:t>
        <w:br/>
        <w:t>Так уже близько — сухі, що не заходять, зірки,&lt;br /&gt;</w:t>
        <w:br/>
        <w:t>Голос мій жалібний між безкрайні піде племена,&lt;br /&gt;</w:t>
        <w:br/>
        <w:t>Світ, хоч яка далина, всюди почує його.&lt;br /&gt;</w:t>
        <w:br/>
        <w:t>Що не скажу — од сходу ген аж на захід полине;&lt;br /&gt;</w:t>
        <w:br/>
        <w:t>Свідком західних слів стане віддалений схід.&lt;br /&gt;</w:t>
        <w:br/>
        <w:t>Через моря, через обшир землі мій голос почують,&lt;br /&gt;</w:t>
        <w:br/>
        <w:t>Кожне зітхання моє гучно озветься в віках.&lt;br /&gt;</w:t>
        <w:br/>
        <w:t>Тож про твій злочин не тільки твоє почує століття:&lt;br /&gt;</w:t>
        <w:br/>
        <w:t>Із роду в рід буде йти слава про тебе лиха.&lt;br /&gt;</w:t>
        <w:br/>
        <w:t>Вже пориваюся в бій, а рогів усе ще не маю,&lt;br /&gt;</w:t>
        <w:br/>
        <w:t>Краще б ті роги, однак, не знадобились мені!&lt;br /&gt;</w:t>
        <w:br/>
        <w:t>Цирк ще порожній, а бик уже б'є копитом об землю,&lt;br /&gt;</w:t>
        <w:br/>
        <w:t>Сипле з-під нього піском, лють роздуває в собі.&lt;br /&gt;</w:t>
        <w:br/>
        <w:t>Я задалеко зайшов!.. Сурми до відступу, Музо,&lt;br /&gt;</w:t>
        <w:br/>
        <w:t>Поки ще ймення своє може приховувать він.</w:t>
      </w:r>
    </w:p>
    <w:p>
      <w:r>
        <w:br/>
        <w:t>10&lt;br /&gt;</w:t>
        <w:br/>
        <w:t>Ось я — хто любощі ніжні оспівував. Хочеш, нащадку,&lt;br /&gt;</w:t>
        <w:br/>
        <w:t>Ближче пізнати мене — твору й цього не одкинь.&lt;br /&gt;</w:t>
        <w:br/>
        <w:t>Щедрий на хвилі холодні Сульмон — моя батьківщина,&lt;br /&gt;</w:t>
        <w:br/>
        <w:t>Десять по дев'ять миль — відстань до Риму відсіль.&lt;br /&gt;</w:t>
        <w:br/>
        <w:t>Тут я з'явився на світ. У той рік, затям, поділили&lt;br /&gt;</w:t>
        <w:br/>
        <w:t>Консули, що полягли, долю єдину на двох.&lt;br /&gt;</w:t>
        <w:br/>
        <w:t>Має вагу це чи ні, та мій рід — із вершників давніх,&lt;br /&gt;</w:t>
        <w:br/>
        <w:t>Тож не Фортуна цей стан подарувала мені.&lt;br /&gt;</w:t>
        <w:br/>
        <w:t>Первістком не довелось мені бути: переді мною,&lt;br /&gt;</w:t>
        <w:br/>
        <w:t>Старший саме на рік, рідний мій брат народивсь.&lt;br /&gt;</w:t>
        <w:br/>
        <w:t>Тож уродини обом нам осяяв один Світлоносець,&lt;br /&gt;</w:t>
        <w:br/>
        <w:t>А задля дня одного — два випікались коржі.&lt;br /&gt;</w:t>
        <w:br/>
        <w:t>Перший із ряду днів п'ятиденного свята Мінерви,&lt;br /&gt;</w:t>
        <w:br/>
        <w:t>Збройної діви, цей день славила кров на піску.&lt;br /&gt;</w:t>
        <w:br/>
        <w:t>Скоро турботливий батько подбав про нашу освіту:&lt;br /&gt;</w:t>
        <w:br/>
        <w:t>В Римі навчалися ми — в славних тоді вчителів.&lt;br /&gt;</w:t>
        <w:br/>
        <w:t>До красномовства мій брат від зеленого віку тягнувся:&lt;br /&gt;</w:t>
        <w:br/>
        <w:t>Форум вабив його, й Форуму зброя — слова.&lt;br /&gt;</w:t>
        <w:br/>
        <w:t>Ну, а мені ще хлоп'ям подобались таїнства неба,&lt;br /&gt;</w:t>
        <w:br/>
        <w:t>Муза мене тайкома в діло втягала своє.&lt;br /&gt;</w:t>
        <w:br/>
        <w:t>Батько не раз дорікав: "І навіщо тобі ці марниці?&lt;br /&gt;</w:t>
        <w:br/>
        <w:t>Віршами сам Меонід не доробився майна".&lt;br /&gt;</w:t>
        <w:br/>
        <w:t>Це схвилювало мене. Увесь Гелікон полишивши,&lt;br /&gt;</w:t>
        <w:br/>
        <w:t>Брався писати тоді вільні від ритму слова.&lt;br /&gt;</w:t>
        <w:br/>
        <w:t>Та, хоч того й не хотів, снувалася пісня доладна,&lt;br /&gt;</w:t>
        <w:br/>
        <w:t>Тільки-но слово скажу — віршем виходить воно.&lt;br /&gt;</w:t>
        <w:br/>
        <w:t>Так непомітно бігли роки дитинні — і брат мій,&lt;br /&gt;</w:t>
        <w:br/>
        <w:t>А після нього і я тогу дорослу влягли.&lt;br /&gt;</w:t>
        <w:br/>
        <w:t>Пурпур ясний із каймою широкою плечі окрив нам,&lt;br /&gt;</w:t>
        <w:br/>
        <w:t>Кожен, одначе, лишивсь вірний заняттям своїм.&lt;br /&gt;</w:t>
        <w:br/>
        <w:t>Та на ту пору мій брат, подвоївши десятиліття,&lt;br /&gt;</w:t>
        <w:br/>
        <w:t>Вмер — і тоді я себе мовби нецілим одчув.&lt;br /&gt;</w:t>
        <w:br/>
        <w:t>Тут я посаду зайняв, для юнацького віку підхожу:&lt;br /&gt;</w:t>
        <w:br/>
        <w:t>Третім став у числі обраних наглядачів.&lt;br /&gt;</w:t>
        <w:br/>
        <w:t>Далі — до курії шлях, що був мені не під силу,&lt;br /&gt;</w:t>
        <w:br/>
        <w:t>Вужчою стала тоді тоги моєї кайма.&lt;br /&gt;</w:t>
        <w:br/>
        <w:t>Тілом я був неміцний, до трудів душа не лежала,&lt;br /&gt;</w:t>
        <w:br/>
        <w:t>Почестей, запобігань, наче вогню, уникав.&lt;br /&gt;</w:t>
        <w:br/>
        <w:t>До безтурбоття зате аонійські сестри схиляли,&lt;br /&gt;</w:t>
        <w:br/>
        <w:t>Тихе дозвілля мені щонаймиліше було.&lt;br /&gt;</w:t>
        <w:br/>
        <w:t>Ще в ті юнацькі роки шанував і цінив я поетів,&lt;br /&gt;</w:t>
        <w:br/>
        <w:t>Перший-ліпший співець богом мені видававсь.&lt;br /&gt;</w:t>
        <w:br/>
        <w:t>Макр, що був старший, читав про птахів, про змії та трави:&lt;br /&gt;</w:t>
        <w:br/>
        <w:t>І котра вбивча із змій, і котра з трав помічна.&lt;br /&gt;</w:t>
        <w:br/>
        <w:t>Часто й Проперцій читав, почуття жагучого повний —&lt;br /&gt;</w:t>
        <w:br/>
        <w:t>З ним мене дружби зв'язок щонайтісніше єднав.&lt;br /&gt;</w:t>
        <w:br/>
        <w:t>Понтик, гекзаметром славний, а Басе — елегійним двовіршем,&lt;br /&gt;</w:t>
        <w:br/>
        <w:t>Також у колі моїх друзів солодких були.&lt;br /&gt;</w:t>
        <w:br/>
        <w:t>Слух нам тоді полонив на ритми багатий Горацій —&lt;br /&gt;</w:t>
        <w:br/>
        <w:t>Пісню добірну снував на авзонійській струні.&lt;br /&gt;</w:t>
        <w:br/>
        <w:t>Я лишень бачив Вергілія; на побратимство з Тїбуллом&lt;br /&gt;</w:t>
        <w:br/>
        <w:t>Заздрісна доля, на жаль, часу мені не дала.&lt;br /&gt;</w:t>
        <w:br/>
        <w:t>Йшов за тобою, Ґалле, Тібулл, за Тібуллом — Проперцій,&lt;br /&gt;</w:t>
        <w:br/>
        <w:t>Час у тім ряді надав місце четверте мені.&lt;br /&gt;</w:t>
        <w:br/>
        <w:t>Як я до старших — так і до мене ставилась молодь:&lt;br /&gt;</w:t>
        <w:br/>
        <w:t>Скоро й про Музу мою заговорили довкіл.&lt;br /&gt;</w:t>
        <w:br/>
        <w:t>А коли вірші свої я вперше читав перед людом,&lt;br /&gt;</w:t>
        <w:br/>
        <w:t>Раз на той час, може, два лезо торкнулося щік.&lt;br /&gt;</w:t>
        <w:br/>
        <w:t>Перше натхнення моє — оспівана в цілому Римі&lt;br /&gt;</w:t>
        <w:br/>
        <w:t>Жінка; придумане їй ймення Корінни я дав.&lt;br /&gt;</w:t>
        <w:br/>
        <w:t>Різне писав я тоді; те, що вважав незугарним,&lt;br /&gt;</w:t>
        <w:br/>
        <w:t>Тут же вогню віддавав — щоб виправляв помилки.&lt;br /&gt;</w:t>
        <w:br/>
        <w:t>Дещо, може, й таке, що могло подобатись людям,&lt;br /&gt;</w:t>
        <w:br/>
        <w:t>Перед вигнанням, лихий на свої вірші, спалив.&lt;br /&gt;</w:t>
        <w:br/>
        <w:t>Серце моє м'яке й Купідонові стріли діймали,&lt;br /&gt;</w:t>
        <w:br/>
        <w:t>Й навіть дрібничка могла розхвилювати його.&lt;br /&gt;</w:t>
        <w:br/>
        <w:t>А попри те, хоча я від іскри міг спалахнути,&lt;br /&gt;</w:t>
        <w:br/>
        <w:t>В Римі про мене ніхто словом лихим не озвавсь.&lt;br /&gt;</w:t>
        <w:br/>
        <w:t>Ще майже хлопцем я був — із пустою мене одружили&lt;br /&gt;</w:t>
        <w:br/>
        <w:t>Жінкою, і через те шлюб наш недовго тривав.&lt;br /&gt;</w:t>
        <w:br/>
        <w:t>Тій, що за нею прийшла, нічим дорікнути не можу,&lt;br /&gt;</w:t>
        <w:br/>
        <w:t>Все ж неміцним був і цей нашого ложа союз.&lt;br /&gt;</w:t>
        <w:br/>
        <w:t>От лише третій судилося довго зі мною пробути,&lt;br /&gt;</w:t>
        <w:br/>
        <w:t>Мужа-вигнанця вона й нині ще не відреклась.&lt;br /&gt;</w:t>
        <w:br/>
        <w:t>Донька, сама ще майже дитя, мене двічі зробила&lt;br /&gt;</w:t>
        <w:br/>
        <w:t>Дідом: по внуку від двох чоловіків привела.&lt;br /&gt;</w:t>
        <w:br/>
        <w:t>Батько до дев'яти п'ятиліть іще раз додавши&lt;br /&gt;</w:t>
        <w:br/>
        <w:t>Дев'ять, ними й замкнув коло своє життьове.&lt;br /&gt;</w:t>
        <w:br/>
        <w:t>Так я плакав над ним, як він би оплакував сина,&lt;br /&gt;</w:t>
        <w:br/>
        <w:t>Згодом і матері я почесті склав жалібні.&lt;br /&gt;</w:t>
        <w:br/>
        <w:t>Впору зі світу зійшли! Щасливі, щасливі обоє,&lt;br /&gt;</w:t>
        <w:br/>
        <w:t>Бо закінчили життя ще до вигнання мого!&lt;br /&gt;</w:t>
        <w:br/>
        <w:t>Рівно щасливий і я, не при них бо горе спіткало,&lt;br /&gt;</w:t>
        <w:br/>
        <w:t>Вмерши, над сином своїм не побивались вони.&lt;br /&gt;</w:t>
        <w:br/>
        <w:t>Та якщо вмерлим не тільки ймена одні зостаються,&lt;br /&gt;</w:t>
        <w:br/>
        <w:t>І понад вогнище все ж тінь їх злинає легка,&lt;br /&gt;</w:t>
        <w:br/>
        <w:t>І якщо й ваших тіней, батьки, моя слава сягнула,&lt;br /&gt;</w:t>
        <w:br/>
        <w:t>І на стігійськім суді будуть судити мене, —&lt;br /&gt;</w:t>
        <w:br/>
        <w:t>Знайте, молю, — не мені вас обманювать, — я на вигнанні&lt;br /&gt;</w:t>
        <w:br/>
        <w:t>Не через злочин якийсь — це необачність була.&lt;br /&gt;</w:t>
        <w:br/>
        <w:t>Манам достатньо цього. До вас повертаюсь, хто хоче,&lt;br /&gt;</w:t>
        <w:br/>
        <w:t>Прагнучи знань, і мої вчинки пізнати й життя.&lt;br /&gt;</w:t>
        <w:br/>
        <w:t>Кращі прогнавши роки, до волосся мого домішала&lt;br /&gt;</w:t>
        <w:br/>
        <w:t>Старість суху сивину: біле при темнім лягло.&lt;br /&gt;</w:t>
        <w:br/>
        <w:t>Десять разів од моїх уродин пісейська олива&lt;br /&gt;</w:t>
        <w:br/>
        <w:t>В кінних змаганнях була для переможця вінком.&lt;br /&gt;</w:t>
        <w:br/>
        <w:t>Як мене в Томи, на лівий берег Евксину, раптовий&lt;br /&gt;</w:t>
        <w:br/>
        <w:t>Цезаря гнів одіслав — чувся ображеним він.&lt;br /&gt;</w:t>
        <w:br/>
        <w:t>Що за причина падіння мого — те всяк добре знає,&lt;br /&gt;</w:t>
        <w:br/>
        <w:t>Не випадає мені ще раз про те говорить.&lt;br /&gt;</w:t>
        <w:br/>
        <w:t>Що вже казати про друзів невірних, слуг незичливих?&lt;br /&gt;</w:t>
        <w:br/>
        <w:t>Що переніс я тоді — гірш од вигнання було.&lt;br /&gt;</w:t>
        <w:br/>
        <w:t>Та стрепенувся мій дух, не хотів піддатися бідам —&lt;br /&gt;</w:t>
        <w:br/>
        <w:t>Сили знайшовши в собі, непереможно стояв.&lt;br /&gt;</w:t>
        <w:br/>
        <w:t>Тож, про дозвільне забувши життя, у руку незвичну&lt;br /&gt;</w:t>
        <w:br/>
        <w:t>Зброю узяв, що її час непривітний подав.&lt;br /&gt;</w:t>
        <w:br/>
        <w:t>Скільки поміж двома — котрий видно й котрого не видно —&lt;br /&gt;</w:t>
        <w:br/>
        <w:t>Неба верхів'ям зірок, стільки пригод я зазнав.&lt;br /&gt;</w:t>
        <w:br/>
        <w:t>От і ступив після довгих блукань на те узбережжя,&lt;br /&gt;</w:t>
        <w:br/>
        <w:t>Де побіч ґетів живе сайдаконосець-сармат.&lt;br /&gt;</w:t>
        <w:br/>
        <w:t>Тут, хоча зброя довкіл дзвенить, полегшую віршем&lt;br /&gt;</w:t>
        <w:br/>
        <w:t>Долю невтішну свою, скільки знаходжу снаги.&lt;br /&gt;</w:t>
        <w:br/>
        <w:t>Хай і нікого нема, кому б міг я вірш той читати,&lt;br /&gt;</w:t>
        <w:br/>
        <w:t>Все ж я піддурюю день, мовби коротшим роблю.&lt;br /&gt;</w:t>
        <w:br/>
        <w:t>Тож за те, що живу, що труднощам не піддаюся,&lt;br /&gt;</w:t>
        <w:br/>
        <w:t>Що з неспокійним життям досі я ще не порвав, —&lt;br /&gt;</w:t>
        <w:br/>
        <w:t>Музо, подяка тобі! Це ти звеселяєш вигнанця,&lt;br /&gt;</w:t>
        <w:br/>
        <w:t>Ти — полегша в журбі, ти — рятівниця моя!&lt;br /&gt;</w:t>
        <w:br/>
        <w:t>Ти — провідниця, супутниця ти: відводиш од Істру&lt;br /&gt;</w:t>
        <w:br/>
        <w:t>Й на Геліконі даєш місце почесне мені.&lt;br /&gt;</w:t>
        <w:br/>
        <w:t>Ти мені ще за життя (а це рідкість!) гучне дарувала&lt;br /&gt;</w:t>
        <w:br/>
        <w:t>Ймення, хоч слава, на жаль, часто посмертне дає.&lt;br /&gt;</w:t>
        <w:br/>
        <w:t>Заздрість, бліда од злоби, хоча на теперішнє мітить,&lt;br /&gt;</w:t>
        <w:br/>
        <w:t>Жодного твору мого зубом кривим не йняла.&lt;br /&gt;</w:t>
        <w:br/>
        <w:t>Й хисту мого не торкнулося недоброзичливе слово,&lt;br /&gt;</w:t>
        <w:br/>
        <w:t>Хоч на великих співців щедрим був саме наш вік.&lt;br /&gt;</w:t>
        <w:br/>
        <w:t>Я багатьох ставив вище од себе — й вони мені платять&lt;br /&gt;</w:t>
        <w:br/>
        <w:t>Шаною: твори мої знає, читає весь світ.&lt;br /&gt;</w:t>
        <w:br/>
        <w:t>І якщо правду якусь виголошують віщі поети,&lt;br /&gt;</w:t>
        <w:br/>
        <w:t>То і тоді, як умру, земле, не буду твоїм.&lt;br /&gt;</w:t>
        <w:br/>
        <w:t>Чи моя праця, чи ласка твоя принесли мені славу,&lt;br /&gt;</w:t>
        <w:br/>
        <w:t>Дяку заслужену все ж, любий читачу, прийми.</w:t>
      </w:r>
    </w:p>
    <w:p>
      <w:r>
        <w:br/>
        <w:t>КНИГА П'ЯТА</w:t>
      </w:r>
    </w:p>
    <w:p>
      <w:r>
        <w:br/>
        <w:t>1&lt;br /&gt;</w:t>
        <w:br/>
        <w:t>Й цю іще книжку прийми, з берегів надіслану гетських,&lt;br /&gt;</w:t>
        <w:br/>
        <w:t>Вірний читачу, — сестру інших моїх чотирьох.&lt;br /&gt;</w:t>
        <w:br/>
        <w:t>Вигляд і в неї такий, яка доля самого поета:&lt;br /&gt;</w:t>
        <w:br/>
        <w:t>Слів, що солодкі на слух, марно б у ній ти шукав.&lt;br /&gt;</w:t>
        <w:br/>
        <w:t>Стан мій невтішний тут — невтішна й пісня снується,&lt;br /&gt;</w:t>
        <w:br/>
        <w:t>Зміст мого твору сумний — має сумним бути й лад.&lt;br /&gt;</w:t>
        <w:br/>
        <w:t>Був я веселий колись — про веселе та юне писав я,&lt;br /&gt;</w:t>
        <w:br/>
        <w:t>Нині корю сам себе: "Краще б того не писав!"&lt;br /&gt;</w:t>
        <w:br/>
        <w:t>Відколи впав — лише про падіння всі мої вірші,&lt;br /&gt;</w:t>
        <w:br/>
        <w:t>Вічну поживу для них сам постачаю собі.&lt;br /&gt;</w:t>
        <w:br/>
        <w:t>Наче той лебідь, що з сил опавши при хвилях Каїстра,&lt;br /&gt;</w:t>
        <w:br/>
        <w:t>Кажуть, загибель свою тужно оспівує сам,&lt;br /&gt;</w:t>
        <w:br/>
        <w:t>Так от і я, кого кинули ген на берег сарматський,&lt;br /&gt;</w:t>
        <w:br/>
        <w:t>Дбаю, щоб похорон мій без голосіння не був.&lt;br /&gt;</w:t>
        <w:br/>
        <w:t>Хто насолоди б хотів, до грайливих віршів охочий, —&lt;br /&gt;</w:t>
        <w:br/>
        <w:t>Хай цього твору й до рук, щиро кажу, не бере.&lt;br /&gt;</w:t>
        <w:br/>
        <w:t>Більше б і Ґалл йому підійшов, і солодкий Проперцій,&lt;br /&gt;</w:t>
        <w:br/>
        <w:t>І, зрозуміло, Тібулл — ніжного хисту співець.&lt;br /&gt;</w:t>
        <w:br/>
        <w:t>От не бувати б ніколи мені в тому колі поетів!&lt;br /&gt;</w:t>
        <w:br/>
        <w:t>О, коли б Муза моя не полюбляла пустот!..&lt;br /&gt;</w:t>
        <w:br/>
        <w:t>Бога любові, що з сагайдаком, оспівав жартівливо —&lt;br /&gt;</w:t>
        <w:br/>
        <w:t>Й нині, де скіфський Істр, кару несу через те.&lt;br /&gt;</w:t>
        <w:br/>
        <w:t>Що залишалося? Друзів схилить, щоб ті вірші читали,&lt;br /&gt;</w:t>
        <w:br/>
        <w:t>Щоб, як читатимуть їх, не забували мене.&lt;br /&gt;</w:t>
        <w:br/>
        <w:t>Може, здивується хтось, чому так багато складаю&lt;br /&gt;</w:t>
        <w:br/>
        <w:t>Пройнятих болем пісень? Болю багато зазнав.&lt;br /&gt;</w:t>
        <w:br/>
        <w:t>Хист тут не входив у гру, ані поетичне мистецтво:&lt;br /&gt;</w:t>
        <w:br/>
        <w:t>Біди поживу дають, біди й відточують вірш.&lt;br /&gt;</w:t>
        <w:br/>
        <w:t>Та чи велика їх частка вмістилась у моїй пісні?&lt;br /&gt;</w:t>
        <w:br/>
        <w:t>Бідам рахунок вести — це ще не справжня біда!&lt;br /&gt;</w:t>
        <w:br/>
        <w:t>Скільки у лісі кущів, травинок — на Марсовім полі,&lt;br /&gt;</w:t>
        <w:br/>
        <w:t>Скільки дрібнесеньких є в жовтому ТГібрі піщин —&lt;br /&gt;</w:t>
        <w:br/>
        <w:t>Стільки нещасть я зазнав; од них — один лише засіб&lt;br /&gt;</w:t>
        <w:br/>
        <w:t>І відпочинок один — Музам сумлінно служить.&lt;br /&gt;</w:t>
        <w:br/>
        <w:t>А запитаєш: "Коли ж ти вгамуєш ті сльози, Назоне?" —&lt;br /&gt;</w:t>
        <w:br/>
        <w:t>Прийде вигнанню кінець — угомоняться жалі.&lt;br /&gt;</w:t>
        <w:br/>
        <w:t>Саме вигнання для них — немов джерело повноводе:&lt;br /&gt;</w:t>
        <w:br/>
        <w:t>Це моя доля, не я, мову скорботну веде.&lt;br /&gt;</w:t>
        <w:br/>
        <w:t>Рідний край і жону поверни мені — знов просвітлію,&lt;br /&gt;</w:t>
        <w:br/>
        <w:t>Радісним, як і колись, буде обличчя моє.&lt;br /&gt;</w:t>
        <w:br/>
        <w:t>Вляжеться гнів нездоланного Цезаря — тут же від мене&lt;br /&gt;</w:t>
        <w:br/>
        <w:t>Матимеш цілий пучок світлих, веселих пісень.&lt;br /&gt;</w:t>
        <w:br/>
        <w:t>Не жартуватиму, як жартував я, складаючи вірші, —&lt;br /&gt;</w:t>
        <w:br/>
        <w:t>Досить, що раз я собі пожартував на біду!&lt;br /&gt;</w:t>
        <w:br/>
        <w:t>Те, що вподобає Цезар, писатиму, — хай лиш дозволить,&lt;br /&gt;</w:t>
        <w:br/>
        <w:t>Кару зм'якшивши мені, гетів покинути край!&lt;br /&gt;</w:t>
        <w:br/>
        <w:t>Ну, а тим часом — тільки журба у пісні снується:&lt;br /&gt;</w:t>
        <w:br/>
        <w:t>У похоронний день — що, окрім флейти, звучить?..&lt;br /&gt;</w:t>
        <w:br/>
        <w:t>"Біди свої, — дорікнеш, — ти міг би й мовчки терпіти,&lt;br /&gt;</w:t>
        <w:br/>
        <w:t>Те, що спіткало тебе, міг би сховать од усіх".&lt;br /&gt;</w:t>
        <w:br/>
        <w:t>Хочеш, аби під час мук навіть стогоном не прохопитись?&lt;br /&gt;</w:t>
        <w:br/>
        <w:t>Хочеш, щоб рана важка не спричинила сльози?&lt;br /&gt;</w:t>
        <w:br/>
        <w:t>Сам Фаларід дозволив на зойки в Перілловій міді,&lt;br /&gt;</w:t>
        <w:br/>
        <w:t>Щоб через пащу бика болісний плач виривавсь.&lt;br /&gt;</w:t>
        <w:br/>
        <w:t>Не розгнівили й Ахілла Пріамові сльози — мені ж ти,&lt;br /&gt;</w:t>
        <w:br/>
        <w:t>Гірший од ворога, сліз не дозволяєш ронить.&lt;br /&gt;</w:t>
        <w:br/>
        <w:t>Діти Латони скарали самотністю горду Ніобу,&lt;br /&gt;</w:t>
        <w:br/>
        <w:t>Сльози їй лити, однак, заборонить не могли.&lt;br /&gt;</w:t>
        <w:br/>
        <w:t>Навіть найбільшу біду чимсь полегшує жалібне слово —&lt;br /&gt;</w:t>
        <w:br/>
        <w:t>І Алкіона тому, й Прокна тужитимуть вік.&lt;br /&gt;</w:t>
        <w:br/>
        <w:t>Так і Пеанта син у холодній лемноській печері&lt;br /&gt;</w:t>
        <w:br/>
        <w:t>Зойками вдень і вночі скелі німі турбував.&lt;br /&gt;</w:t>
        <w:br/>
        <w:t>Замкнутий біль, не маючи виходу, душить, клекоче —&lt;br /&gt;</w:t>
        <w:br/>
        <w:t>Силою змушений він множити сили свої.&lt;br /&gt;</w:t>
        <w:br/>
        <w:t>Тож чи вибачливий будь, чи ті вірші (якщо тобі шкодить&lt;br /&gt;</w:t>
        <w:br/>
        <w:t>Те, що мені помічне) зовсім, читачу, відкинь.&lt;br /&gt;</w:t>
        <w:br/>
        <w:t>Та чи шкідливі вони?.. Нікому ж іще не нашкодив&lt;br /&gt;</w:t>
        <w:br/>
        <w:t>Вірш мій, хіба що мені — укладачеві його!&lt;br /&gt;</w:t>
        <w:br/>
        <w:t>Скажеш: "Поганий той вірш". Хай так. Не мусиш читати!&lt;br /&gt;</w:t>
        <w:br/>
        <w:t>Розчарувався — до рук більше його не бери.&lt;br /&gt;</w:t>
        <w:br/>
        <w:t>Я не плекав його. Зрештою, глянь, де світ він побачив:&lt;br /&gt;</w:t>
        <w:br/>
        <w:t>Він не шорсткіший, повір, од батьківщини його.&lt;br /&gt;</w:t>
        <w:br/>
        <w:t>Рим хай мене із співцями своїми поряд не ставить,&lt;br /&gt;</w:t>
        <w:br/>
        <w:t>А між сарматів і я — талановитий співець.&lt;br /&gt;</w:t>
        <w:br/>
        <w:t>Таж ні до слави не рвусь, ані похвал не жадаю,&lt;br /&gt;</w:t>
        <w:br/>
        <w:t>Хоч не завадить хвала — тільки пришпорює хист.&lt;br /&gt;</w:t>
        <w:br/>
        <w:t>Ні! Я не хочу, щоб сохла душа в постійних турботах,&lt;br /&gt;</w:t>
        <w:br/>
        <w:t>Що облягають її, хоч їх од себе жену,&lt;br /&gt;</w:t>
        <w:br/>
        <w:t>Ось чому вірші пишу. А чому посилаю, спитаєш? —&lt;br /&gt;</w:t>
        <w:br/>
        <w:t>Щобхоча так я зумів перенестися до вас.</w:t>
      </w:r>
    </w:p>
    <w:p>
      <w:r>
        <w:br/>
        <w:t>2&lt;br /&gt;</w:t>
        <w:br/>
        <w:t>Все ще, отримавши з Понту листа, ти бліднеш? Усе ще&lt;br /&gt;</w:t>
        <w:br/>
        <w:t>Як розкриваєш його, пальці у тебе тремтять?&lt;br /&gt;</w:t>
        <w:br/>
        <w:t>Годі! Вже видужав я; моє тіло слабке, що й раніше&lt;br /&gt;</w:t>
        <w:br/>
        <w:t>До бідувань та трудів геть непридатним було,&lt;br /&gt;</w:t>
        <w:br/>
        <w:t>Не підвело мене: в праці щоденній загартувалось, —&lt;br /&gt;</w:t>
        <w:br/>
        <w:t>Чи то дозвілля на те, щоб слабувати, нема?&lt;br /&gt;</w:t>
        <w:br/>
        <w:t>Духом лише підупав, із часом він сил не набрався,&lt;br /&gt;</w:t>
        <w:br/>
        <w:t>Все ще діймає його в'їдлива, чорна журба.&lt;br /&gt;</w:t>
        <w:br/>
        <w:t>З часом, гадав я, з бігом років затягнуться рани, —&lt;br /&gt;</w:t>
        <w:br/>
        <w:t>Де там! Болять, наче б я — щойно поранений був.&lt;br /&gt;</w:t>
        <w:br/>
        <w:t>Видно, дрібницям лишень помічна цілителька-давність,&lt;br /&gt;</w:t>
        <w:br/>
        <w:t>Ну, а глибоку журбу тільки поглибить вона.&lt;br /&gt;</w:t>
        <w:br/>
        <w:t>Майже два п'ятиліття страждав Пеантід від отрути,&lt;br /&gt;</w:t>
        <w:br/>
        <w:t>Що із укусом змії в ногу йому увійшла.&lt;br /&gt;</w:t>
        <w:br/>
        <w:t>Телеф таки б захирів, якби нездоланна правиця —&lt;br /&gt;</w:t>
        <w:br/>
        <w:t>Та, що удар нанесла, не злікувала його.&lt;br /&gt;</w:t>
        <w:br/>
        <w:t>Так би й мені — таж я не злочинець — вигоїв рану&lt;br /&gt;</w:t>
        <w:br/>
        <w:t>Той, хто поранив мене, тільки б того захотів!&lt;br /&gt;</w:t>
        <w:br/>
        <w:t>Задовольнившися часткою бід моїх, із повноводдя&lt;br /&gt;</w:t>
        <w:br/>
        <w:t>Хай би хоч трохи води, долю якусь надібрав!&lt;br /&gt;</w:t>
        <w:br/>
        <w:t>Скільки б не надбирав — гіркоти залишиться море,&lt;br /&gt;</w:t>
        <w:br/>
        <w:t>Кари моєї криха — то наче ціла чиясь.&lt;br /&gt;</w:t>
        <w:br/>
        <w:t>Скільки на березі є черепашок, троянд — на городі,&lt;br /&gt;</w:t>
        <w:br/>
        <w:t>Скільки снодійний мак має зернин у собі,&lt;br /&gt;</w:t>
        <w:br/>
        <w:t>Скільки тварин живить ліс, у морі плаває риби,&lt;br /&gt;</w:t>
        <w:br/>
        <w:t>Скільки всіляких птахів б'є у повітрі крилом,&lt;br /&gt;</w:t>
        <w:br/>
        <w:t>Стільки гнітить мене лих. Вести їм нині рахунок —&lt;br /&gt;</w:t>
        <w:br/>
        <w:t>На ікарійській воді хвилям рахунок вести.&lt;br /&gt;</w:t>
        <w:br/>
        <w:t>Хай про пригоди на морі й на суходолах промовчу,&lt;br /&gt;</w:t>
        <w:br/>
        <w:t>І про оголений меч, що мені часто грозив, —&lt;br /&gt;</w:t>
        <w:br/>
        <w:t>Варварів край ув'язнив мене, світу межа, а довкола —&lt;br /&gt;</w:t>
        <w:br/>
        <w:t>Ворог, що в грізне кільце всю цю місцевість узяв.&lt;br /&gt;</w:t>
        <w:br/>
        <w:t>Місце змінили б мені, я ж не вбивця, якщо справедливо&lt;br /&gt;</w:t>
        <w:br/>
        <w:t>Щодо підданця свого ти б учинити хотів.&lt;br /&gt;</w:t>
        <w:br/>
        <w:t>Таж і звитяжний бог — нездоланного Риму опора —&lt;br /&gt;</w:t>
        <w:br/>
        <w:t>Часто на диво м'який був до своїх ворогів.&lt;br /&gt;</w:t>
        <w:br/>
        <w:t>Сумнів одкинь! Підійди, попроси — нема небезпеки:&lt;br /&gt;</w:t>
        <w:br/>
        <w:t>Ласкою Цезар не раз цілий наш світ дивував.&lt;br /&gt;</w:t>
        <w:br/>
        <w:t>Горе! Що тут робить?.. Мене покидають найближчі!..&lt;br /&gt;</w:t>
        <w:br/>
        <w:t>З шиї, ламаючи, й ти скинути хочеш ярмо?&lt;br /&gt;</w:t>
        <w:br/>
        <w:t>Вдатись куди? Розради в бідах у кого просити?&lt;br /&gt;</w:t>
        <w:br/>
        <w:t>Жоден якір мого вже не тримає судна!&lt;br /&gt;</w:t>
        <w:br/>
        <w:t>Що ж? Хоч ненависний богові, до вівтаря припаду я:&lt;br /&gt;</w:t>
        <w:br/>
        <w:t>Рук, що його обняли, не відкидає вівтар.&lt;br /&gt;</w:t>
        <w:br/>
        <w:t>Ось я, далекий, — далеких богів молю, якщо можна&lt;br /&gt;</w:t>
        <w:br/>
        <w:t>Мову людині земній з богом верховним вести.&lt;br /&gt;</w:t>
        <w:br/>
        <w:t>Владарю Риму! Про тебе піклуючись, дбають безсмертні&lt;br /&gt;</w:t>
        <w:br/>
        <w:t>Й про Авзонійський край, і про суспільне добро!&lt;br /&gt;</w:t>
        <w:br/>
        <w:t>Славо, подобо вітчизни, що з ласки твоєї квітує,&lt;br /&gt;</w:t>
        <w:br/>
        <w:t>Мужу, не менший, ніж світ, що під законом твоїм!&lt;br /&gt;</w:t>
        <w:br/>
        <w:t>Довго живи серед нас, хоч ефір тебе й виглядає,&lt;br /&gt;</w:t>
        <w:br/>
        <w:t>Не поспішай до зірок, суджених небом тобі!&lt;br /&gt;</w:t>
        <w:br/>
        <w:t>Від блискавиці своєї, молю, відніми хоча б крихту —&lt;br /&gt;</w:t>
        <w:br/>
        <w:t>Й залишку досить, аби повною кара була!&lt;br /&gt;</w:t>
        <w:br/>
        <w:t>Гнів твій помірний був: мені життя дарував ти&lt;br /&gt;</w:t>
        <w:br/>
        <w:t>І громадянські права, імені — не відібрав.&lt;br /&gt;</w:t>
        <w:br/>
        <w:t>Іншим майна мого не передав, та й словом "вигнанець"&lt;br /&gt;</w:t>
        <w:br/>
        <w:t>Ти в постанові своїй не називаєш мене.&lt;br /&gt;</w:t>
        <w:br/>
        <w:t>Всіх тих кар я боявсь, бо чув вину за собою,&lt;br /&gt;</w:t>
        <w:br/>
        <w:t>Та од тієї вини справді був легший твій гнів.&lt;br /&gt;</w:t>
        <w:br/>
        <w:t>Ти мене вислав, аби понтійське поле я бачив,&lt;br /&gt;</w:t>
        <w:br/>
        <w:t>Щоб корабель-утікач скіфську глибінь борознив.&lt;br /&gt;</w:t>
        <w:br/>
        <w:t>От і прибув я на непривітний берег Евксинський —&lt;br /&gt;</w:t>
        <w:br/>
        <w:t>Край, де сузір'я чужі холодно в небі мигтять.&lt;br /&gt;</w:t>
        <w:br/>
        <w:t>Та не так небо оте мене мучить холодом вічним&lt;br /&gt;</w:t>
        <w:br/>
        <w:t>І не земля, що на ній завжди сивіє мороз,&lt;br /&gt;</w:t>
        <w:br/>
        <w:t>Навіть не те, що мови латинської варвар не тямить,&lt;br /&gt;</w:t>
        <w:br/>
        <w:t>Що замість грецьких слів ґетські частіше звучать, —&lt;br /&gt;</w:t>
        <w:br/>
        <w:t>Як те оточення — збройного ворога близькість постійна:&lt;br /&gt;</w:t>
        <w:br/>
        <w:t>Навіть за муру кільцем острах бере перед ним.&lt;br /&gt;</w:t>
        <w:br/>
        <w:t>Часом — начебто й мир, та надійним він не буває:&lt;br /&gt;</w:t>
        <w:br/>
        <w:t>То відбиваємось ми, то ще набігу ждемо.&lt;br /&gt;</w:t>
        <w:br/>
        <w:t>В інше б місце мені! А там хоч Занклейська Харибда,&lt;br /&gt;</w:t>
        <w:br/>
        <w:t>Хай, підхопивши, мене кине в стігійську глибінь!&lt;br /&gt;</w:t>
        <w:br/>
        <w:t>Хай би в Етни рвачкому пломінні згоряв я терпляче,&lt;br /&gt;</w:t>
        <w:br/>
        <w:t>Хай хоч у море жбурне світлий Левкадії бог.&lt;br /&gt;</w:t>
        <w:br/>
        <w:t>Кари — не ласки прошу: від нещастя свого не тікаю,&lt;br /&gt;</w:t>
        <w:br/>
        <w:t>Лиш до нещастя того трохи безпеки додай!</w:t>
      </w:r>
    </w:p>
    <w:p>
      <w:r>
        <w:br/>
        <w:t>3&lt;br /&gt;</w:t>
        <w:br/>
        <w:t>Нині — той день (чи я помиляюсь?), коли тебе, Вакху,&lt;br /&gt;</w:t>
        <w:br/>
        <w:t>Звикли вславляти співці, саме той радісний день:&lt;br /&gt;</w:t>
        <w:br/>
        <w:t>Скроні духмяним вінком увінчавши, висушують келих&lt;br /&gt;</w:t>
        <w:br/>
        <w:t>І за вином тебе всяк, Вакху, вславляє вином.&lt;br /&gt;</w:t>
        <w:br/>
        <w:t>Тямлю, між ними і я, поки доля на те дозволяла,&lt;br /&gt;</w:t>
        <w:br/>
        <w:t>Гостем, жаданим тобі, часто той день святкував.&lt;br /&gt;</w:t>
        <w:br/>
        <w:t>Я, хто тепер під холодним ерімантійським сузір'ям,&lt;br /&gt;</w:t>
        <w:br/>
        <w:t>Де побіч гетських племен плем'я сарматів живе.&lt;br /&gt;</w:t>
        <w:br/>
        <w:t>Я, хто дозвіллям м'яким, важкої не знаючи праці,&lt;br /&gt;</w:t>
        <w:br/>
        <w:t>В колі сестриць Пієрид милому ділу служив,&lt;br /&gt;</w:t>
        <w:br/>
        <w:t>Нині — на чужині, серед брязкоту гетської зброї,&lt;br /&gt;</w:t>
        <w:br/>
        <w:t>Після виснажних пригод на суходолі й морях.&lt;br /&gt;</w:t>
        <w:br/>
        <w:t>Чи мене випадок занапастив, чи гнів усевишніх,&lt;br /&gt;</w:t>
        <w:br/>
        <w:t>Чи, коли я народивсь, Парка хмурною була,&lt;br /&gt;</w:t>
        <w:br/>
        <w:t>Все ж одного із твоїх шанувальників порятувати&lt;br /&gt;</w:t>
        <w:br/>
        <w:t>Силою духу свого личило б, Вакху, тобі.&lt;br /&gt;</w:t>
        <w:br/>
        <w:t>Чи, може, вирок сестер, котрі над долею владні,&lt;br /&gt;</w:t>
        <w:br/>
        <w:t>Вже над могутність богів — не відмінити його?&lt;br /&gt;</w:t>
        <w:br/>
        <w:t>Сам до ефірних висот піднесений ти за заслуги,&lt;br /&gt;</w:t>
        <w:br/>
        <w:t>Та чималого труда коштував шлях цей тобі.&lt;br /&gt;</w:t>
        <w:br/>
        <w:t>Не у вітчизні ти жив — до Стрімону сніжного вийшов,&lt;br /&gt;</w:t>
        <w:br/>
        <w:t>До марсолюбних племен — лучників-гетів — дійшов.&lt;br /&gt;</w:t>
        <w:br/>
        <w:t>В Персії ти побував, пройшов через широкоплинний&lt;br /&gt;</w:t>
        <w:br/>
        <w:t>Ґанґ — до потоків, що з них воду п'є Індії люд.&lt;br /&gt;</w:t>
        <w:br/>
        <w:t>Це тобі двічі, двічі рожденному, пророкували&lt;br /&gt;</w:t>
        <w:br/>
        <w:t>Парки, що нитку життя кожній людині снують.&lt;br /&gt;</w:t>
        <w:br/>
        <w:t>Так і мене, якщо можна себе до богів прирівняти,&lt;br /&gt;</w:t>
        <w:br/>
        <w:t>Жереб нестерпно важкий, наче залізний, гнітить.&lt;br /&gt;</w:t>
        <w:br/>
        <w:t>От і упав я не легше від того, кого із фіванських&lt;br /&gt;</w:t>
        <w:br/>
        <w:t>Мурів за похвальбу скинув Юпітер вогнем.&lt;br /&gt;</w:t>
        <w:br/>
        <w:t>Ти ж, коли вчув про співця, що зазнав громового удару,&lt;br /&gt;</w:t>
        <w:br/>
        <w:t>Матір згадавши свою, міг би його пожаліть.&lt;br /&gt;</w:t>
        <w:br/>
        <w:t>Мовити б міг, озирнувши свій храм, святиню поетів:&lt;br /&gt;</w:t>
        <w:br/>
        <w:t>"Щось одного серед вас я не знаходжу жерця".&lt;br /&gt;</w:t>
        <w:br/>
        <w:t>Лібере добрий, врятуй! Хай відчують лозу виноградну&lt;br /&gt;</w:t>
        <w:br/>
        <w:t>В'язи, хай соком п'янким повниться гроно важке,&lt;br /&gt;</w:t>
        <w:br/>
        <w:t>Хай не стихає тимпан і з вакханками вслід за тобою&lt;br /&gt;</w:t>
        <w:br/>
        <w:t>Хай розвеселено йде жвава сатирів юрба.&lt;br /&gt;</w:t>
        <w:br/>
        <w:t>Хай нелегкою буде земля для останків Лікурга,&lt;br /&gt;</w:t>
        <w:br/>
        <w:t>Хай і Пентеєва тінь кару й за гробом несе.&lt;br /&gt;</w:t>
        <w:br/>
        <w:t>В небі дружини твоєї вінок у віках нехай сяє,&lt;br /&gt;</w:t>
        <w:br/>
        <w:t>Хай всі сузір'я довкіл бліднуть у сяйві його.&lt;br /&gt;</w:t>
        <w:br/>
        <w:t>Злинь же з висот і бідам моїм зарадь, незрівнянний,&lt;br /&gt;</w:t>
        <w:br/>
        <w:t>Я ж — із твоїх, пам'ятай, щонайсердечніших слуг!&lt;br /&gt;</w:t>
        <w:br/>
        <w:t>Таж і боги між собою спілкуються. Спробуй схилити,&lt;br /&gt;</w:t>
        <w:br/>
        <w:t>Вакху, своїм божеством наше, земне, божество.&lt;br /&gt;</w:t>
        <w:br/>
        <w:t>Й ви, з ким заняття здружили мене, товариство поетів,&lt;br /&gt;</w:t>
        <w:br/>
        <w:t>Ласки для мене просіть, за благородним вином.&lt;br /&gt;</w:t>
        <w:br/>
        <w:t>Хай хоч один серед вас, Назонове ймення згадавши,&lt;br /&gt;</w:t>
        <w:br/>
        <w:t>Сльози змішає з вином, кухоль поставить на стіл,&lt;br /&gt;</w:t>
        <w:br/>
        <w:t>А спом'янувши мене, озирнеться з подивом: "Де це&lt;br /&gt;</w:t>
        <w:br/>
        <w:t>Той, без кого наш гурт нині неповний, — Назон?"&lt;br /&gt;</w:t>
        <w:br/>
        <w:t>Так і зробіть, якщо шани я в вас заслужив добротою,&lt;br /&gt;</w:t>
        <w:br/>
        <w:t>Не заподіявши зла жодному з ваших рядків,&lt;br /&gt;</w:t>
        <w:br/>
        <w:t>Врешті, якщо, поважаючи давніх, я нижче не ставлю&lt;br /&gt;</w:t>
        <w:br/>
        <w:t>Й тих, які пишуть тепер, — наших сучасних співців.&lt;br /&gt;</w:t>
        <w:br/>
        <w:t>Хай Аполлон вам у пісні сприяє і, якщо можна,&lt;br /&gt;</w:t>
        <w:br/>
        <w:t>Ймення моє, хоч воно, посеред вас хай живе!</w:t>
      </w:r>
    </w:p>
    <w:p>
      <w:r>
        <w:br/>
        <w:t>4&lt;br /&gt;</w:t>
        <w:br/>
        <w:t>Я — Назоновий лист. Я прибув з побережжя Евксину.&lt;br /&gt;</w:t>
        <w:br/>
        <w:t>Важко було мені йти, важко й морями пливти.&lt;br /&gt;</w:t>
        <w:br/>
        <w:t>Плачучи, мовив Назон: 'Ти Рим побачиш... Наскільки&lt;br /&gt;</w:t>
        <w:br/>
        <w:t>Долю щасливішу ти маєш, ніж доля моя!.."&lt;br /&gt;</w:t>
        <w:br/>
        <w:t>Плачучи, він писав, а перстень, що ним запечатав,&lt;br /&gt;</w:t>
        <w:br/>
        <w:t>Спершу він у сльозах до своїх щік притуляв.&lt;br /&gt;</w:t>
        <w:br/>
        <w:t>Хто б запитав про причину журби, той міг би просити,&lt;br /&gt;</w:t>
        <w:br/>
        <w:t>Щоб показали йому сонце у сонячний день.&lt;br /&gt;</w:t>
        <w:br/>
        <w:t>Той — ні листя в лісах, ні трав на м'яких не помітить&lt;br /&gt;</w:t>
        <w:br/>
        <w:t>Луках, ані у ріці, навіть у повінь, — води.&lt;br /&gt;</w:t>
        <w:br/>
        <w:t>Той запитає, чому це Пріам за Гектором плаче,&lt;br /&gt;</w:t>
        <w:br/>
        <w:t>А чому — Філоктет, вражений зубом змії.&lt;br /&gt;</w:t>
        <w:br/>
        <w:t>О, якби з ласки богів не мусив Назон над своєю&lt;br /&gt;</w:t>
        <w:br/>
        <w:t>Долею плакать!.. Якби перемінилась вона!..&lt;br /&gt;</w:t>
        <w:br/>
        <w:t>Ну, а тим часом терпляче труднощі він переносить,&lt;br /&gt;</w:t>
        <w:br/>
        <w:t>Не відкидає вузди, мов необ'їжджений кінь:&lt;br /&gt;</w:t>
        <w:br/>
        <w:t>Має надію, що гнів божества не триватиме вічно, —&lt;br /&gt;</w:t>
        <w:br/>
        <w:t>Бо не злочинцем себе — винним Назон визнає.&lt;br /&gt;</w:t>
        <w:br/>
        <w:t>Часто ласкавості бога дивується; каже й себе він&lt;br /&gt;</w:t>
        <w:br/>
        <w:t>Зарахувати до тих, хто його ласку пізнав:&lt;br /&gt;</w:t>
        <w:br/>
        <w:t>Батьківський статок зберіг, залишив громадянином,&lt;br /&gt;</w:t>
        <w:br/>
        <w:t>Та й що живе дотепер — Бога ласкавого дар.&lt;br /&gt;</w:t>
        <w:br/>
        <w:t>І, якщо віриш хоч трохи мені, він завжди у серці&lt;br /&gt;</w:t>
        <w:br/>
        <w:t>Носить, леліє тебе — першого друга свого.&lt;br /&gt;</w:t>
        <w:br/>
        <w:t>Він Евріалом своїм, він Егідом тебе називає,&lt;br /&gt;</w:t>
        <w:br/>
        <w:t>Й Менетіадом, і тим, хто йшов з Орестом у світ.&lt;br /&gt;</w:t>
        <w:br/>
        <w:t>Він за вітчизною і за усім, що втратив із нею,&lt;br /&gt;</w:t>
        <w:br/>
        <w:t>Скільки б утрат не було, не побивається так,&lt;br /&gt;</w:t>
        <w:br/>
        <w:t>Як за лицем твоїм, поглядом, навіть од меду солодшим,&lt;br /&gt;</w:t>
        <w:br/>
        <w:t>Меду, що в сота кладе пильна аттічна бджола.&lt;br /&gt;</w:t>
        <w:br/>
        <w:t>Часто ті дні він пригадує; жаль йому, що забарилась&lt;br /&gt;</w:t>
        <w:br/>
        <w:t>Смерть: не прийшла перед тим, як наставали ті дні.&lt;br /&gt;</w:t>
        <w:br/>
        <w:t>Врозтіч кинулись всі, мов од мору якого, — боялись&lt;br /&gt;</w:t>
        <w:br/>
        <w:t>І на пороги ступить, де впав удар громовий.&lt;br /&gt;</w:t>
        <w:br/>
        <w:t>Ти серед небагатьох був із ним, якщо можна назвати&lt;br /&gt;</w:t>
        <w:br/>
        <w:t>Небагатьма усього двоє чи троє людей.&lt;br /&gt;</w:t>
        <w:br/>
        <w:t>Він, хоча вражений був, не втратив тями — завважив,&lt;br /&gt;</w:t>
        <w:br/>
        <w:t>Що його біль водночас болем зробився твоїм.&lt;br /&gt;</w:t>
        <w:br/>
        <w:t>Він пам'ятає слова твої, погляд, зітхання глибокі,&lt;br /&gt;</w:t>
        <w:br/>
        <w:t>Сльози твої ще й тепер чує на грудях своїх:&lt;br /&gt;</w:t>
        <w:br/>
        <w:t>Так ти йому — й собі допоміг, бо потребу в розраді&lt;br /&gt;</w:t>
        <w:br/>
        <w:t>Не лише він у той час — ти, його друг, відчував.&lt;br /&gt;</w:t>
        <w:br/>
        <w:t>За добродійство тобі він любов обіцяє і вірність —&lt;br /&gt;</w:t>
        <w:br/>
        <w:t>Чи буде сонце над ним, чи його вкриє земля.&lt;br /&gt;</w:t>
        <w:br/>
        <w:t>Звик він життям відтоді й своїм, і твоїм присягатись,&lt;br /&gt;</w:t>
        <w:br/>
        <w:t>Бо своє власне життя, знаю, б оддав за твоє.&lt;br /&gt;</w:t>
        <w:br/>
        <w:t>Повною мірою він віддячить за все й не дозволить,&lt;br /&gt;</w:t>
        <w:br/>
        <w:t>Щоб замість поля тобі берег орали бики.&lt;br /&gt;</w:t>
        <w:br/>
        <w:t>Лиш про вигнанця дбай ненастанно! Він не попросить,&lt;br /&gt;</w:t>
        <w:br/>
        <w:t>Добре-бо знає тебе, — сам я від себе прошу.</w:t>
      </w:r>
    </w:p>
    <w:p>
      <w:r>
        <w:br/>
        <w:t>5&lt;br /&gt;</w:t>
        <w:br/>
        <w:t>Рік довершився, і день уродин господині моєї&lt;br /&gt;</w:t>
        <w:br/>
        <w:t>Почестей жде — приступіть, руки, до чистих дарів!&lt;br /&gt;</w:t>
        <w:br/>
        <w:t>Може, й Лаерта син зустрічав так само святкову&lt;br /&gt;</w:t>
        <w:br/>
        <w:t>Днину своєї жони — десь на краєчку землі.&lt;br /&gt;</w:t>
        <w:br/>
        <w:t>Біди забувши, добрі слова язик мій хай мовить,&lt;br /&gt;</w:t>
        <w:br/>
        <w:t>Та чи ті добрі слова мовити не відучивсь?..&lt;br /&gt;</w:t>
        <w:br/>
        <w:t>Білий одяг візьму — його раз на рік одягаю,&lt;br /&gt;</w:t>
        <w:br/>
        <w:t>Хоч несумісні вони: світлість — і доля моя.&lt;br /&gt;</w:t>
        <w:br/>
        <w:t>Скромний із дерну вівтар, задимівши, хай зеленіє,&lt;br /&gt;</w:t>
        <w:br/>
        <w:t>Хай вколо нього вінки цвітом тутешнім ряхтять.&lt;br /&gt;</w:t>
        <w:br/>
        <w:t>Ладану, хлопче, подай, вогонь хай вище злітає,&lt;br /&gt;</w:t>
        <w:br/>
        <w:t>Хай на жертовнім огні добре вино зашипить.&lt;br /&gt;</w:t>
        <w:br/>
        <w:t>Празнику світлий! Хоч я од своєї жони так далеко,&lt;br /&gt;</w:t>
        <w:br/>
        <w:t>Хоч моя днина хмурна, все ж завітай аж сюди!&lt;br /&gt;</w:t>
        <w:br/>
        <w:t>Як господині моїй судилася болісна рана —&lt;br /&gt;</w:t>
        <w:br/>
        <w:t>Хай замість неї вже я тут до кінця натерплюсь!&lt;br /&gt;</w:t>
        <w:br/>
        <w:t>Хай корабель, що так уже ним побавилось море,&lt;br /&gt;</w:t>
        <w:br/>
        <w:t>Шлях, що лишилось пройти, пройде по тихій воді.&lt;br /&gt;</w:t>
        <w:br/>
        <w:t>Домові хай порадіє вона, дочці та вітчизні —&lt;br /&gt;</w:t>
        <w:br/>
        <w:t>Досить, що в мене навік забрано радощі ті.&lt;br /&gt;</w:t>
        <w:br/>
        <w:t>Тож, коли з мужем улюбленим щастя вона не зазнала,&lt;br /&gt;</w:t>
        <w:br/>
        <w:t>Хмари важкі хоч тепер хай не псують їй життя!&lt;br /&gt;</w:t>
        <w:br/>
        <w:t>Мужа хай любить, живе, дарма що од нього далека,&lt;br /&gt;</w:t>
        <w:br/>
        <w:t>Хай їй по рокові рік довгі спливають літа.&lt;br /&gt;</w:t>
        <w:br/>
        <w:t>Ще ж і своїх додав би я літ, якби не боявся,&lt;br /&gt;</w:t>
        <w:br/>
        <w:t>Що разом з ними й жоні темної барви вділю.&lt;br /&gt;</w:t>
        <w:br/>
        <w:t>Що є стійким у житті? І хто б міг подумать, що нині&lt;br /&gt;</w:t>
        <w:br/>
        <w:t>Я уродини жони буду між ґетів стрічать?..&lt;br /&gt;</w:t>
        <w:br/>
        <w:t>Та подивися: од ладану дим під вітром потягся&lt;br /&gt;</w:t>
        <w:br/>
        <w:t>Вправо... Відносить його до італійських земель.&lt;br /&gt;</w:t>
        <w:br/>
        <w:t>Видно, й хмаринці, що від вогню, чуття притаманне:&lt;br /&gt;</w:t>
        <w:br/>
        <w:t>Не випадково з твоїх, Понте, тікає країв.&lt;br /&gt;</w:t>
        <w:br/>
        <w:t>Не випадково — й тоді, коли жертву складають прилюдно&lt;br /&gt;</w:t>
        <w:br/>
        <w:t>Двом, які вклали себе ж у поєдинку, братам, —&lt;br /&gt;</w:t>
        <w:br/>
        <w:t>Дим, мовби з їхньої волі, ворожий собі, зачорнівши,&lt;br /&gt;</w:t>
        <w:br/>
        <w:t>Цівками в'ється двома над язиками вогню.&lt;br /&gt;</w:t>
        <w:br/>
        <w:t>Сам я не вірив у те, пам'ятаю, і, Баттів нащадок,&lt;br /&gt;</w:t>
        <w:br/>
        <w:t>Так я про нього судив, свідком оманливим був.&lt;br /&gt;</w:t>
        <w:br/>
        <w:t>Нині — усьому я вірю: від Аркта, диме кмітливий,&lt;br /&gt;</w:t>
        <w:br/>
        <w:t>Ти відвернувсь — у той бік, де батьківщина, струмиш.&lt;br /&gt;</w:t>
        <w:br/>
        <w:t>Днино ясна! Коли б у свій час ти нам не заблисла,&lt;br /&gt;</w:t>
        <w:br/>
        <w:t>Я у скорботі своїй жодного свята б не знав!&lt;br /&gt;</w:t>
        <w:br/>
        <w:t>А народилась чеснота в той день, героїнь усіх гідна, —&lt;br /&gt;</w:t>
        <w:br/>
        <w:t>Та, що Ікарій отцем був їй чи Еетіон.&lt;br /&gt;</w:t>
        <w:br/>
        <w:t>Разом і цнота прийшла на світ, і щирість, і вірність,&lt;br /&gt;</w:t>
        <w:br/>
        <w:t>От лишень радість, на жаль, не народилась тоді!&lt;br /&gt;</w:t>
        <w:br/>
        <w:t>Праця зате і журба й нерівна з чеснотами доля,&lt;br /&gt;</w:t>
        <w:br/>
        <w:t>Й слушні на ложе своє, де їй самотньо, жалі.&lt;br /&gt;</w:t>
        <w:br/>
        <w:t>Втім, у нещастях гартована цнота з них і черпає&lt;br /&gt;</w:t>
        <w:br/>
        <w:t>Щедру для себе хвалу — має поживу з біди.&lt;br /&gt;</w:t>
        <w:br/>
        <w:t>Не настраждався б Улісс — у щасті б жила Пенелопа,&lt;br /&gt;</w:t>
        <w:br/>
        <w:t>В світі б, одначе, ніхто про Пенелопу не знав.&lt;br /&gt;</w:t>
        <w:br/>
        <w:t>А коли б муж в Ехіонове місто ввійшов переможно,&lt;br /&gt;</w:t>
        <w:br/>
        <w:t>То про Евадну, жону, ледве чи Аргос би чув.&lt;br /&gt;</w:t>
        <w:br/>
        <w:t>Зважмо: чому лиш одну з-поміж дочок Пелія славлять?&lt;br /&gt;</w:t>
        <w:br/>
        <w:t>Бо опинився в біді тільки її чоловік.&lt;br /&gt;</w:t>
        <w:br/>
        <w:t>А якби першим хтось інший ступив на пісок Іліону,&lt;br /&gt;</w:t>
        <w:br/>
        <w:t>Про Лаодамію хто б чи говорив, чи писав?..&lt;br /&gt;</w:t>
        <w:br/>
        <w:t>Так і твоя (якби ж то!) нікому не знана лишилась&lt;br /&gt;</w:t>
        <w:br/>
        <w:t>Вірність, коли б ходові гнали мій човен вітри!&lt;br /&gt;</w:t>
        <w:br/>
        <w:t>О всеблаженні! О ти, що між ними, Цезарю, сядеш, —&lt;br /&gt;</w:t>
        <w:br/>
        <w:t>Лиш як перейдеш колись ген поза Нестора вік, —&lt;br /&gt;</w:t>
        <w:br/>
        <w:t>Я не за себе прошу: заслужив, зізнаюся, на кару, —&lt;br /&gt;</w:t>
        <w:br/>
        <w:t>Згляньтесь над нею: вона — не заслужила її!</w:t>
      </w:r>
    </w:p>
    <w:p>
      <w:r>
        <w:br/>
        <w:t>6&lt;br /&gt;</w:t>
        <w:br/>
        <w:t>Ти, хто для мене опорою був в усіх моїх справах,&lt;br /&gt;</w:t>
        <w:br/>
        <w:t>Ти, хто притулком мені, гаванню тихою був,&lt;br /&gt;</w:t>
        <w:br/>
        <w:t>Ти, навіть ти відступив, полишив турботу про друга,-&lt;br /&gt;</w:t>
        <w:br/>
        <w:t>Так вже намуляв плече братолюбивий тягар?&lt;br /&gt;</w:t>
        <w:br/>
        <w:t>Що ж, я дійсно тягар. Та навіщо брався за нього —&lt;br /&gt;</w:t>
        <w:br/>
        <w:t>Щоб у хвилину важку так от відкинуть його?..&lt;br /&gt;</w:t>
        <w:br/>
        <w:t>Посеред буряних хвиль покидаєш судно, Палінуре?&lt;br /&gt;</w:t>
        <w:br/>
        <w:t>Ні! Хай і вірність твоя хистові пару складе!&lt;br /&gt;</w:t>
        <w:br/>
        <w:t>Чи під час бою, згадай, Ахіллових коней погонич,&lt;br /&gt;</w:t>
        <w:br/>
        <w:t>Автомедон, затремтів, випустив віжки із рук?&lt;br /&gt;</w:t>
        <w:br/>
        <w:t>Чи Подалірій хоч раз, узявшись за лікування,&lt;br /&gt;</w:t>
        <w:br/>
        <w:t>Хворому не допоміг, про обіцянку забув?&lt;br /&gt;</w:t>
        <w:br/>
        <w:t>Краще б уже не пустив, аніж вигнав гостя із хати;&lt;br /&gt;</w:t>
        <w:br/>
        <w:t>Хай не схитнеться вівтар — той, що мене прихистив.&lt;br /&gt;</w:t>
        <w:br/>
        <w:t>Ти мене взявся був оберігати, тому-то й сьогодні&lt;br /&gt;</w:t>
        <w:br/>
        <w:t>Не полишай у біді — хоч яку-небудь подай&lt;br /&gt;</w:t>
        <w:br/>
        <w:t>Раду, якщо я ще й іншої не допустився провини&lt;br /&gt;</w:t>
        <w:br/>
        <w:t>Й чимось довір'я твого раптом я не обманув.&lt;br /&gt;</w:t>
        <w:br/>
        <w:t>Хай із цих уст, що насилу скіфське повітря вдихають,&lt;br /&gt;</w:t>
        <w:br/>
        <w:t>Віддих останній злетить (не пошкодую за ним!),&lt;br /&gt;</w:t>
        <w:br/>
        <w:t>Перше, ніж вчинком лихим твоє серце змушу стискатись,&lt;br /&gt;</w:t>
        <w:br/>
        <w:t>Ніж із своєї вини стану немилим тобі.&lt;br /&gt;</w:t>
        <w:br/>
        <w:t>Доля мене не настільки гнітить, щоб через тривалі&lt;br /&gt;</w:t>
        <w:br/>
        <w:t>Біди я в тій далині, врешті, позбувся ума.&lt;br /&gt;</w:t>
        <w:br/>
        <w:t>Та уяви, що позбувсь: то скільки, погодься, Пілада&lt;br /&gt;</w:t>
        <w:br/>
        <w:t>Вразити словом гірким міг Агамемнона син?&lt;br /&gt;</w:t>
        <w:br/>
        <w:t>Міг, імовірно, вдарить його, та хіба відступився&lt;br /&gt;</w:t>
        <w:br/>
        <w:t>Вірний Пілад через те, друга покинув в біді?..&lt;br /&gt;</w:t>
        <w:br/>
        <w:t>Є щось одне у щасливих із нещасливими спільне:&lt;br /&gt;</w:t>
        <w:br/>
        <w:t>Кожен і тим, як і цим чимсь догодити спішить.&lt;br /&gt;</w:t>
        <w:br/>
        <w:t>Так і сліпцеві, й тому, в кого пурпуром тога обшита,&lt;br /&gt;</w:t>
        <w:br/>
        <w:t>Влада у кого в руках, першими йти даємо.&lt;br /&gt;</w:t>
        <w:br/>
        <w:t>Не співчуваєш мені — мусиш долі моїй співчувати:&lt;br /&gt;</w:t>
        <w:br/>
        <w:t>Бо свого гніву ніхто б не помістив уже в ній.&lt;br /&gt;</w:t>
        <w:br/>
        <w:t>З бід моїх крихту візьми найіфихітнішу — й чим дорікаєш,&lt;br /&gt;</w:t>
        <w:br/>
        <w:t>Те буде менше в стократ, ніж ота крихта страждань.&lt;br /&gt;</w:t>
        <w:br/>
        <w:t>Скільки з ровів заболочених очеретин проростає,&lt;br /&gt;</w:t>
        <w:br/>
        <w:t>Скільки на Гіблі квіток, скільки кружляє там бджіл,&lt;br /&gt;</w:t>
        <w:br/>
        <w:t>Скільки зернин відусіль у комори підземні стягають&lt;br /&gt;</w:t>
        <w:br/>
        <w:t>Через вузенькі ходи юрми мурашок дрібних, —&lt;br /&gt;</w:t>
        <w:br/>
        <w:t>Стільки мене облягає нещасть — їм ліку немає,&lt;br /&gt;</w:t>
        <w:br/>
        <w:t>Скільки б не нарікав — часточку тільки назву.&lt;br /&gt;</w:t>
        <w:br/>
        <w:t>Скажеш: "їх мало",— пісок сип на берег, колоссям збагачуй&lt;br /&gt;</w:t>
        <w:br/>
        <w:t>Лан і відро по ведрі воду до моря носи.&lt;br /&gt;</w:t>
        <w:br/>
        <w:t>Годі гнівитися! Таж не пора тепер на образи!&lt;br /&gt;</w:t>
        <w:br/>
        <w:t>Не покидай серед хвиль, їм на поталу, човна!</w:t>
      </w:r>
    </w:p>
    <w:p>
      <w:r>
        <w:br/>
        <w:t>7&lt;br /&gt;</w:t>
        <w:br/>
        <w:t>Лист, що читаєш його, прибрів з далекого краю,&lt;br /&gt;</w:t>
        <w:br/>
        <w:t>Де, розливаючись, Істр воду до моря жене.&lt;br /&gt;</w:t>
        <w:br/>
        <w:t>Знай, якщо тобі мило живеться й здоров'я слугує,&lt;br /&gt;</w:t>
        <w:br/>
        <w:t>То і в моєму житті часточка радості є.&lt;br /&gt;</w:t>
        <w:br/>
        <w:t>А запитаєш, мій дорогий, як годиться, про мене,&lt;br /&gt;</w:t>
        <w:br/>
        <w:t>То, хоч мовчатиму я, знатимеш сам, як живу.&lt;br /&gt;</w:t>
        <w:br/>
        <w:t>Я нещасливий — ось як нещастя свої підсумую.&lt;br /&gt;</w:t>
        <w:br/>
        <w:t>Кожен зазнає того ж, Цезаря хто прогнівив.&lt;br /&gt;</w:t>
        <w:br/>
        <w:t>Хочеш дізнатися про племена в томітанському краї,&lt;br /&gt;</w:t>
        <w:br/>
        <w:t>Хочеш про звичаї знать, серед яких я живу?&lt;br /&gt;</w:t>
        <w:br/>
        <w:t>Хоч перемішані тут з місцевими гетами греки —&lt;br /&gt;</w:t>
        <w:br/>
        <w:t>У непокорі своїй все ж відрізняється ґет.&lt;br /&gt;</w:t>
        <w:br/>
        <w:t>Люду сарматського й ґетського тут чимало довкола —&lt;br /&gt;</w:t>
        <w:br/>
        <w:t>Полем, на конях усі, скачуть туди і сюди.&lt;br /&gt;</w:t>
        <w:br/>
        <w:t>Кожен — із сагайдаком; і лук, і стріли при ньому,&lt;br /&gt;</w:t>
        <w:br/>
        <w:t>Вістрям в отруту змії вмочена вбивча стріла.&lt;br /&gt;</w:t>
        <w:br/>
        <w:t>Голосом, поглядом жах навівають: Марси правдиві —&lt;br /&gt;</w:t>
        <w:br/>
        <w:t>Ані волосся вони, ні бороди не стрижуть.&lt;br /&gt;</w:t>
        <w:br/>
        <w:t>Варвар ножем не лінується вдарити — ніж наготові&lt;br /&gt;</w:t>
        <w:br/>
        <w:t>В нього при боці висить, варто рукою сягнуть.&lt;br /&gt;</w:t>
        <w:br/>
        <w:t>Ось серед кого живе оспівувач любощів ніжних!&lt;br /&gt;</w:t>
        <w:br/>
        <w:t>Ось, що він, друже, тепер бачить і чує довкіл!&lt;br /&gt;</w:t>
        <w:br/>
        <w:t>Що ж, хай живе тут, але — нехай тут не помирає,&lt;br /&gt;</w:t>
        <w:br/>
        <w:t>Тінню щоб він не блукав у тих понурих місцях!&lt;br /&gt;</w:t>
        <w:br/>
        <w:t>Пишеш, що повен театр пісням моїм плеще в долоні,&lt;br /&gt;</w:t>
        <w:br/>
        <w:t>Що до ладу тих пісень танці виконують тут.&lt;br /&gt;</w:t>
        <w:br/>
        <w:t>Я ж ті пісні уклав, ти знаєш, не для театру,&lt;br /&gt;</w:t>
        <w:br/>
        <w:t>Тож і не треба гучних оплесків Музі моїй.&lt;br /&gt;</w:t>
        <w:br/>
        <w:t>Тішусь, однак, що вигнанця забути щось заважає,&lt;br /&gt;</w:t>
        <w:br/>
        <w:t>Що його ймення звучить досі на ваших устах.&lt;br /&gt;</w:t>
        <w:br/>
        <w:t>Та як згадаю, бува, через що пішов на вигнання —&lt;br /&gt;</w:t>
        <w:br/>
        <w:t>То і пісні, й Пієрид, їхніх натхненниць, клену.&lt;br /&gt;</w:t>
        <w:br/>
        <w:t>Лиш проклену — й розумію: без них же мені не прожити,&lt;br /&gt;</w:t>
        <w:br/>
        <w:t>Знову спішу до стріли, що у моїй же крові.&lt;br /&gt;</w:t>
        <w:br/>
        <w:t>Так і те грецьке судно, евбейською хвилею бите,&lt;br /&gt;</w:t>
        <w:br/>
        <w:t>По катарейських уже водах зухвало пливе.&lt;br /&gt;</w:t>
        <w:br/>
        <w:t>Я по ночах тепер не для хвали, не для слави віршую:&lt;br /&gt;</w:t>
        <w:br/>
        <w:t>Тихе, незнане ім'я нині б корисним було.&lt;br /&gt;</w:t>
        <w:br/>
        <w:t>Працею скріплюю дух, про біди свої забуваю,&lt;br /&gt;</w:t>
        <w:br/>
        <w:t>Болісну тугу свою пробую словом оддать.&lt;br /&gt;</w:t>
        <w:br/>
        <w:t>Що ж іще інше почну, одинокий, серед пустелі?&lt;br /&gt;</w:t>
        <w:br/>
        <w:t>Засіб який ще знайду для заспокоєння мук?&lt;br /&gt;</w:t>
        <w:br/>
        <w:t>Чи на місцевості зір зупиню — місцевість немила,&lt;br /&gt;</w:t>
        <w:br/>
        <w:t>Гіршої, прямо скажу, в цілому світі нема.&lt;br /&gt;</w:t>
        <w:br/>
        <w:t>Чи подивлюсь на людей — їм і назва ця не підходить:&lt;br /&gt;</w:t>
        <w:br/>
        <w:t>Дикої лютості в них більше, аніж у вовків.&lt;br /&gt;</w:t>
        <w:br/>
        <w:t>Що їм закон? Справедливість тут поступається силі;&lt;br /&gt;</w:t>
        <w:br/>
        <w:t>І правосуддя лежить: меч — одинокий суддя.&lt;br /&gt;</w:t>
        <w:br/>
        <w:t>Шкури й широкі штани — од морозів пекучих рятують,&lt;br /&gt;</w:t>
        <w:br/>
        <w:t>Лиця в них геть заросли, глянути — острах бере.&lt;br /&gt;</w:t>
        <w:br/>
        <w:t>В декого ще збереглось відлуння грецької мови,&lt;br /&gt;</w:t>
        <w:br/>
        <w:t>Варварський призвук, однак, чужості їй надає.&lt;br /&gt;</w:t>
        <w:br/>
        <w:t>Всіх обійди, а такого нема, хто б міг по-латині&lt;br /&gt;</w:t>
        <w:br/>
        <w:t>Мовити слово якесь, хай і буденне, просте.&lt;br /&gt;</w:t>
        <w:br/>
        <w:t>Мушу і я тут (вибачте, Музи!) серед сарматів,&lt;br /&gt;</w:t>
        <w:br/>
        <w:t>Римлянин, римський співець, їхньої мови вживать!&lt;br /&gt;</w:t>
        <w:br/>
        <w:t>Сором, але зізнаюсь: відвикаю від рідної мови —&lt;br /&gt;</w:t>
        <w:br/>
        <w:t>Слово латинське, бува, ледве що сходить на ум.&lt;br /&gt;</w:t>
        <w:br/>
        <w:t>Мабуть, і в книжечці тій чужих чимало зворотів,&lt;br /&gt;</w:t>
        <w:br/>
        <w:t>Та не людину вини — край, де людина живе.&lt;br /&gt;</w:t>
        <w:br/>
        <w:t>Щоб із ужитку не вийшла, однак, Авзонії мова&lt;br /&gt;</w:t>
        <w:br/>
        <w:t>І щоб до батьківських слів не онімів мій язик,&lt;br /&gt;</w:t>
        <w:br/>
        <w:t>Сам із собою мову веду, повторяю забуте&lt;br /&gt;</w:t>
        <w:br/>
        <w:t>Слово, ступаючи знов на лиховісні стежки.&lt;br /&gt;</w:t>
        <w:br/>
        <w:t>Так, убиваючи дні, я свій дух, себе розважаю,&lt;br /&gt;</w:t>
        <w:br/>
        <w:t>Щоб перед зором душі образ біди не стояв.&lt;br /&gt;</w:t>
        <w:br/>
        <w:t>Хочу знайти забуття у піснях: забудуся трохи —&lt;br /&gt;</w:t>
        <w:br/>
        <w:t>Значить, не марно писав, тим і вдоволений я.</w:t>
      </w:r>
    </w:p>
    <w:p>
      <w:r>
        <w:br/>
        <w:t>8&lt;br /&gt;</w:t>
        <w:br/>
        <w:t>Я не настільки упав, хоч повалений, щоб опинитись&lt;br /&gt;</w:t>
        <w:br/>
        <w:t>Нижче від тебе, бо там — просто нічого нема.&lt;br /&gt;</w:t>
        <w:br/>
        <w:t>Чим тебе, підлий, дійняв я, що так мене зневажаєш?&lt;br /&gt;</w:t>
        <w:br/>
        <w:t>Те, що на глум береш, може спіткати й тебе!&lt;br /&gt;</w:t>
        <w:br/>
        <w:t>Біль мій, падіння моє — тебе таки не зм'якшили?&lt;br /&gt;</w:t>
        <w:br/>
        <w:t>Таж наді мною і звір міг би пустити сльозу!&lt;br /&gt;</w:t>
        <w:br/>
        <w:t>Доля тобі не страшна — що на кулі завжди рухливій?&lt;br /&gt;</w:t>
        <w:br/>
        <w:t>Заздрість і гордість її не погамують тебе?&lt;br /&gt;</w:t>
        <w:br/>
        <w:t>Помсти Рамнусії, хто заслужив її, той не уникне —&lt;br /&gt;</w:t>
        <w:br/>
        <w:t>Що ж на нещастя моє ти ще й ногою ступив?..&lt;br /&gt;</w:t>
        <w:br/>
        <w:t>Бачив я: в морі втонув, хто сміявся над утонулим.&lt;br /&gt;</w:t>
        <w:br/>
        <w:t>Мовив я: "Море таке — то справедливість сама!"&lt;br /&gt;</w:t>
        <w:br/>
        <w:t>Хто жебракові колись не подав — живе із подачок:&lt;br /&gt;</w:t>
        <w:br/>
        <w:t>Руку протягує сам — хліба ласкавого жде.&lt;br /&gt;</w:t>
        <w:br/>
        <w:t>Місця ніде не нагріє Фортуна, усе вона в русі —&lt;br /&gt;</w:t>
        <w:br/>
        <w:t>Кроком непевним, вертка, мовби наосліп іде.&lt;br /&gt;</w:t>
        <w:br/>
        <w:t>То усміхнеться, то на обличчі знов спохмурніє,&lt;br /&gt;</w:t>
        <w:br/>
        <w:t>Лиш непостійність ота — ось що постійне у ній.&lt;br /&gt;</w:t>
        <w:br/>
        <w:t>Я, було, теж квітував, але квіт той був нетривалий,&lt;br /&gt;</w:t>
        <w:br/>
        <w:t>От як на мить спалахне — й тут же погасне стебло.&lt;br /&gt;</w:t>
        <w:br/>
        <w:t>А щоб у дикій злобі не радів ти всією душею —&lt;br /&gt;</w:t>
        <w:br/>
        <w:t>Маю надію ще, знай, бога земного вблагать.&lt;br /&gt;</w:t>
        <w:br/>
        <w:t>Бо моя помилка — то ще не злочин, і я через неї&lt;br /&gt;</w:t>
        <w:br/>
        <w:t>Сорому серед людей — не ворожнечі зазнав,&lt;br /&gt;</w:t>
        <w:br/>
        <w:t>Бо в неосяжних, од сходу й до заходу, обширах світу&lt;br /&gt;</w:t>
        <w:br/>
        <w:t>Ласкою всіх здивував той, в чиїй владі вони.&lt;br /&gt;</w:t>
        <w:br/>
        <w:t>Хай застосовувать силу до нього — марне заняття,&lt;br /&gt;</w:t>
        <w:br/>
        <w:t>Все ж він до слізних благань хилиться серцем м'яким.&lt;br /&gt;</w:t>
        <w:br/>
        <w:t>І за зразком богів, адже серед них колись буде, —&lt;br /&gt;</w:t>
        <w:br/>
        <w:t>Вибачить — то попрошу кращої долі собі.&lt;br /&gt;</w:t>
        <w:br/>
        <w:t>Сонячні й хмарні дні порівняй у цілому році —&lt;br /&gt;</w:t>
        <w:br/>
        <w:t>Матимеш більше ясних, аніж захмарених днів.&lt;br /&gt;</w:t>
        <w:br/>
        <w:t>Не поспішай же моєму падінню надмірно радіти:&lt;br /&gt;</w:t>
        <w:br/>
        <w:t>Може, й мені, поміркуй, доля всміхнеться колись.&lt;br /&gt;</w:t>
        <w:br/>
        <w:t>Може, стрінемось ми, коли принцепс погідніше гляне,&lt;br /&gt;</w:t>
        <w:br/>
        <w:t>В Місті: ти — жалібний, я — розвеселений знов.&lt;br /&gt;</w:t>
        <w:br/>
        <w:t>Хай би тебе я за більшу провину вигнаним бачив —&lt;br /&gt;</w:t>
        <w:br/>
        <w:t>Ось із найближчих прохань перше прохання моє.</w:t>
      </w:r>
    </w:p>
    <w:p>
      <w:r>
        <w:br/>
        <w:t>9&lt;br /&gt;</w:t>
        <w:br/>
        <w:t>О, якби в пісні моїй ти себе називати дозволив —&lt;br /&gt;</w:t>
        <w:br/>
        <w:t>Як твоє ймення у ній часто звучати б могло!&lt;br /&gt;</w:t>
        <w:br/>
        <w:t>Про доброту твою не забуваючи, кожну сторінку&lt;br /&gt;</w:t>
        <w:br/>
        <w:t>Книжки своєї — твоїм я прикрашав би ім'ям.&lt;br /&gt;</w:t>
        <w:br/>
        <w:t>Чим я тобі зобов'язаний — знав би те кожен у Місті;&lt;br /&gt;</w:t>
        <w:br/>
        <w:t>Та чи гортають мене в Місті, уже не моїм?..&lt;br /&gt;</w:t>
        <w:br/>
        <w:t>Про твою чулість і нинішній вік, і завтрашній знав би,&lt;br /&gt;</w:t>
        <w:br/>
        <w:t>Звісно, якщо давнина віршів моїх не зітре.&lt;br /&gt;</w:t>
        <w:br/>
        <w:t>Не перестане розумний читач тобі дяку складати:&lt;br /&gt;</w:t>
        <w:br/>
        <w:t>Ти за поета стояв — мав би пошану за те.&lt;br /&gt;</w:t>
        <w:br/>
        <w:t>Цезаря перший дарунок мені — що дихати можу,&lt;br /&gt;</w:t>
        <w:br/>
        <w:t>Після великих богів — друга подяка тобі.&lt;br /&gt;</w:t>
        <w:br/>
        <w:t>Той — життя дарував, а ти — бережеш той дарунок:&lt;br /&gt;</w:t>
        <w:br/>
        <w:t>Що послуговуюсь ним — в тому заслуга твоя.&lt;br /&gt;</w:t>
        <w:br/>
        <w:t>Як багатьох, що були при мені, біда нажахала,&lt;br /&gt;</w:t>
        <w:br/>
        <w:t>Дехто ж лише удавав, що нажахався біди.&lt;br /&gt;</w:t>
        <w:br/>
        <w:t>З пагорба всяк тоді поглядав, як суденце тонуло,&lt;br /&gt;</w:t>
        <w:br/>
        <w:t>Руку ж плавцеві ніхто так і не зволив подать.&lt;br /&gt;</w:t>
        <w:br/>
        <w:t>Напівживого лиш ти одібрав у захланного Стікса —&lt;br /&gt;</w:t>
        <w:br/>
        <w:t>Що пам'ятаю про те — також заслуга твоя.&lt;br /&gt;</w:t>
        <w:br/>
        <w:t>Хай і боги, і Цезар до тебе прихильними будуть,&lt;br /&gt;</w:t>
        <w:br/>
        <w:t>Це побажання моє — всім побажанням вінець.&lt;br /&gt;</w:t>
        <w:br/>
        <w:t>Тільки дозволь — твої добродійства плетеним тонко&lt;br /&gt;</w:t>
        <w:br/>
        <w:t>Висвітлю віршем своїм — їх подивлятиме всяк.&lt;br /&gt;</w:t>
        <w:br/>
        <w:t>Навіть тепер, хоч мовчати їй велено, ледь не назвала&lt;br /&gt;</w:t>
        <w:br/>
        <w:t>Муза імення твого — ледь не злетіло їй з уст.&lt;br /&gt;</w:t>
        <w:br/>
        <w:t>Як гончака, що натрапив на слід тремтливої лані,&lt;br /&gt;</w:t>
        <w:br/>
        <w:t>Жодної змоги нема втримати на повідку,&lt;br /&gt;</w:t>
        <w:br/>
        <w:t>Як поривається кінь біговий — то копитом б'є дошку,&lt;br /&gt;</w:t>
        <w:br/>
        <w:t>То в неї впреться чолом — чує вже пал до змагань,&lt;br /&gt;</w:t>
        <w:br/>
        <w:t>Так і моїй забороною зв'язаній Музі все важче&lt;br /&gt;</w:t>
        <w:br/>
        <w:t>Стриматись, бо раз у раз прагне назвати тебе.&lt;br /&gt;</w:t>
        <w:br/>
        <w:t>Тож, аби вдячність моя тобі не вийшла на шкоду —&lt;br /&gt;</w:t>
        <w:br/>
        <w:t>Тій забороні — не бійсь! — я покорюся таки.&lt;br /&gt;</w:t>
        <w:br/>
        <w:t>Не покорився б, якби ти вважав, що про тебе забув я;&lt;br /&gt;</w:t>
        <w:br/>
        <w:t>Вдячним я буду в душі — не заборониш того.&lt;br /&gt;</w:t>
        <w:br/>
        <w:t>Поки ще бачу (аби вже недовго!) те сонячне світло,&lt;br /&gt;</w:t>
        <w:br/>
        <w:t>Подихом кожним, повір, буду служити тобі.</w:t>
      </w:r>
    </w:p>
    <w:p>
      <w:r>
        <w:br/>
        <w:t>10&lt;br /&gt;</w:t>
        <w:br/>
        <w:t>Тричі вже Істр замерзав, відколи живу я край Понту,&lt;br /&gt;</w:t>
        <w:br/>
        <w:t>Хвилю Евксинську пливку сковував тричі мороз —&lt;br /&gt;</w:t>
        <w:br/>
        <w:t>Я ж, здається мені, вже стільки літ на вигнанні,&lt;br /&gt;</w:t>
        <w:br/>
        <w:t>Скільки в облозі колись Троя дарданська була.&lt;br /&gt;</w:t>
        <w:br/>
        <w:t>Так повільно йде час, що скажеш: він зупинився,&lt;br /&gt;</w:t>
        <w:br/>
        <w:t>Рік, мовби ліньки йому, звільна верстає свій шлях.&lt;br /&gt;</w:t>
        <w:br/>
        <w:t>Навіть літо мені не вкорочує довгої ночі,&lt;br /&gt;</w:t>
        <w:br/>
        <w:t>Частки тягучого дня навіть зима не бере.&lt;br /&gt;</w:t>
        <w:br/>
        <w:t>Видно, на шкоду мені змінився лад у природі:&lt;br /&gt;</w:t>
        <w:br/>
        <w:t>Все тут до смутку мого крок достосовує свій,&lt;br /&gt;</w:t>
        <w:br/>
        <w:t>А може, час іде звично для інших — тільки до мене&lt;br /&gt;</w:t>
        <w:br/>
        <w:t>Став він жорстоким таким — до блукача, що його&lt;br /&gt;</w:t>
        <w:br/>
        <w:t>Берег Евксинський (назва оманлива!) нині тримає,&lt;br /&gt;</w:t>
        <w:br/>
        <w:t>Й лівий (дійсно такий!) дикої Скіфії край.&lt;br /&gt;</w:t>
        <w:br/>
        <w:t>Дикі-бо тут, — їм ліку нема, — войовничі племена,&lt;br /&gt;</w:t>
        <w:br/>
        <w:t>Жити з війни, грабежу зовсім не соромно їм.&lt;br /&gt;</w:t>
        <w:br/>
        <w:t>Вийдеш у поле — пильнуйсь; але й пагорб, мури низенькі&lt;br /&gt;</w:t>
        <w:br/>
        <w:t>Певного захисту теж од ворогів не дають.&lt;br /&gt;</w:t>
        <w:br/>
        <w:t>Щойно ти пильність забув — налітає зграєю ворог,&lt;br /&gt;</w:t>
        <w:br/>
        <w:t>Ще й не розгледиш його — мчить із добичею геть.&lt;br /&gt;</w:t>
        <w:br/>
        <w:t>Часто й по цей бік стін захисних, хоч зачинені брами,&lt;br /&gt;</w:t>
        <w:br/>
        <w:t>Стріли збираємо: скрізь тут на дорогах лежать.&lt;br /&gt;</w:t>
        <w:br/>
        <w:t>Мало хто зважиться поле орать; однією рукою&lt;br /&gt;</w:t>
        <w:br/>
        <w:t>Плуга, нещасний, веде, в другій — тримає меча.&lt;br /&gt;</w:t>
        <w:br/>
        <w:t>Грає в шоломі пастух на скріпленій воском сопілці,&lt;br /&gt;</w:t>
        <w:br/>
        <w:t>Не перед вовком вівця — перед війною тремтить.&lt;br /&gt;</w:t>
        <w:br/>
        <w:t>Мало й укріплення нас захищають: варварів юрми,&lt;br /&gt;</w:t>
        <w:br/>
        <w:t>Змішані з греками, й тут страх наганяють на нас.&lt;br /&gt;</w:t>
        <w:br/>
        <w:t>Так! Серед нас — різниці немає — селиться варвар,&lt;br /&gt;</w:t>
        <w:br/>
        <w:t>Саме у варварів тут — більша частина домів.&lt;br /&gt;</w:t>
        <w:br/>
        <w:t>Хай не боїшся ти їх, але відчуваєш огиду:&lt;br /&gt;</w:t>
        <w:br/>
        <w:t>В шкурах, у патлах вони — видно лиш очі одні.&lt;br /&gt;</w:t>
        <w:br/>
        <w:t>Та навіть ті, що грецького роду свого не забули,&lt;br /&gt;</w:t>
        <w:br/>
        <w:t>Одяг забули таки: носять, як перси, штани.&lt;br /&gt;</w:t>
        <w:br/>
        <w:t>Мови такої вживають вони, яку тут розуміють,&lt;br /&gt;</w:t>
        <w:br/>
        <w:t>Я ж хіба з поміччю рук — знаками мову веду.&lt;br /&gt;</w:t>
        <w:br/>
        <w:t>Сам я — варваром тут: не втямлять жодного слова,&lt;br /&gt;</w:t>
        <w:br/>
        <w:t>Мова латинська — гай-гай! — ґета тупого смішить.&lt;br /&gt;</w:t>
        <w:br/>
        <w:t>Може, погане щось при мені, не ховаючись, мовлять,&lt;br /&gt;</w:t>
        <w:br/>
        <w:t>Може, вигнанням мені всяк дорікнути готов.&lt;br /&gt;</w:t>
        <w:br/>
        <w:t>Тож чи на згоду хитну головою, а чи заперечу&lt;br /&gt;</w:t>
        <w:br/>
        <w:t>Знак той, як часто бува, піде на шкоду мені.&lt;br /&gt;</w:t>
        <w:br/>
        <w:t>Меч додай, — за суддю, що право робить безправним,&lt;br /&gt;</w:t>
        <w:br/>
        <w:t>Часто на площі таки сплачують кров'ю вину.&lt;br /&gt;</w:t>
        <w:br/>
        <w:t>Грізна Лахесо, чому ти мені, хто таке над собою&lt;br /&gt;</w:t>
        <w:br/>
        <w:t>Має сузір'я важке, не вкоротила життя?&lt;br /&gt;</w:t>
        <w:br/>
        <w:t>Я ні вітчизни, ні вас, мої друзі, бачить не можу,&lt;br /&gt;</w:t>
        <w:br/>
        <w:t>Я нарікаю на те, що серед гетів живу.&lt;br /&gt;</w:t>
        <w:br/>
        <w:t>Дві мої кари важкі. По заслузі я вигнаний з Риму,&lt;br /&gt;</w:t>
        <w:br/>
        <w:t>Та на місцевість таку, мабуть, я не заслужив.&lt;br /&gt;</w:t>
        <w:br/>
        <w:t>Що, нерозумний, кажу? Я образив бога земного —&lt;br /&gt;</w:t>
        <w:br/>
        <w:t>Цезаря! Міг він за це смертю скарати мене!</w:t>
      </w:r>
    </w:p>
    <w:p>
      <w:r>
        <w:br/>
        <w:t>11&lt;br /&gt;</w:t>
        <w:br/>
        <w:t>Хтось, читаю в листі, тобі дошкулив при сварці:&lt;br /&gt;</w:t>
        <w:br/>
        <w:t>Мужем твоїм дорікнув, що на вигнанні тепер —&lt;br /&gt;</w:t>
        <w:br/>
        <w:t>І заболіла душа, але не з жалю над собою —&lt;br /&gt;</w:t>
        <w:br/>
        <w:t>Я ж у стражданні своїм загартувавсь, а тому&lt;br /&gt;</w:t>
        <w:br/>
        <w:t>Що мимоволі до твого сорому я спричинився,&lt;br /&gt;</w:t>
        <w:br/>
        <w:t>Що через мене не раз ти червоніла, жоно.&lt;br /&gt;</w:t>
        <w:br/>
        <w:t>Будь у терпінні стійка! Не таке ще перенесла ти,&lt;br /&gt;</w:t>
        <w:br/>
        <w:t>Як, розгнівившись, мене Цезар у тебе забрав.&lt;br /&gt;</w:t>
        <w:br/>
        <w:t>Та помиляється той, хто вигнанцем мене називає:&lt;br /&gt;</w:t>
        <w:br/>
        <w:t>Я за провину свою м'якшої кари зазнав.&lt;br /&gt;</w:t>
        <w:br/>
        <w:t>Кара найважча — що Цезаря скривдив. Чом не помер я&lt;br /&gt;</w:t>
        <w:br/>
        <w:t>Ще перед тим, як йому кривди тієї завдать?&lt;br /&gt;</w:t>
        <w:br/>
        <w:t>Так, потерпіло суденце моє, але не втонуло,&lt;br /&gt;</w:t>
        <w:br/>
        <w:t>Хоч і не в гавані, все ж — не під водою воно.&lt;br /&gt;</w:t>
        <w:br/>
        <w:t>Я ні життя не позбувсь, ні майна, ані громадянства,&lt;br /&gt;</w:t>
        <w:br/>
        <w:t>Хоч через хибу свою втратити міг геть усе.&lt;br /&gt;</w:t>
        <w:br/>
        <w:t>Та врахувавши, що вчинок мій був не з наміру злого,&lt;br /&gt;</w:t>
        <w:br/>
        <w:t>Цезар одне лиш велів: з рідного краю піти.&lt;br /&gt;</w:t>
        <w:br/>
        <w:t>Наче до інших (ліку нема їм!), так і до мене&lt;br /&gt;</w:t>
        <w:br/>
        <w:t>Цезар, бог наш земний, виявив ласку свою.&lt;br /&gt;</w:t>
        <w:br/>
        <w:t>Сам же мене не вигнанцем — висланим він називає,&lt;br /&gt;</w:t>
        <w:br/>
        <w:t>А при такому судді рук опускати не слід.&lt;br /&gt;</w:t>
        <w:br/>
        <w:t>Тож недарма, що є сил, я своїм, який уже є він,&lt;br /&gt;</w:t>
        <w:br/>
        <w:t>Віршем кожного дня, Цезарю, славлю тебе.&lt;br /&gt;</w:t>
        <w:br/>
        <w:t>А водночас благаю богів, щоб тебе ще не скоро&lt;br /&gt;</w:t>
        <w:br/>
        <w:t>Брали на небо, щоб ти богом земним залишивсь.&lt;br /&gt;</w:t>
        <w:br/>
        <w:t>Люд тобі зичить того ж; як до моря збігають потоки,&lt;br /&gt;</w:t>
        <w:br/>
        <w:t>Так поспішає туди й ледве помітний струмок.&lt;br /&gt;</w:t>
        <w:br/>
        <w:t>Ти, хто вигнанцем несправедливо мене називаєш,&lt;br /&gt;</w:t>
        <w:br/>
        <w:t>Долю мою ще й таким не пригинай тягарем!</w:t>
      </w:r>
    </w:p>
    <w:p>
      <w:r>
        <w:br/>
        <w:t>12&lt;br /&gt;</w:t>
        <w:br/>
        <w:t>Радиш, аби я писанням розраджував долю невтішну,&lt;br /&gt;</w:t>
        <w:br/>
        <w:t>Щоб од неробства мій дух пліснявою не узявсь.&lt;br /&gt;</w:t>
        <w:br/>
        <w:t>Легко сказати "пиши!". Писання — то для щасливих,&lt;br /&gt;</w:t>
        <w:br/>
        <w:t>Лиш у погідній душі може снуватися вірш.&lt;br /&gt;</w:t>
        <w:br/>
        <w:t>А мою долю шарпають, б'ють вітри супротивні,&lt;br /&gt;</w:t>
        <w:br/>
        <w:t>Гіршої, аніж моя, — важко собі й уявить.&lt;br /&gt;</w:t>
        <w:br/>
        <w:t>Хочеш, аби, синів поховавши, Пріам веселився,&lt;br /&gt;</w:t>
        <w:br/>
        <w:t>Танці — Ніоба вела, втративши дочок своїх?&lt;br /&gt;</w:t>
        <w:br/>
        <w:t>Думаєш, легко мені, одинокому, серед найдальших&lt;br /&gt;</w:t>
        <w:br/>
        <w:t>Ґетів од горя свого — та до пісень перейти?..&lt;br /&gt;</w:t>
        <w:br/>
        <w:t>Навіть якби в мені сила така, як у того, хто мужньо&lt;br /&gt;</w:t>
        <w:br/>
        <w:t>З волі Аніта зустрів смертну годину свою,&lt;br /&gt;</w:t>
        <w:br/>
        <w:t>Мудрість усе ж під ударом таким напевно б упала:&lt;br /&gt;</w:t>
        <w:br/>
        <w:t>Гнів Громовержця знести — це понад сили людські.&lt;br /&gt;</w:t>
        <w:br/>
        <w:t>Старець — кого Аполлон мудрецем назвав, опинившись&lt;br /&gt;</w:t>
        <w:br/>
        <w:t>У безнадії такій, не написав би й рядка.&lt;br /&gt;</w:t>
        <w:br/>
        <w:t>Хай би прийшло забуття — вітчизни милої, друзів,&lt;br /&gt;</w:t>
        <w:br/>
        <w:t>Хай би про втрачене все, втративши пам'ять, забув —&lt;br /&gt;</w:t>
        <w:br/>
        <w:t>Страх своє діло б робив — не дав би спокійно писати:&lt;br /&gt;</w:t>
        <w:br/>
        <w:t>Всюди, куди не поглянь, ворог жорстокий грозить.&lt;br /&gt;</w:t>
        <w:br/>
        <w:t>Ще ж мій розум, додай, немов зіпсований ржею,&lt;br /&gt;</w:t>
        <w:br/>
        <w:t>Якось отерп і змалів, наче убуло його.&lt;br /&gt;</w:t>
        <w:br/>
        <w:t>От не відновлюй щороку ріллі наполегливим ралом —&lt;br /&gt;</w:t>
        <w:br/>
        <w:t>Що на ній буде рости, окрім самих будяків?&lt;br /&gt;</w:t>
        <w:br/>
        <w:t>Довго стоятиме в стайні рисак, то врешті охляне,&lt;br /&gt;</w:t>
        <w:br/>
        <w:t>На перегонах йому — вже лиш останньому буть.&lt;br /&gt;</w:t>
        <w:br/>
        <w:t>На суходолі покинь до води навикле суденце —&lt;br /&gt;</w:t>
        <w:br/>
        <w:t>Скоро струхліє воно, будуть щілини одні.&lt;br /&gt;</w:t>
        <w:br/>
        <w:t>Не сподівайся, що я, хто й колись не був витривалим,&lt;br /&gt;</w:t>
        <w:br/>
        <w:t>Зможу принаймні собі на чужині дорівнять.&lt;br /&gt;</w:t>
        <w:br/>
        <w:t>Довго я лиха терпів — і пішли на те сили душевні,&lt;br /&gt;</w:t>
        <w:br/>
        <w:t>І полишила мене крапля остання снаги.&lt;br /&gt;</w:t>
        <w:br/>
        <w:t>Часто, от як тепер, до рук узявши табличку,&lt;br /&gt;</w:t>
        <w:br/>
        <w:t>Віршем, стопа при стопі, я розставляю слова,&lt;br /&gt;</w:t>
        <w:br/>
        <w:t>Що то за вірші — сам оціни. Вони гідні хіба що&lt;br /&gt;</w:t>
        <w:br/>
        <w:t>Часу й місця того, де укладач їх живе.&lt;br /&gt;</w:t>
        <w:br/>
        <w:t>Врешті, духові сил чималих може слава додати,&lt;br /&gt;</w:t>
        <w:br/>
        <w:t>Спрагла людської хвали, плодом дивує душа.&lt;br /&gt;</w:t>
        <w:br/>
        <w:t>Марив і я, було, йменням гучним, коли під погідним&lt;br /&gt;</w:t>
        <w:br/>
        <w:t>Вітром стійкими були щогли мого корабля.&lt;br /&gt;</w:t>
        <w:br/>
        <w:t>Нині справи мої не такі, аби прагнув я слави,&lt;br /&gt;</w:t>
        <w:br/>
        <w:t>О, коли б міг я тепер у невідомості жить!&lt;br /&gt;</w:t>
        <w:br/>
        <w:t>Чи мені радиш, раз віршування йшло так успішно,&lt;br /&gt;</w:t>
        <w:br/>
        <w:t>Знову складати пісні, дбаючи про похвалу?&lt;br /&gt;</w:t>
        <w:br/>
        <w:t>Вибачте, дев'ять сестриць, але в моєму вигнанні&lt;br /&gt;</w:t>
        <w:br/>
        <w:t>Винні найбільше ви, я через вас постраждав!&lt;br /&gt;</w:t>
        <w:br/>
        <w:t>Як поплатився Перілл за бика, що виробив з міді,&lt;br /&gt;</w:t>
        <w:br/>
        <w:t>Так за "Мистецтво" своє дорого я заплатив.&lt;br /&gt;</w:t>
        <w:br/>
        <w:t>Треба було мені вірші покинуть раз і назавжди:&lt;br /&gt;</w:t>
        <w:br/>
        <w:t>Хто вже під хвилею був — має боятись води!&lt;br /&gt;</w:t>
        <w:br/>
        <w:t>Та коли знов, шалений, візьмуся за віршування,&lt;br /&gt;</w:t>
        <w:br/>
        <w:t>Чим допоможе мені у віршуванні той край?&lt;br /&gt;</w:t>
        <w:br/>
        <w:t>Тут — ані книги, ні слухача: ніхто і не втямить,&lt;br /&gt;</w:t>
        <w:br/>
        <w:t>Що я читаю, бо й слів не розуміють вони.&lt;br /&gt;</w:t>
        <w:br/>
        <w:t>Варварська мова довкіл — голоси понурі та дикі,&lt;br /&gt;</w:t>
        <w:br/>
        <w:t>Криком, що жах наганя, все переповнене тут.&lt;br /&gt;</w:t>
        <w:br/>
        <w:t>Сам, здається мені, я відвик од латинського слова:&lt;br /&gt;</w:t>
        <w:br/>
        <w:t>Мову по-гетському вже і по-сарматськи веду.&lt;br /&gt;</w:t>
        <w:br/>
        <w:t>Все ж зізнаюсь тобі: моя Муза й тут не навчилась&lt;br /&gt;</w:t>
        <w:br/>
        <w:t>Мовчанці: все вона вірш слово по слову снує.&lt;br /&gt;</w:t>
        <w:br/>
        <w:t>От і пишу я, а що написав — те полум'ям нищу:&lt;br /&gt;</w:t>
        <w:br/>
        <w:t>Попелу жменька тремка — праці моєї вінець.&lt;br /&gt;</w:t>
        <w:br/>
        <w:t>Прагну — й не можу покинути вірші, так і лягає&lt;br /&gt;</w:t>
        <w:br/>
        <w:t>Кожного разу в огонь пильність щоденна моя.&lt;br /&gt;</w:t>
        <w:br/>
        <w:t>Віршів лиш крихта якась, що хитрістю чи випадково&lt;br /&gt;</w:t>
        <w:br/>
        <w:t>Урятувалась, до вас іноді може дійти.&lt;br /&gt;</w:t>
        <w:br/>
        <w:t>О, якби й вірші "Мистецтва" свого безпечний учитель&lt;br /&gt;</w:t>
        <w:br/>
        <w:t>Кинув в огонь ще тоді, в попіл їх перемінив!..</w:t>
      </w:r>
    </w:p>
    <w:p>
      <w:r>
        <w:br/>
        <w:t>13&lt;br /&gt;</w:t>
        <w:br/>
        <w:t>З гетського краю здоровлення шлю тобі. Та чи можливо&lt;br /&gt;</w:t>
        <w:br/>
        <w:t>Те, чого сам не зберіг, пересилати комусь?..&lt;br /&gt;</w:t>
        <w:br/>
        <w:t>Духом я занепав, занедужало й тіло при ньому —&lt;br /&gt;</w:t>
        <w:br/>
        <w:t>Нині вже цілим єством муки невпинні терплю.&lt;br /&gt;</w:t>
        <w:br/>
        <w:t>Болі різкі не один уже день відчуваю у боці,&lt;br /&gt;</w:t>
        <w:br/>
        <w:t>Може, то люта зима так дошкуляє мені?&lt;br /&gt;</w:t>
        <w:br/>
        <w:t>Та коли ти здоров — значить, я частково здоровий:&lt;br /&gt;</w:t>
        <w:br/>
        <w:t>Ти, коли падав твій друг, дружнє підставив плече.&lt;br /&gt;</w:t>
        <w:br/>
        <w:t>Докази дружби великі подав — усіляко старався&lt;br /&gt;</w:t>
        <w:br/>
        <w:t>Якось мені помогти, порятувати життя.&lt;br /&gt;</w:t>
        <w:br/>
        <w:t>Винен ти в тому, що рідко мене листом утішаєш,&lt;br /&gt;</w:t>
        <w:br/>
        <w:t>Руку в біді подаєш, слова жалієш чомусь.&lt;br /&gt;</w:t>
        <w:br/>
        <w:t>Виправ цю хибу, молю, і тоді красі твого тіла&lt;br /&gt;</w:t>
        <w:br/>
        <w:t>Плямочка жодна, повір, шкоди не буде чинить.&lt;br /&gt;</w:t>
        <w:br/>
        <w:t>Я іще більше б тобі докоряв, але знаю: буває,&lt;br /&gt;</w:t>
        <w:br/>
        <w:t>Навіть надісланий лист може сюди не дійти.&lt;br /&gt;</w:t>
        <w:br/>
        <w:t>О, дали б то боги, щоб докори мої були марні,&lt;br /&gt;</w:t>
        <w:br/>
        <w:t>Хай би я помилявсь, що позабув ти мене.&lt;br /&gt;</w:t>
        <w:br/>
        <w:t>Певно, так воно є! Негоже навіть подумать,&lt;br /&gt;</w:t>
        <w:br/>
        <w:t>Що непохитний твій дух хилиться до перемін!&lt;br /&gt;</w:t>
        <w:br/>
        <w:t>Сивий полин скоріш на полях край холодного Понту,&lt;br /&gt;</w:t>
        <w:br/>
        <w:t>Тмин — на Гіблі-горі враз перестануть рости,&lt;br /&gt;</w:t>
        <w:br/>
        <w:t>Ніж я повірив би в те, що ти — забув свого друга:&lt;br /&gt;</w:t>
        <w:br/>
        <w:t>Надто вже темна була б нитка, що Парка снує.&lt;br /&gt;</w:t>
        <w:br/>
        <w:t>Все ж не таким, як ти є, видаватись остерігайся:&lt;br /&gt;</w:t>
        <w:br/>
        <w:t>Так безпідставний докір легше тобі спростувать.&lt;br /&gt;</w:t>
        <w:br/>
        <w:t>Як на дозвіллі колись годин ми не пильнували —&lt;br /&gt;</w:t>
        <w:br/>
        <w:t>Іноді й довгого дня мало було для розмов —&lt;br /&gt;</w:t>
        <w:br/>
        <w:t>Так хай тепер листи нам доносять мову безмовну,&lt;br /&gt;</w:t>
        <w:br/>
        <w:t>Щоб, коли не вуста, хоч той папір говорив.&lt;br /&gt;</w:t>
        <w:br/>
        <w:t>А щоб тобі не здалось, що я зневіривсь у дружбі, —&lt;br /&gt;</w:t>
        <w:br/>
        <w:t>Досить кількох тих рядків. Не дорікатиму вже.&lt;br /&gt;</w:t>
        <w:br/>
        <w:t>Врешті — кінцівка листа: нехай твоя доля не буде&lt;br /&gt;</w:t>
        <w:br/>
        <w:t>Схожа на долю мою, долю лиху: ну, бувай!</w:t>
      </w:r>
    </w:p>
    <w:p>
      <w:r>
        <w:br/>
        <w:t>14&lt;br /&gt;</w:t>
        <w:br/>
        <w:t>Бачиш сама, який пам'ятник я спорудив тобі в книгах,&lt;br /&gt;</w:t>
        <w:br/>
        <w:t>Вірна жоно, бо тебе більше люблю, ніж себе.&lt;br /&gt;</w:t>
        <w:br/>
        <w:t>Хай не одне відбере у співця непривітлива доля —&lt;br /&gt;</w:t>
        <w:br/>
        <w:t>В хисті моєму усе ж славною будеш навік&lt;br /&gt;</w:t>
        <w:br/>
        <w:t>Поки читатимуть те, що створив я, відомою будеш,&lt;br /&gt;</w:t>
        <w:br/>
        <w:t>У похороннім вогні ти до кінця не згориш.&lt;br /&gt;</w:t>
        <w:br/>
        <w:t>Хоч нещасливою видатись можеш за мужем-вигнанцем,&lt;br /&gt;</w:t>
        <w:br/>
        <w:t>Та не одна б на твоїм місці погодилась буть,&lt;br /&gt;</w:t>
        <w:br/>
        <w:t>А не одна і позаздрить тобі, і скаже: "Щаслива!",&lt;br /&gt;</w:t>
        <w:br/>
        <w:t>Хоч і на тебе лягла частка моїх бідувань.&lt;br /&gt;</w:t>
        <w:br/>
        <w:t>Більшого, давши навіть багатства, дати б не міг я:&lt;br /&gt;</w:t>
        <w:br/>
        <w:t>Таж і багач голіруч — тінню до Манів іде.&lt;br /&gt;</w:t>
        <w:br/>
        <w:t>Вічне ім'я тобі подарував я — маєш од мене&lt;br /&gt;</w:t>
        <w:br/>
        <w:t>Те, що найвище стоїть серед дарунків усіх.&lt;br /&gt;</w:t>
        <w:br/>
        <w:t>Ще ж і від того, що ти — моя одинока опора,&lt;br /&gt;</w:t>
        <w:br/>
        <w:t>Множиться шана твоя і набуває ваги,&lt;br /&gt;</w:t>
        <w:br/>
        <w:t>Бо твої добрі діла в мовчанці муж не тримає —&lt;br /&gt;</w:t>
        <w:br/>
        <w:t>Свідчення віршем дає — маєш пишатися тим.&lt;br /&gt;</w:t>
        <w:br/>
        <w:t>Будь же стійкою, аби моїх свідчень не обманути,&lt;br /&gt;</w:t>
        <w:br/>
        <w:t>Свято як вірність мені, так і мене бережи.&lt;br /&gt;</w:t>
        <w:br/>
        <w:t>Поки я був на ногах, була бездоганною завжди&lt;br /&gt;</w:t>
        <w:br/>
        <w:t>Чесність твоя, і ніхто їй дорікнути не міг,&lt;br /&gt;</w:t>
        <w:br/>
        <w:t>Нині ж біди мої — це поле для праці твоєї:&lt;br /&gt;</w:t>
        <w:br/>
        <w:t>Тут сила духу твого буде вже на видноті.&lt;br /&gt;</w:t>
        <w:br/>
        <w:t>Легко доброю буть, коли можна; легко дружині,&lt;br /&gt;</w:t>
        <w:br/>
        <w:t>Як перешкоди нема, повнить обов'язок свій,&lt;br /&gt;</w:t>
        <w:br/>
        <w:t>А коли бог загримів, а ти не втекла од негоди,-&lt;br /&gt;</w:t>
        <w:br/>
        <w:t>Це і подружня любов, і благочесність уся.&lt;br /&gt;</w:t>
        <w:br/>
        <w:t>Справжня чеснота — це та, котрою доля не править,&lt;br /&gt;</w:t>
        <w:br/>
        <w:t>Та, що за долею вслід не поспішає втекти.&lt;br /&gt;</w:t>
        <w:br/>
        <w:t>Тож коли тільки в собі шукає вона нагороди&lt;br /&gt;</w:t>
        <w:br/>
        <w:t>Й навіть у пору важку з місця не сходить свого,&lt;br /&gt;</w:t>
        <w:br/>
        <w:t>їй — озирни всі часи, — хвалу співають повсюди,&lt;br /&gt;</w:t>
        <w:br/>
        <w:t>І — як великий світ — скрізь подивляють її.&lt;br /&gt;</w:t>
        <w:br/>
        <w:t>Бачиш, минають віки, а слава про Пенелопу,&lt;br /&gt;</w:t>
        <w:br/>
        <w:t>Про незрадливість її блиску не тратить свого.&lt;br /&gt;</w:t>
        <w:br/>
        <w:t>Чуєш, у пісні й тепер — Адмета й Гектара жони,&lt;br /&gt;</w:t>
        <w:br/>
        <w:t>Й Іфіса донька, — вона кинулась мужньо в огонь, —&lt;br /&gt;</w:t>
        <w:br/>
        <w:t>І філакійська жона, чий муж нехисткою ногою&lt;br /&gt;</w:t>
        <w:br/>
        <w:t>На іліонський пісок не завагався ступить.&lt;br /&gt;</w:t>
        <w:br/>
        <w:t>Ти ж умирати не мусиш за мене — легша до слави&lt;br /&gt;</w:t>
        <w:br/>
        <w:t>Випала стежка тобі: вірною будь і люби.&lt;br /&gt;</w:t>
        <w:br/>
        <w:t>Та не тому, що невірна й не любиш, тебе закликаю:&lt;br /&gt;</w:t>
        <w:br/>
        <w:t>Веслами гнав я судно, нині вітрило підняв.&lt;br /&gt;</w:t>
        <w:br/>
        <w:t>А спонукати того, хто робить щось без спонуки, —&lt;br /&gt;</w:t>
        <w:br/>
        <w:t>Це підбадьорення, це — схвалення діла його.</w:t>
      </w:r>
    </w:p>
    <w:p>
      <w:r>
        <w:br/>
        <w:t>ПРИМІТКИ&lt;br /&gt;</w:t>
        <w:br/>
        <w:t>КНИГА ПЕРША&lt;br /&gt;</w:t>
        <w:br/>
        <w:t>Елегія 1&lt;br /&gt;</w:t>
        <w:br/>
        <w:t>1. Згорточку скромний.. — Антична книга мала вигляд сувою; його вкладали в пергаментну скриньку, пофарбовану в червоний колір із соку вакцинії; зворотний бік сувою змазували запашним кедровим маслом, що оберігало від черв'яків; краї сувою ("чоло"} вигладжували пемзою і забарвлювали темним; кінці (^ргжки") палички, на яку намотували сувій, оздоблювалися слоновою кісткою. Звернення до своєї книжки — традиційний в античній літературі мотив (наприклад, у Го-рація, "Послання", І, 20).&lt;br /&gt;</w:t>
        <w:br/>
        <w:t>7. Мінгй — кіновар, цинобра.&lt;br /&gt;</w:t>
        <w:br/>
        <w:t>16. Вірша стопа. — Гра слів: стопа у віршуванні й стопа персоніфікованої книжки.&lt;br /&gt;</w:t>
        <w:br/>
        <w:t>[285]&lt;br /&gt;</w:t>
        <w:br/>
        <w:t>30. Цезар — імператор Авґуст.&lt;br /&gt;</w:t>
        <w:br/>
        <w:t>70. Пагорб, де Цезаря дім. — Палатин, один із семи римських пагорбів, де був палац Авґуста, храми Аполлона, Юпітера й інших богів.&lt;br /&gt;</w:t>
        <w:br/>
        <w:t>83. Катарея — мис на острові Евбея, де при поверненні з Трої був розбитий бурею грецький (аргоський) флот.&lt;br /&gt;</w:t>
        <w:br/>
        <w:t>111. Трьох — принишклих побачиш— — Тобто три книги "Мистецтва кохання", що звели зі світу їхнього автора, як Едіп — свого батька Лаїя; Телегон, син Кірки, — свого батька Улісса.&lt;br /&gt;</w:t>
        <w:br/>
        <w:t>117. Про перевтілення., книги.. — Йдеться про "Метаморфози".&lt;br /&gt;</w:t>
        <w:br/>
        <w:t>Елегія 2&lt;br /&gt;</w:t>
        <w:br/>
        <w:t>5-10. Наводяться приклади з "Іліади" (Венера — захисниця тевкрів, тобто троянців), "Енещи" (донька Сатурна — Юнона) та "Одіссеї".&lt;br /&gt;</w:t>
        <w:br/>
        <w:t>49. Після дев'ятого... — У давнину саме десятий, а не дев'ятий вал, як у нові часи, вважався найнебезпечнішим.&lt;br /&gt;</w:t>
        <w:br/>
        <w:t>79— Александрове місто — Александрія; Овідій там не бував, але подорожував до Атен та до міст Малої Азії.&lt;br /&gt;</w:t>
        <w:br/>
        <w:t>104. Всім Цезарям.. — Тобто тим, кого Авґуст усиновив: онукам Гаю і Луцілію, пасинкові Тіберію з його племінником і прийомним сином Германіком та сином Друзом.&lt;br /&gt;</w:t>
        <w:br/>
        <w:t>Елегія З&lt;br /&gt;</w:t>
        <w:br/>
        <w:t>Елегія, відома під назвою "Остання ніч у Римі", є чи не найяскравішим зразком спогаду, коли минуле вимальовується в уяві в усіх його подробицях Елегію також переклав І. Франка&lt;br /&gt;</w:t>
        <w:br/>
        <w:t>19.Донька — Перілла, що супроводжувала свого чоловіка в його подорожі до Африки.&lt;br /&gt;</w:t>
        <w:br/>
        <w:t>37. Мужу небесному.. — Авґустові.&lt;br /&gt;</w:t>
        <w:br/>
        <w:t>43-45— Лари й Пенати — домашні божества, охоронці вогнища.&lt;br /&gt;</w:t>
        <w:br/>
        <w:t>48. Німфа аркадська — Каллісто, дочка Лікаона, володаря Аркади, або Паррасії; стала Великою Ведмедицею на небі ("Метаморфози", II, 507).&lt;br /&gt;</w:t>
        <w:br/>
        <w:t>55. Тричі ступав на поріг.. — Торкнутись порогу, виходячи з дому, стародавні вважали лихою прикметою.&lt;br /&gt;</w:t>
        <w:br/>
        <w:t>66. Д_ дружбі тесепській.. — Дружба Тесея, легендарного афінсько-го героя, з володарем лапітів Пірітоєм була взірцем несхитної вірності: Тесей не відмовився спуститися зі своїм другом у підземне царство, в Ахеронт, щоб визволити Прозерпіну.&lt;br /&gt;</w:t>
        <w:br/>
        <w:t>75. Меттій — Меттій Фуфетій, легендарний володар в Альбі; римський володар Тулл Гостілій, караючи Меттія за зраду, звелів, щоб його розірвали колісницями.&lt;br /&gt;</w:t>
        <w:br/>
        <w:t>Елегія 4&lt;br /&gt;</w:t>
        <w:br/>
        <w:t>1. Ведмедиці менальської сторож — Арктур, що в сузір'ї Волопаса; захід цієї зорі звістував осінні бурі.&lt;br /&gt;</w:t>
        <w:br/>
        <w:t>8. Різьблені боги — Корабель часто прикрашали зображенням богів.&lt;br /&gt;</w:t>
        <w:br/>
        <w:t>[286]&lt;br /&gt;</w:t>
        <w:br/>
        <w:t>28. Хто вже зустрів свою смерть. — Останню свою ніч у Римі Овідій вважав "межею життя": supremum tempus (пор. "С", III, III, 54).&lt;br /&gt;</w:t>
        <w:br/>
        <w:t>Елегія 5&lt;br /&gt;</w:t>
        <w:br/>
        <w:t>21. Фокеєць — Пілад, син фокідського володаря Строфія; не покинув Ореста й тоді, коли за вбивство матері його переслідували месниці&lt;br /&gt;</w:t>
        <w:br/>
        <w:t>Фурії&lt;br /&gt;</w:t>
        <w:br/>
        <w:t>23. Ніс — супутник Енея, вірний друг Евріала; обоє, не покинувши один одного, загинули під час нічної вилазки в табір рутульців ("Ене-ща", кн. IX).&lt;br /&gt;</w:t>
        <w:br/>
        <w:t>44. Божество — тут і далі (74, 84) — Авґуст.&lt;br /&gt;</w:t>
        <w:br/>
        <w:t>59, 67. Дуліхій, Самос (рядок 67) — острови Егейського моря, володіння Улісса.&lt;br /&gt;</w:t>
        <w:br/>
        <w:t>Елегія 6&lt;br /&gt;</w:t>
        <w:br/>
        <w:t>І.Антімах — грецький поет і вчений з Колофона, що поблизу Кла-роса з храмом і оракулом Аполлона (поч. IV ст. до н. є.), відомий, зокрема, завдяки елегіям, що їх писав на смерть своєї обранки Ліди.&lt;br /&gt;</w:t>
        <w:br/>
        <w:t>2. Коський співець — Філет (поч. III ст. до н. є.), представник елліністичної лірики.&lt;br /&gt;</w:t>
        <w:br/>
        <w:t>27. Першої з римлянок — тобто Лівії, дружини Авґуста.&lt;br /&gt;</w:t>
        <w:br/>
        <w:t>Елегія 7&lt;br /&gt;</w:t>
        <w:br/>
        <w:t>2. Вакхова зелень. —Присвячений Вакхові плющ був нагородою та окрасою поетів.&lt;br /&gt;</w:t>
        <w:br/>
        <w:t>13— Книги — тут: "Метаморфози"; існували в копіях, тому знищити&lt;br /&gt;</w:t>
        <w:br/>
        <w:t>їх Овідій вже не міг.&lt;br /&gt;</w:t>
        <w:br/>
        <w:t>17. Фестіада — дочка Фестія, Алтея; коли її син Мелеагр убив при суперечці на ловах її братів, вона кинула в огонь поліно, від якого залежало синове життя.&lt;br /&gt;</w:t>
        <w:br/>
        <w:t>Елегія 8&lt;br /&gt;</w:t>
        <w:br/>
        <w:t>34. Був і в мандрівках., до товариства.. — Можливо, йдеться про Помпея Макра, що супроводжував колись Овідія в подорожі до Греції та Малої Азії.&lt;br /&gt;</w:t>
        <w:br/>
        <w:t>39— На лівому березі Понту.. — Тобто на Балканському узбережжі Чорного моря; "лівий" у стародавніх означало також "непривітний", "лиховісний".&lt;br /&gt;</w:t>
        <w:br/>
        <w:t>Елегія 9&lt;br /&gt;</w:t>
        <w:br/>
        <w:t>28. Тоант — міфічний володар Тавріди, де Іфігенія була жрицею Діани; зворушений дружбою Ореста й Пілада (останній видав себе за Ореста, аби вберегти життя другові), Тоант пощадив обох.&lt;br /&gt;</w:t>
        <w:br/>
        <w:t>[287]&lt;br /&gt;</w:t>
        <w:br/>
        <w:t>29— Акторід — Патрокл, який в обладунку Ахілла виступив проти Гектора.&lt;br /&gt;</w:t>
        <w:br/>
        <w:t>40. Успіх твій втішив мене.. — Адресат цієї елегії обрав кар'єру судового оратора.&lt;br /&gt;</w:t>
        <w:br/>
        <w:t>49— 3лівих гуркотів грому... — У римських ворожбитів лівий бік вважався сприятливим.&lt;br /&gt;</w:t>
        <w:br/>
        <w:t>57-58. Поважне мистецтво., легковажне.. — Філософія, красномовство та інші "поважні" науки протиставляються "Мистецтву кохання", поетичним заняттям взагалі.&lt;br /&gt;</w:t>
        <w:br/>
        <w:t>Елегія 10&lt;br /&gt;</w:t>
        <w:br/>
        <w:t>1. Корабель мій.. — Описи кораблів та звернення до них — традиційний в античній літературі мотив. Уже другий у подорожі корабель, до якого звертається тут поет, привіз його від Корінфа до острова Самофракії, що між Геллеспонтом і фракійським берегом; його й повинен був зустріти Овідій, діставшись третім кораблем у фракійську гавань Темпіру й суходолом через Фракію (Бістонію) дійшовши до Чорноморського берега; звідси, з однієї з гаваней, про які згадано у віршах 35-41, корабель мав плисти до місця вигнання — в Томи.&lt;br /&gt;</w:t>
        <w:br/>
        <w:t>9— Кенхрея — головний порт Корінфа в Саронській затоці.&lt;br /&gt;</w:t>
        <w:br/>
        <w:t>15— Гелли ім'я відоме.. — Геллеспонт.&lt;br /&gt;</w:t>
        <w:br/>
        <w:t>18. Гектора місто — Троя.&lt;br /&gt;</w:t>
        <w:br/>
        <w:t>19 Зерінф — фракійське місто зі святинею Гекати.&lt;br /&gt;</w:t>
        <w:br/>
        <w:t>32. Двох морів двері.. — Боспор, що між Пропонтидою і Понтом Евксинським.&lt;br /&gt;</w:t>
        <w:br/>
        <w:t>34,47. Між скель Шанейських. — Ідеться про Сімппегади, пов'язані з переказом про аргонавтів: це міфічні скелі, що зіштовхувались, знищуючи тих, хто між ними пропливав; ототожнювались із Босфорською протокою.&lt;br /&gt;</w:t>
        <w:br/>
        <w:t>34-41. Перераховуються гавані й міста на шляху до мілетського (засноване вихідцями з Мілета) міста Томи: Аполлонове місто — Апо-ллонія (нині Созополь); Анхіалієві стіни — Анхіал, місто й фортеця на чорноморському узбережжі Фракії; Одесс (нині Варна); Діонісополь (місто Вакха — Діоніса); Апкатоєві стіни — від Алкатоя, володаря Ме-гари.&lt;br /&gt;</w:t>
        <w:br/>
        <w:t>45— Тіндара сини — Діоскури, Кастор і Поллукс.&lt;br /&gt;</w:t>
        <w:br/>
        <w:t>Елегія 11&lt;br /&gt;</w:t>
        <w:br/>
        <w:t>З— Адрія — місто на березі Адріатичного моря, небезпечного через раптові бурі для мореплавців.&lt;br /&gt;</w:t>
        <w:br/>
        <w:t>5. Море подвійне — тобто Іонійське та Егейське, що з двох боків омиває Корінфський перешийок (Істм).&lt;br /&gt;</w:t>
        <w:br/>
        <w:t>13--16. Перераховуються сузір'я, за якими визначали початок небезпечних для мореплавства осінніх і зимових буряних сезонів: Геди ("Козенята") — у сузір'ї Візничого; Гіади ("Проливні") та Плеяди — в сузір'ї Тельця; Ведмедиці менальської сторож — Арктур, у сузір'ї Волопаса.&lt;br /&gt;</w:t>
        <w:br/>
        <w:t>[288]</w:t>
      </w:r>
    </w:p>
    <w:p>
      <w:r>
        <w:br/>
        <w:t>КНИГА ДРУГА&lt;br /&gt;</w:t>
        <w:br/>
        <w:t>В цій книзі — єдина звернена до Августа елегія, в якій Овідій, використовуючи свою обізнаність із мистецтвом захисних промов на суді, викладає за чіткою композиційною схемою ряд аргументів на своє виправдання, найбільше акцентуючи на тому, що визнає себе винним не в злочині (scelus), а в помилці (error).&lt;br /&gt;</w:t>
        <w:br/>
        <w:t>19— Тевтрантський — тобто місійський: володаря Місії Телефа поранив списом Ахілл, він же й вилікував пораненого.&lt;br /&gt;</w:t>
        <w:br/>
        <w:t>23. Веженосна богиня — Опа, богиня плодючості і врожаю, дружина Сатурна; згодом ототожнювана з Кібелою, зображувалась із зубчастим вінком, у вигляді захисного муру; Цезар (Авґуст) запровадив на її честь свято Опалії (19 вересня).&lt;br /&gt;</w:t>
        <w:br/>
        <w:t>26. Грища. — Йдеться про т. за "вікові" ігри, що влаштовувалися кожні 110 років на честь покровителів Рима Феба й Діани. Винятково пишне святкування відбулося за Августа в 17 р. до н. є. Горацій з цієї нагоди склав свою славетну "Вікову пісню".&lt;br /&gt;</w:t>
        <w:br/>
        <w:t>39. Батько вітчизни — такий титул (Pater Patriae) було присвоєно Августові в 2 р. до н. є.&lt;br /&gt;</w:t>
        <w:br/>
        <w:t>53— Третя стихія — повітря, простори неба. 54. Явним., божеством.. — 27 р. до н. є. Октавіанові було надано почесне прізвисько Августа, тобто "звеличеного божеством".&lt;br /&gt;</w:t>
        <w:br/>
        <w:t>73— Інші співці.. — Мається на увазі передусім Верґілій, який написав на замовлення Октавіана "Ене'щу".&lt;br /&gt;</w:t>
        <w:br/>
        <w:t>94— Десять по десять мужів. — Ідеться про центумвірів, тобто членів колегії, що вирішувала приватні судові справи.&lt;br /&gt;</w:t>
        <w:br/>
        <w:t>137. Засланим... а не вигнанцем.. — Овідій згідно з особистим наказом Августа був засланим (relegatus), а не вигнанцем (exul), до того ж за ним зберігалося майно і громадянські права; тяжче покарання чекало б його, якби справу розглядав сенат чи суд (пор. "С", V, II, 55.&lt;br /&gt;</w:t>
        <w:br/>
        <w:t>165-167. Син~ внуки.. — Тіберій, його син Друз Молодший та Гер-манік (див. прим до "С", І, II, 104).&lt;br /&gt;</w:t>
        <w:br/>
        <w:t>176. Тіберій на той час провадив війну в Паннонії і Далмації.&lt;br /&gt;</w:t>
        <w:br/>
        <w:t>191-198. Перераховано племена, що населяли пониззя Дунаю: фракійські племена ґетів і дашв,меререїв і колхів; іранське плем'яязи-гів, германського або кельтського походження плем'я бастарнів (ба-стернів) селилось північніше, в Карпатах; сармати (савромати) та скіфи — племена Північного Причорномор'я.&lt;br /&gt;</w:t>
        <w:br/>
        <w:t>203— Племен, що Істр їх не зупиняє.. — Мова про ґетів, які з лівого берега Нижнього Дунаю вчиняли набіги на Томи, про що не раз писав Овідій, зокрема в третій книзі "Скорбот".&lt;br /&gt;</w:t>
        <w:br/>
        <w:t>225-226. Паннонія (сучасна Угорщина) та Іллірія (сучасна Югославія) на той час повставали проти Риму; войовничі ретійці, що населяли північні схили Альп, чинили опір Римові, хоч їх підкорив Тіберій у 16-15 рр до н. є.; повставала і Фракія, що з 63 р. до н. є. перебувала під впливом Риму.&lt;br /&gt;</w:t>
        <w:br/>
        <w:t>[289]&lt;br /&gt;</w:t>
        <w:br/>
        <w:t>227. Миру Вірменія жде— — У 20 р. до н. є. Парфія змушена була укласти з Авґустом мир і відступити Римові права на Вірменію; водночас були повернені римські знамена, які потрапили до парфян після поразки Красса в 53 р. до не.&lt;br /&gt;</w:t>
        <w:br/>
        <w:t>229. Юний нащадок — пасинок Августа, Друз, що в 12 р. до н. є. почав наступальні дії проти германських племен у гирлі Рейну.&lt;br /&gt;</w:t>
        <w:br/>
        <w:t>235— Спокій" даруєш" — Римський мир (pax Romana) був офіційним гаслом, підкріпленим і релігійним культом.&lt;br /&gt;</w:t>
        <w:br/>
        <w:t>259. "Аннали" — тобто "Літопис", поема Еннія (239-169 pp. до н. є.), де мовиться про історію Риму, зокрема про те, як Ілія народила від Марса Ромула і Рема.&lt;br /&gt;</w:t>
        <w:br/>
        <w:t>261. "Роду Енея матір" — початкові слова поеми Лукреція "Про природу речей".&lt;br /&gt;</w:t>
        <w:br/>
        <w:t>293— Еріхтоній — міфічний володар Аттіки, що народився з землі від сімені Гефеста, який намагався оволодіти Афіною.&lt;br /&gt;</w:t>
        <w:br/>
        <w:t>295. До Месника в храм — тобто до храму Марса Месника, збудованому на новому Форумі Августа.&lt;br /&gt;</w:t>
        <w:br/>
        <w:t>297. Ісіда — єгипетська богиня, ототожнювана з грецькою Іо, що її покохав Юпітер.&lt;br /&gt;</w:t>
        <w:br/>
        <w:t>299— Анхіс — онук троянського володаря їла; закохавшись, Венера народила від нього Енея. Іасіон — коханець Церери, від якого вона народила Плутоса, бога багатства.&lt;br /&gt;</w:t>
        <w:br/>
        <w:t>300. Ендіміон — прекрасний юнак, що його Юпітер взяв на небо; Люна (Селена) приспала юнака, бажаючи його поцілувати.&lt;br /&gt;</w:t>
        <w:br/>
        <w:t>359— Теренцій — римський комедіограф (185-159 pp. до н. є.); Акцій — найвидатніший римський трагік (II ст. до н. є.).&lt;br /&gt;</w:t>
        <w:br/>
        <w:t>360. В кого пісні про війну. — Маються на увазі епічні поети.&lt;br /&gt;</w:t>
        <w:br/>
        <w:t>363. Теосець — Анакреонт.&lt;br /&gt;</w:t>
        <w:br/>
        <w:t>367. Башшіад — Каллімах (III ст. до н. є.).&lt;br /&gt;</w:t>
        <w:br/>
        <w:t>380. Блукач — Улісс. Цірцея (Кірка) і Каліпсо ~ дві німфи, що закохались у нього.&lt;br /&gt;</w:t>
        <w:br/>
        <w:t>383-408. Наводяться сюжети відомих міфів, до яких часто зверталися поети-трагіки, в тому числі й Овідій у трагедії "Медея", що не збереглася&lt;br /&gt;</w:t>
        <w:br/>
        <w:t>413— Арісгпід — грецький письменник із Мілета (кінець II ст. до н. є.), автор прозового твору на еротичні теми "Мілетські повісті".&lt;br /&gt;</w:t>
        <w:br/>
        <w:t>426. Потрійний., світ.. — За античними уявленнями, світ складався з трьох стихій: землі, води, повітря.&lt;br /&gt;</w:t>
        <w:br/>
        <w:t>431 —444— Перераховуються представники любовної поезії, римські поети І ст. до н. є. — чільний представник "неотериків", наслідувачів александрійських поетів, Катулл; Ліціній Кальв; Тіцід, що під іменем Перілли оспівував свою кохану Метеллу; Ґай Меммій, оратор і поет, адресат поеми Лукреція; Гельвій Цінна, автор поеми про любов Мірри (Смірни) до свого батька Кініра; Ансер, який був прихильником і співцем Антонія; Корніфіцій — поет, наближений до Цезаря; Валерій Ка-тон, граматик і поет, ВарронАтацинський, автор поеми про плавання Арго; оратори Гортензій і Сервій Руф, історик Сісенна, який переклав латинською мовою еротичний твір Арістіда.&lt;br /&gt;</w:t>
        <w:br/>
        <w:t>[290]&lt;br /&gt;</w:t>
        <w:br/>
        <w:t>491— Грудень — місяць, на середину якого припадало свято Сатурналії&lt;br /&gt;</w:t>
        <w:br/>
        <w:t>497. Міми — різновид народного театру, для якого були характерні любовні та побутові сцени.&lt;br /&gt;</w:t>
        <w:br/>
        <w:t>508. Претор., платить.. — В обов'язки претора входила також оплата видовищ для народу.&lt;br /&gt;</w:t>
        <w:br/>
        <w:t>519 Мої" звучали поеми.. — В оригіналі: "виконувались у супроводі танцю" (saltata); йдеться про "пантоміму", щось на зразок балету: під звучання тексту (наприклад, Овідієвих Тероїд") актор мімікою та рухами відтворював дію.&lt;br /&gt;</w:t>
        <w:br/>
        <w:t>534.3 ложем, що в Тірі.. — Йдеться про оспіване в IV книзі "Енеіщи" кохання Енея і Дідони, дочки Бела, володаря фінікійського міста Тіра.&lt;br /&gt;</w:t>
        <w:br/>
        <w:t>538. На буколічнім ладу.. — Тобто "пастушому"; Філліда їлАмарілла — героїні "Пастуших пісень" ("Буколік"), що в них Вергілій наслідує родоначальника цього жанру грецького поета Теокріта із Сіракуз (III ст. до н. є.).&lt;br /&gt;</w:t>
        <w:br/>
        <w:t>553-Для високих котурнів.. — Тобто в жанрі трагедії (котурн — високе взуття трагічних акторів); йдеться про трагедію "Медея", що не збереглася.&lt;br /&gt;</w:t>
        <w:br/>
        <w:t>567. Калліопа — муза епічної поезії</w:t>
      </w:r>
    </w:p>
    <w:p>
      <w:r>
        <w:br/>
        <w:t>КНИГА ТРЕТЯ&lt;br /&gt;</w:t>
        <w:br/>
        <w:t>Елегія 1&lt;br /&gt;</w:t>
        <w:br/>
        <w:t>Елегію також переклав Г. Кочур.&lt;br /&gt;</w:t>
        <w:br/>
        <w:t>29— Палладій — статуя Паллади, що начебто впала з неба в Трою; звідти предки римлян привезли її і вмістили у храмі Вести.&lt;br /&gt;</w:t>
        <w:br/>
        <w:t>30. Нуми житло — дім Нуми Помпілія, другого після Ромула володаря Риму; вславився справедливістю і миролюбністю.&lt;br /&gt;</w:t>
        <w:br/>
        <w:t>32. Статор — давній храм Юпітера Статора — "того, хто зупиняє при відступі".&lt;br /&gt;</w:t>
        <w:br/>
        <w:t>36-39. Дубовий вінок — військова нагорода за врятування громадянина; лавр — знак тріумфатора і водночас присвячене Аполлонові (Фебові) дерево; переможна битва Авґуста з Антонієм біля Акцію відбулася неподалік від Левкадського храму Аполлона — "буйноволосого бога" (59).&lt;br /&gt;</w:t>
        <w:br/>
        <w:t>65— Шукала сестер... — Тобто інших книг, окрім "Мистецтва кохання".&lt;br /&gt;</w:t>
        <w:br/>
        <w:t>67. Охоронець покоїв.. — Мається на увазі бібліотека на Палатин-ському пагорбі, охоронцем якої був вільновідпущеник Авґуста граматик Ґай Юлій Ґіґін.&lt;br /&gt;</w:t>
        <w:br/>
        <w:t>71. Свобода. — Йдеться про храм богині Свободи на Палатині, де була ще одна, найдавніша бібліотека.&lt;br /&gt;</w:t>
        <w:br/>
        <w:t>[291]&lt;br /&gt;</w:t>
        <w:br/>
        <w:t>Елегія 2&lt;br /&gt;</w:t>
        <w:br/>
        <w:t>4. Латони син —Аполлон, проводир Муз (Пієрид). 28. Ще одного божества.. — Тобто Авґуста.&lt;br /&gt;</w:t>
        <w:br/>
        <w:t>Елегія З&lt;br /&gt;</w:t>
        <w:br/>
        <w:t>59. / тіло нищила, й душу.. — За вченням Епікура (а отже, й Лук-реція), душа вмирає разом із тілом; Піфагор, "старець самоський", навчав про безсмертя душі.&lt;br /&gt;</w:t>
        <w:br/>
        <w:t>64. Мани — духи померлих.&lt;br /&gt;</w:t>
        <w:br/>
        <w:t>Елегія 4&lt;br /&gt;</w:t>
        <w:br/>
        <w:t>19. Ельпенор — один із супутників Улісса; сп'янілий, впав із крівлі палацу Кірки (Цірце'і).&lt;br /&gt;</w:t>
        <w:br/>
        <w:t>25. Хто вмів ховатися добре.. — Натяк на Епікурів заклик "Проживи непомітно".&lt;br /&gt;</w:t>
        <w:br/>
        <w:t>27. Евмед — батько троянця Долона, що його вбив під час нічної вилазки в табір греків Діомед, про що йдеться в X книзі "Іліади".&lt;br /&gt;</w:t>
        <w:br/>
        <w:t>49— Боспор — нині Керченська протока. Танагс — Дон.&lt;br /&gt;</w:t>
        <w:br/>
        <w:t>Елегія 5&lt;br /&gt;</w:t>
        <w:br/>
        <w:t>38. Старець дарданський — Пріам. Ідеться про славетну сцену з "Іліади" (XXTV, 473-570).&lt;br /&gt;</w:t>
        <w:br/>
        <w:t>40. Ематійський вождь — Александр Македонський, що вшанував своїх ворогів Пора і Дарія.&lt;br /&gt;</w:t>
        <w:br/>
        <w:t>42. Зять Юнони — Геркулес, який одружився на небі з Гебою, донькою Юнони.&lt;br /&gt;</w:t>
        <w:br/>
        <w:t>Елегія 7&lt;br /&gt;</w:t>
        <w:br/>
        <w:t>1. Перілла — невідома поетеса часів Овідія Деякі коментатори вважають, що йдеться про доньку Овідія.&lt;br /&gt;</w:t>
        <w:br/>
        <w:t>15. До Пегасових вод — тобто до джерела Гіппокрене на горі Гелікон у Беотії, яке заструміло на тому місці, де вдарив копитом об скелю крилатий кінь Пегас.&lt;br /&gt;</w:t>
        <w:br/>
        <w:t>20. Поетесу Сапфо (VII ст. до н. є.) з острова Лесбос називали десятою Музою.&lt;br /&gt;</w:t>
        <w:br/>
        <w:t>42. Крез — найбагатший володар Лідії (VI ст. до н. є.); Ір — жебрак з "Одіссеї"; перший — символ казкового багатства; другий — крайнього зубожіння.&lt;br /&gt;</w:t>
        <w:br/>
        <w:t>50. Житиме слава моя. — Тобто "говоритимуть про мене": лат. farm від fan — говорити; в цьому — "безсмертя"; безмовність (забуття) — смерть. У такому значенні "слава" — протилежність до марнославства, похвальби, в якійсь мірі — до поняття "gloria" (пор. "С", V, І, 75).&lt;br /&gt;</w:t>
        <w:br/>
        <w:t>[292]&lt;br /&gt;</w:t>
        <w:br/>
        <w:t>Елегія 8&lt;br /&gt;</w:t>
        <w:br/>
        <w:t>1. Тріптолемову.. колісницю.. — Див. прим. 16 до "Л.", III, VI.&lt;br /&gt;</w:t>
        <w:br/>
        <w:t>4. Еета дочка — Медея.&lt;br /&gt;</w:t>
        <w:br/>
        <w:t>34. Дві частини єства.. — Тобто тіло (corpus) і душа (mens); ці терміни закріпились і в латиномовному судочинстві нових часів: у початковій фразі судового запису відзначалося, що підсудний став перед судом corpore et mente sanus — "здоровий тілом і душею".&lt;br /&gt;</w:t>
        <w:br/>
        <w:t>Елегія 9&lt;br /&gt;</w:t>
        <w:br/>
        <w:t>Елегію переклав також І Франко.&lt;br /&gt;</w:t>
        <w:br/>
        <w:t>1. Де варвар усюди.. — Йдеться про племена, що розмовляють чужими (не латинською і не грецькою) мовами.&lt;br /&gt;</w:t>
        <w:br/>
        <w:t>6, 33— Назва "Томи", за грецькою народною етимологією, походить начебто від дієслова temno (пор.: ана-томія) — "розтинаю" і пов'язується з легендою про Медею: намагаючись затримати погоню свого батька Еета за аргонавтами, вона вбила свого брата Абсирта і порозкидала полем частини його тіла.&lt;br /&gt;</w:t>
        <w:br/>
        <w:t>13— Мінійці — аргонавти (від назви племені, що жило спочатку в Фессалії, згодом — у Беотії).&lt;br /&gt;</w:t>
        <w:br/>
        <w:t>Елегія 10&lt;br /&gt;</w:t>
        <w:br/>
        <w:t>Елегія відома під назвою "Зима в Томах"; українською її переклали також І. Франко, Г. Кочур.&lt;br /&gt;</w:t>
        <w:br/>
        <w:t>3. Під сузір'ями... — Тобто під Ведмедицями, що в північних краях не заходять.&lt;br /&gt;</w:t>
        <w:br/>
        <w:t>41. Леандр — див. прим, до "Л", II, XVI, 31.&lt;br /&gt;</w:t>
        <w:br/>
        <w:t>54. З іншого берега.. — Див. прим, до "М.", І, 457.&lt;br /&gt;</w:t>
        <w:br/>
        <w:t>Елегія 11&lt;br /&gt;</w:t>
        <w:br/>
        <w:t>39-40. Бусірід — легендарний володар Єгипту, що приносив людські жертви, поки його не вбив Геркулес. Хто., бика розпікав.. — Сі-цілійський тиран Фаларід (VI ст. до н. є.), який, за переказом, спалював людей у мідному бикові; першим поплатився винахідник мідного бика — Перілл.&lt;br /&gt;</w:t>
        <w:br/>
        <w:t>Елегія 12&lt;br /&gt;</w:t>
        <w:br/>
        <w:t>1. Кінець уже року. — Йдеться про т. зв. "рік Ромула", коли першим місяцем року був березень (Martius); згодом перед ним було додано січень і лютий (Januarius, Februarius).&lt;br /&gt;</w:t>
        <w:br/>
        <w:t>3. Той, хто., не зміг переправити Геллу. — Золоторунний баран, на якому Гелла, дочка Атаманта й Нефели, разом із братом Фріксом [293] утікали до Колхіди, проте Гелла впала в море (Геллеспонт); звідси — сузір'я Овна, в якому перебуває Сонце при весняному рівноденні.&lt;br /&gt;</w:t>
        <w:br/>
        <w:t>17-18. Поступається— забавам Форум.. — Йдеться про березневі та квітневі свята (Квінкватрїї, Мегалесїі, Цереалії), під час яких припинялося ведення судових спраа&lt;br /&gt;</w:t>
        <w:br/>
        <w:t>24. Замість форумів трьох.. — Йдеться про найдавніший, Римський форум, а також про форуми Цезаря й Августа; три театри — Пом-пея, Марцелла і Бальба (див. прим, до "М", І, 67-71).&lt;br /&gt;</w:t>
        <w:br/>
        <w:t>46. Богу латинів — тобто Юпітерові. Тріумфатори, завершуючи врочистості, складали жертви в його Капітолійському храмі.&lt;br /&gt;</w:t>
        <w:br/>
        <w:t>47-^8. Германія буйна., схилила" чоло. — Йдеться про придушення повстання 6-9 pp. н. є. та наступні успішні походи Тіберія.&lt;br /&gt;</w:t>
        <w:br/>
        <w:t>Елегія 13&lt;br /&gt;</w:t>
        <w:br/>
        <w:t>2.3 обігом часу.. — Йшов другий рік перебування Овідія у вигнанні; його день народження — 20 березня 10 р. н. є. День народження для римлян — це вшанування безкровними жертвами (калачами, ладаном, ягодами) "генія", божества, що народжується з людиною і опікується нею впродовж усього життя.&lt;br /&gt;</w:t>
        <w:br/>
        <w:t>22. Кипарис — атрибут похоронних обрядів.&lt;br /&gt;</w:t>
        <w:br/>
        <w:t>28. Даремно., прозвали "Евксин"" — У перекладі з грецької значить "гостинний"; давня назва — "Понт Аксинський", тобто "негостинний".&lt;br /&gt;</w:t>
        <w:br/>
        <w:t>Елегія 14&lt;br /&gt;</w:t>
        <w:br/>
        <w:t>13— Без матері. — Афіна Паллада, за переказом, народилась із голови Зевса (Юпітера).&lt;br /&gt;</w:t>
        <w:br/>
        <w:t>17. Трьох моїх діток.. — Тобто трьох книг "Мистецтва кохання".</w:t>
      </w:r>
    </w:p>
    <w:p>
      <w:r>
        <w:br/>
        <w:t>КНИГА ЧЕТВЕРТА&lt;br /&gt;</w:t>
        <w:br/>
        <w:t>Елегія 1&lt;br /&gt;</w:t>
        <w:br/>
        <w:t>15-16. Діва Лірнеська — Брісеїда. Струн гемонійських.. — Тобто фессалійських&lt;br /&gt;</w:t>
        <w:br/>
        <w:t>17. Жону свою. — Йдеться про Еврідіку (див. "Метаморфози", X).&lt;br /&gt;</w:t>
        <w:br/>
        <w:t>31. Дуліхійці — супутники Улісса (про лотофагів — див у IX кн. "Одіссеї").&lt;br /&gt;</w:t>
        <w:br/>
        <w:t>42-43— Едонійські верхи.. — Тобто фракійські; звідси походить екстатичний культ Вакха; його атрибут — обвита плющем та виноградним листям із ялиновою шишкою зверху палиця, що була також символом поетичного натхнення&lt;br /&gt;</w:t>
        <w:br/>
        <w:t>[294]&lt;br /&gt;</w:t>
        <w:br/>
        <w:t>Елегія 2&lt;br /&gt;</w:t>
        <w:br/>
        <w:t>8. Цезарі жертву— кладуть. — Головний тріумфатор (як верховний командувач військами) Август і Тіберій, що відзначився у походах на Германію в 10 та 11 pp. Овідій уявляє собі різні етапи тріумфу.&lt;br /&gt;</w:t>
        <w:br/>
        <w:t>9-11— Парость між ними.. — Спадкоємці Тіберія — Друз Молодший і Германік; невістки — Лівілла і Аґріппіна, їхні дружини.&lt;br /&gt;</w:t>
        <w:br/>
        <w:t>41-43. Рейн., з обламаним рогом" — Річкові боги зображувались рогатими (пор. "М.", І, 213-228).&lt;br /&gt;</w:t>
        <w:br/>
        <w:t>Елегія З&lt;br /&gt;</w:t>
        <w:br/>
        <w:t>2. Фінікійські" грецькі веде кораблі.. — За Великою Ведмедицею звіряли свій шлях грецькі, за Малою — фінікійські мореплавці.&lt;br /&gt;</w:t>
        <w:br/>
        <w:t>8. За відомою легендою, Рем жартома перестрибнув через тільки-но закладені стіни Рима, за що його вбив старший брат Ромул.&lt;br /&gt;</w:t>
        <w:br/>
        <w:t>29— Фіванська жона — Андромаха, дружина Гектора, дочка фіван-ського володаря Еетіона.&lt;br /&gt;</w:t>
        <w:br/>
        <w:t>37. У сльозах своя насолода" — "Чому сльози — насолода в печалі?" — запитує Авґустин Блаженний у своїй "Сповіді" (TV, V).&lt;br /&gt;</w:t>
        <w:br/>
        <w:t>63-68. Капаней — аргоський володар, один із семи героїв у поході проти Фів; за похваляння Юпітер уразив його блискавкою (його дружина Евадна спалила себе в похоронному вогнищі чоловіка). Від Юпітерової блискавки загинув покараний за зухвалість Фаетон ("Метаморфози", II). Так само загинула й дочка Кадма Семела ("Метаморфози", III). Всі вони були гідно пошановані й оплакані.&lt;br /&gt;</w:t>
        <w:br/>
        <w:t>77-78. Тіфій — див. прим до "М.", І, 6, Феб-Аполлон був також бо-гом-цілителем: "рятівник" — один із його епітетів.&lt;br /&gt;</w:t>
        <w:br/>
        <w:t>Елегія 4&lt;br /&gt;</w:t>
        <w:br/>
        <w:t>Адресат елегії, на думку більшості коментаторів, — Мессалін, син Мессали, покровителя мистецтв, політичного діяча, оратора, прихильника Августа.&lt;br /&gt;</w:t>
        <w:br/>
        <w:t>56. Аксинський — див. прим, до "С", III, XIII, 28.&lt;br /&gt;</w:t>
        <w:br/>
        <w:t>63— Богиня-лучниця — Діана.&lt;br /&gt;</w:t>
        <w:br/>
        <w:t>65-67. Тоант — див. прим, до "С", І, X, 28.&lt;br /&gt;</w:t>
        <w:br/>
        <w:t>71. Фокеець — див. прим, до "С", І, V, 21.&lt;br /&gt;</w:t>
        <w:br/>
        <w:t>77. Стрічкою пов'язували голову тому, кого приносили в жертву.&lt;br /&gt;</w:t>
        <w:br/>
        <w:t>87. Бог — тут: Авґуст.&lt;br /&gt;</w:t>
        <w:br/>
        <w:t>Елегія 5&lt;br /&gt;</w:t>
        <w:br/>
        <w:t>2. Наче до вівтаря" горнусь. — Той, хто припав до вівтаря, за давнім звичаєм, був недоторканним (пор. "С", V, II, 43-44). 30. Близнюк — Поллукс.&lt;br /&gt;</w:t>
        <w:br/>
        <w:t>[295]&lt;br /&gt;</w:t>
        <w:br/>
        <w:t>Елегія 6&lt;br /&gt;</w:t>
        <w:br/>
        <w:t>31. Борець на., арені.. — Йдеться про атлетичні змагання.&lt;br /&gt;</w:t>
        <w:br/>
        <w:t>Елегія 7&lt;br /&gt;</w:t>
        <w:br/>
        <w:t>13. Діви — тобто Скілли.&lt;br /&gt;</w:t>
        <w:br/>
        <w:t>17. Тритглий пастух — Геріон, міфічний велетень, що жив на крайньому заході (Іспанія).&lt;br /&gt;</w:t>
        <w:br/>
        <w:t>18. Чоловік-напівбик — Мінотавр.&lt;br /&gt;</w:t>
        <w:br/>
        <w:t>Елегія 8&lt;br /&gt;</w:t>
        <w:br/>
        <w:t>36. З колісниці— друзки лишились.. — "Перебіг життя" латинською мовою curriculum vitae — буквально: "колісниця життя".&lt;br /&gt;</w:t>
        <w:br/>
        <w:t>43. Додана — місто в Епірі (Греція), відоме оракулом Юпітера. Дельфи (Середня Греція) — релігійний центр із храмом і оракулом Аполлона.&lt;br /&gt;</w:t>
        <w:br/>
        <w:t>46. Батько — Юпітер.&lt;br /&gt;</w:t>
        <w:br/>
        <w:t>Елегія 9&lt;br /&gt;</w:t>
        <w:br/>
        <w:t>6. Тісіфона — одна з Фурій, богинь-месниць.&lt;br /&gt;</w:t>
        <w:br/>
        <w:t>Елегія 10&lt;br /&gt;</w:t>
        <w:br/>
        <w:t>Цю елегію-життєпис, одну з найвідоміших, переклали також І. Франко, М. Зеров.&lt;br /&gt;</w:t>
        <w:br/>
        <w:t>6. Консули — Гірцій і Панса, що загинули біля Мутіни (21 квітня, 43 р. до н. є.) в битві проти Марка Антонія.&lt;br /&gt;</w:t>
        <w:br/>
        <w:t>13-3 другим днем п'ятиденного свята Мінерви (19-23 березня) починалися гладіаторські ігри, отже, 20 березня народилися Овідій і його старший брат.&lt;br /&gt;</w:t>
        <w:br/>
        <w:t>28-29— Тоїу дорослу.. — Врочисте вдягання дорослої тоґи (з 17 років) було знаком громадянського повноліття; широка пурпурова облямівка означала, що юнак має намір домагатися державних посад (сенат, курія); вузька — знак того, що він задовольняється вершницьким станом.&lt;br /&gt;</w:t>
        <w:br/>
        <w:t>39— Аонійські сестри — Музи.&lt;br /&gt;</w:t>
        <w:br/>
        <w:t>43— Макр — Емілій Макр, автор дидактичних поем про походження птахів ("Орнітогонія") та про різні протиотрути ("Теріака").&lt;br /&gt;</w:t>
        <w:br/>
        <w:t>95. Пісейська олива — нагорода за перемогу на ігрищах в Олімпії, неподалік від давньої Піси, що відбувалися кожні чотири роки; римляни вважали цей проміжок п'ятиліттям; отже, на заслання Овідій пішов у віці 50 років.&lt;br /&gt;</w:t>
        <w:br/>
        <w:t>[296]</w:t>
      </w:r>
    </w:p>
    <w:p>
      <w:r>
        <w:br/>
        <w:t>КНИГА П'ЯТА Елегія 1&lt;br /&gt;</w:t>
        <w:br/>
        <w:t>11. Каїстр — ріка в Лідії&lt;br /&gt;</w:t>
        <w:br/>
        <w:t>53-54. В Перілловій міді.. — Див. прим, до "С", III, II, 39-40.&lt;br /&gt;</w:t>
        <w:br/>
        <w:t>61. Пеанта син (Пеантід) — Філоктет; греки, пливучи до Трої, залишили його з невигойною раною від укусу змії на острові Лемнос.&lt;br /&gt;</w:t>
        <w:br/>
        <w:t>63— Замкнутий біль., душить— — Пор.: "Виповнюється і виводиться — слізьми" ("С", IV; III, 37-38).&lt;br /&gt;</w:t>
        <w:br/>
        <w:t>Елегія 2&lt;br /&gt;</w:t>
        <w:br/>
        <w:t>15. Телеф — див. прим, до "С", II, 19-&lt;br /&gt;</w:t>
        <w:br/>
        <w:t>73— За античними уявленнями — міфічна Харібда перебувала у водах Месінської (Занклейської) протоки.&lt;br /&gt;</w:t>
        <w:br/>
        <w:t>76. Левкаш' бог — Аполлон. Ідеться про людські жертви, якими в доісторичні часи вшановували тут цього бога.&lt;br /&gt;</w:t>
        <w:br/>
        <w:t>Елегія З&lt;br /&gt;</w:t>
        <w:br/>
        <w:t>1. Той день.. — Тобто 17 березня, коли святкували "Лібералії" на честь Вакха (Лібера), що був також опікуном і натхненником поетів.&lt;br /&gt;</w:t>
        <w:br/>
        <w:t>17. Вирок сестер.. — Йдеться про богинь долі (Парки у римлян, Мойри — у греків).&lt;br /&gt;</w:t>
        <w:br/>
        <w:t>21. До Стрімону.. вийшов.. — Вакх, мандруючи світом, навчав людей виноробства; початком його шляху була Фракія, де пропливає Стрімон, кінцем — Індія.&lt;br /&gt;</w:t>
        <w:br/>
        <w:t>25. Двічірожденному.. — Перший раз, передчасно, від Семели, що загинула, коли до неї наблизився Громовержець — Юпітер; удруге — від Юпітера, свого батька.&lt;br /&gt;</w:t>
        <w:br/>
        <w:t>29-30. Із фіванських Мурів., скинув Юпітер— — Див. прим, до "С",&lt;br /&gt;</w:t>
        <w:br/>
        <w:t>IV, III, 63-68.&lt;br /&gt;</w:t>
        <w:br/>
        <w:t>39-40. Фракійський володар Лікург і фіванський Пентей не визнавали Вакха ("Метаморфози", III; "Вакханки" Евріпіда).&lt;br /&gt;</w:t>
        <w:br/>
        <w:t>41. Дружини... вінок.. — Ідеться про Аріадну, дружину Вакха; боги подарували їй весільний вінець, що згодом став сузір'ям (Північна Корона).&lt;br /&gt;</w:t>
        <w:br/>
        <w:t>Елегія 4&lt;br /&gt;</w:t>
        <w:br/>
        <w:t>25-26. Уславлені пари друзів: Ніс і Евріал; Тесей (син Егея, Егід) і Пірітой; Патрокл (син Менетія, Менетіад) і Ахілл; Орест і його супутник — Пілад&lt;br /&gt;</w:t>
        <w:br/>
        <w:t>Елегія 5&lt;br /&gt;</w:t>
        <w:br/>
        <w:t>1. Господині — тобто дружини.&lt;br /&gt;</w:t>
        <w:br/>
        <w:t>[297]&lt;br /&gt;</w:t>
        <w:br/>
        <w:t>3. Лаерта син — Улісс.&lt;br /&gt;</w:t>
        <w:br/>
        <w:t>34. Двом— братам. — Ідеться про Етеокла і Полініка, синів фіван-ського володаря Едіпа, братів Антігони. Батггйв нащадок — Каллімах&lt;br /&gt;</w:t>
        <w:br/>
        <w:t>44. Ікарій — батько Пенелопи, що була зразком подружньої вірності; Еетіон — батько Андромахи, дружини Гектара.&lt;br /&gt;</w:t>
        <w:br/>
        <w:t>53-58. Ехіонове місто — Фіви, від Ехіона, який разом із Кадмом заснував Фіви. Евадна — дружина Капанея (див. прим, до "G", IV, III, 63-68); одну з-поміж дочок Пелія.. — Йдеться про Алкесгу, що погодилася померти замість свого чоловіка Адмета. Лаодамія — дружина Протесілая, що заподіяла собі смерть, коли той загинув під Троєю (Іліоном).&lt;br /&gt;</w:t>
        <w:br/>
        <w:t>Елегія 7&lt;br /&gt;</w:t>
        <w:br/>
        <w:t>25-26. Пісням моїм плеще" — Йдеться, очевидно, про Тероїди" (див. прим, до "G", II, 519).&lt;br /&gt;</w:t>
        <w:br/>
        <w:t>36. По катарейських" водах.. — Диа прим, до "С", І, І, 83-&lt;br /&gt;</w:t>
        <w:br/>
        <w:t>Елегія 8&lt;br /&gt;</w:t>
        <w:br/>
        <w:t>9. Рамнусія — богиня помсти (Немесіда), від Рамнунта, що в Аттіці, де був храм цієї богині.&lt;br /&gt;</w:t>
        <w:br/>
        <w:t>16. Вертка" — 3 уявленням про непостійність Фортуни пов'язане т. зв. "колесо долі": обертаючись, то підносить людину до вершин щастя, то стрімголов опускає вниз.&lt;br /&gt;</w:t>
        <w:br/>
        <w:t>Елегія 9&lt;br /&gt;</w:t>
        <w:br/>
        <w:t>17. З пагорба всяк, поглядав" — Ремінісценція початкових рядків із другої книги поеми Лукреція "Про природу речей":&lt;br /&gt;</w:t>
        <w:br/>
        <w:t>Солодко, бурю зустрінутий в затишку на узбережжі, Море здаля споглядать, де інший потрапив у скруту...&lt;br /&gt;</w:t>
        <w:br/>
        <w:t>37. Поки ще бачу" сонячне світло" — "Бачити сонце" у греків і римлян означало "жити".&lt;br /&gt;</w:t>
        <w:br/>
        <w:t>Елегія 10&lt;br /&gt;</w:t>
        <w:br/>
        <w:t>3. Стільки літ" — Тобто десять років&lt;br /&gt;</w:t>
        <w:br/>
        <w:t>13. Назва оманлива" — Див. прим до "С", III, XIII, 28.&lt;br /&gt;</w:t>
        <w:br/>
        <w:t>45. Лахеса — одна з трьох Парок; снувала нитку життя. З уявленням про цю богиню пов'язана й наша метафора: "обірвалося" життя.&lt;br /&gt;</w:t>
        <w:br/>
        <w:t>[298]&lt;br /&gt;</w:t>
        <w:br/>
        <w:t>Елегія 12&lt;br /&gt;</w:t>
        <w:br/>
        <w:t>12.Аніт — один із обвинувачів Сократа; звинувачений у "безбожжі" та в "розбещенні" молоді, згідно з судовим вироком, Сократ випив отруту.&lt;br /&gt;</w:t>
        <w:br/>
        <w:t>16. Не написав би й рядка. — Приклад не зовсім вдалий, бо Сократ лише вів бесіди, про що, зрозуміло, Овідій добре знав.&lt;br /&gt;</w:t>
        <w:br/>
        <w:t>Елегія 13&lt;br /&gt;</w:t>
        <w:br/>
        <w:t>1. Здоровлення шлю тобі. — Римляни зичили здоров'я і при вітанні (salve), і при прощанні (vale).&lt;br /&gt;</w:t>
        <w:br/>
        <w:t>25. Не таким, як ти є, видаватись" — Ідеться про морально-етичну проблему "бути і видаватися", витоки якої — у грецькій трагедії (Есхіл, "Семеро проти Фів", 570).&lt;br /&gt;</w:t>
        <w:br/>
        <w:t>Елегія 14&lt;br /&gt;</w:t>
        <w:br/>
        <w:t>35-40. Повторено приклади жіночої вірності, що наводились у "С", V, V, 53-58 (див. прим); Іфіса донька — Евадна; філакійська жона — Лаодамія.&lt;br /&gt;</w:t>
        <w:br/>
        <w:t>[299]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Сумні елегії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