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Судна дорога</w:t>
      </w:r>
    </w:p>
    <w:p>
      <w:r>
        <w:br/>
        <w:t xml:space="preserve"> I&lt;br /&gt;</w:t>
        <w:br/>
        <w:t>Дві неділі, дві вінечні долі,&lt;br /&gt;</w:t>
        <w:br/>
        <w:t>над гризню гармат рідніли.&lt;br /&gt;</w:t>
        <w:br/>
        <w:t>Хоч від гілки віолет медовий&lt;br /&gt;</w:t>
        <w:br/>
        <w:t>близько брався до одвірків.</w:t>
      </w:r>
    </w:p>
    <w:p>
      <w:r>
        <w:br/>
        <w:t>Грішник, де з навал незваних танків&lt;br /&gt;</w:t>
        <w:br/>
        <w:t>близять розблиски в розбої, —&lt;br /&gt;</w:t>
        <w:br/>
        <w:t>став: стріляйте! а не згоден знати&lt;br /&gt;</w:t>
        <w:br/>
        <w:t>тьми з неправди гробової.</w:t>
      </w:r>
    </w:p>
    <w:p>
      <w:r>
        <w:br/>
        <w:t>І калікою з обжинків крови,&lt;br /&gt;</w:t>
        <w:br/>
        <w:t>дотерпівши смерть, як прірву,&lt;br /&gt;</w:t>
        <w:br/>
        <w:t>звівся — кривду ночі відбороти:&lt;br /&gt;</w:t>
        <w:br/>
        <w:t>в знаках дикістю звірину.</w:t>
      </w:r>
    </w:p>
    <w:p>
      <w:r>
        <w:br/>
        <w:t>Вибийся з тенет: мов олень рани,&lt;br /&gt;</w:t>
        <w:br/>
        <w:t>огняної — в плечі хворі.&lt;br /&gt;</w:t>
        <w:br/>
        <w:t>По крижинах моря, в вибух браних,&lt;br /&gt;</w:t>
        <w:br/>
        <w:t>вийди крізь метіль безкормиць…</w:t>
      </w:r>
    </w:p>
    <w:p>
      <w:r>
        <w:br/>
        <w:t>Тінню непривітною, а встати —&lt;br /&gt;</w:t>
        <w:br/>
        <w:t>з праху, з пастки навернувшись:&lt;br /&gt;</w:t>
        <w:br/>
        <w:t>тінню Савла — на поріг останній,&lt;br /&gt;</w:t>
        <w:br/>
        <w:t>де досвітлюються душі.</w:t>
      </w:r>
    </w:p>
    <w:p>
      <w:r>
        <w:br/>
        <w:t>Нивами обнов, де й горе кожне,&lt;br /&gt;</w:t>
        <w:br/>
        <w:t>множиться на грізний сполох:&lt;br /&gt;</w:t>
        <w:br/>
        <w:t>до джерел, як птах з пожеж, чи зможе&lt;br /&gt;</w:t>
        <w:br/>
        <w:t>перейти душа поволі?</w:t>
      </w:r>
    </w:p>
    <w:p>
      <w:r>
        <w:br/>
        <w:t>Дві неділі — дві любові: в крузі&lt;br /&gt;</w:t>
        <w:br/>
        <w:t>сонця й місяця взоріли,&lt;br /&gt;</w:t>
        <w:br/>
        <w:t>обіходячи, аж море скрушить&lt;br /&gt;</w:t>
        <w:br/>
        <w:t>гріх і посклада зернини.</w:t>
      </w:r>
    </w:p>
    <w:p>
      <w:r>
        <w:br/>
        <w:t>II&lt;br /&gt;</w:t>
        <w:br/>
        <w:t>Дві неділі, — де не змовкне в ярмах&lt;br /&gt;</w:t>
        <w:br/>
        <w:t>океан! (і гори чули);&lt;br /&gt;</w:t>
        <w:br/>
        <w:t>що одна світанний вінчик брала,&lt;br /&gt;</w:t>
        <w:br/>
        <w:t>друга з полудня палючий.&lt;br /&gt;</w:t>
        <w:br/>
        <w:t>Подаровано не мідну скриню,&lt;br /&gt;</w:t>
        <w:br/>
        <w:t>а сердечну правду в денність.&lt;br /&gt;</w:t>
        <w:br/>
        <w:t>Знов галузками садів наринуть,&lt;br /&gt;</w:t>
        <w:br/>
        <w:t>ганячись, вали квітневі.</w:t>
      </w:r>
    </w:p>
    <w:p>
      <w:r>
        <w:br/>
        <w:t>Все, що зріднене від серця — вічне;&lt;br /&gt;</w:t>
        <w:br/>
        <w:t>понад океанний розпач:&lt;br /&gt;</w:t>
        <w:br/>
        <w:t>буде все біліти! в зірці скличе —&lt;br /&gt;</w:t>
        <w:br/>
        <w:t>жити, де зійшла, дівоча.</w:t>
      </w:r>
    </w:p>
    <w:p>
      <w:r>
        <w:br/>
        <w:t>На безмежності по димній смузі,&lt;br /&gt;</w:t>
        <w:br/>
        <w:t>переходячи, вітрильце —&lt;br /&gt;</w:t>
        <w:br/>
        <w:t>свідчить, свічкове! хоч вітер змучив:&lt;br /&gt;</w:t>
        <w:br/>
        <w:t>півпелюстки з бурі бризне.</w:t>
      </w:r>
    </w:p>
    <w:p>
      <w:r>
        <w:br/>
        <w:t>Нам розділено стежки пропащі —&lt;br /&gt;</w:t>
        <w:br/>
        <w:t>з вибухів, при злих руїнах…&lt;br /&gt;</w:t>
        <w:br/>
        <w:t>скрізь війна: світопожежний ящер&lt;br /&gt;</w:t>
        <w:br/>
        <w:t>пекла! — до країв куріла.</w:t>
      </w:r>
    </w:p>
    <w:p>
      <w:r>
        <w:br/>
        <w:t>Морок стінами біди з безодні&lt;br /&gt;</w:t>
        <w:br/>
        <w:t>від зірок стежки відрізав —&lt;br /&gt;</w:t>
        <w:br/>
        <w:t>хоч трояндні відсвіти назовні&lt;br /&gt;</w:t>
        <w:br/>
        <w:t>в хмарі, що пашить, залізна.</w:t>
      </w:r>
    </w:p>
    <w:p>
      <w:r>
        <w:br/>
        <w:t>Вже ізгой — на другім боці ночі —&lt;br /&gt;</w:t>
        <w:br/>
        <w:t>до пророцтва зміг припасти…&lt;br /&gt;</w:t>
        <w:br/>
        <w:t>мирний океан! стокрилля множить:&lt;br /&gt;</w:t>
        <w:br/>
        <w:t>з горами, біліш від айстри.</w:t>
      </w:r>
    </w:p>
    <w:p>
      <w:r>
        <w:br/>
        <w:t>Друга на порозі перестріла,&lt;br /&gt;</w:t>
        <w:br/>
        <w:t>від його човнів і серпня,&lt;br /&gt;</w:t>
        <w:br/>
        <w:t>витканого з блискавки — неділя&lt;br /&gt;</w:t>
        <w:br/>
        <w:t>друга: криник! милосердна.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Судна 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