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Суддя та його кат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Суддя та його кат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