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Суд</w:t>
      </w:r>
    </w:p>
    <w:p>
      <w:r>
        <w:br/>
        <w:t xml:space="preserve"> &lt;p&gt;І</w:t>
      </w:r>
    </w:p>
    <w:p>
      <w:r>
        <w:br/>
        <w:t>Ковалюк підняв орчик догори та й казав музикам:</w:t>
      </w:r>
    </w:p>
    <w:p>
      <w:r>
        <w:br/>
        <w:t>— Грайте до порєдку, як має бути, бо це весіле буде славне на всю Україну і в Коломиї, і в Станіславі...</w:t>
      </w:r>
    </w:p>
    <w:p>
      <w:r>
        <w:br/>
        <w:t>— Оце-с вже не потребує весіля, але ще є два такі, що мають гуляти.</w:t>
      </w:r>
    </w:p>
    <w:p>
      <w:r>
        <w:br/>
        <w:t>Він показував на Федька Продана, що лежав із розбитою головою на снігу. Коло нього сиділа його жінка, тримала новий капелюх у руках і питала:</w:t>
      </w:r>
    </w:p>
    <w:p>
      <w:r>
        <w:br/>
        <w:t>— Та що кажеш робити, що до дітий переказуєш?</w:t>
      </w:r>
    </w:p>
    <w:p>
      <w:r>
        <w:br/>
        <w:t>І ще щось до нього говорила, ніби на тамтой світ переказувала.</w:t>
      </w:r>
    </w:p>
    <w:p>
      <w:r>
        <w:br/>
        <w:t>А Дмитро Золотий ходив поперед ворота з куснем грубої розвори та казав до громади людей на вулиці:</w:t>
      </w:r>
    </w:p>
    <w:p>
      <w:r>
        <w:br/>
        <w:t>— Ні один най не вагаєси поступити отут, бо зараз від цеї розвори усне,— це вам кажу!</w:t>
      </w:r>
    </w:p>
    <w:p>
      <w:r>
        <w:br/>
        <w:t>— Кого б'ють?</w:t>
      </w:r>
    </w:p>
    <w:p>
      <w:r>
        <w:br/>
        <w:t>— Богачів.</w:t>
      </w:r>
    </w:p>
    <w:p>
      <w:r>
        <w:br/>
        <w:t>— А хто б'є?</w:t>
      </w:r>
    </w:p>
    <w:p>
      <w:r>
        <w:br/>
        <w:t>— Весілє.</w:t>
      </w:r>
    </w:p>
    <w:p>
      <w:r>
        <w:br/>
        <w:t>— А Федька вже вбили?</w:t>
      </w:r>
    </w:p>
    <w:p>
      <w:r>
        <w:br/>
        <w:t>— Він вже на тамтім боці.</w:t>
      </w:r>
    </w:p>
    <w:p>
      <w:r>
        <w:br/>
        <w:t>— То єго смерть, а чий кременал?</w:t>
      </w:r>
    </w:p>
    <w:p>
      <w:r>
        <w:br/>
        <w:t>Дзвін на селі почав голосити тривогу.</w:t>
      </w:r>
    </w:p>
    <w:p>
      <w:r>
        <w:br/>
        <w:t>— Зараз громада збіжитьси та й не дасть.</w:t>
      </w:r>
    </w:p>
    <w:p>
      <w:r>
        <w:br/>
        <w:t>— Дасть, дасть, буде отут чипіти так, як ви,— відповів Золотий.</w:t>
      </w:r>
    </w:p>
    <w:p>
      <w:r>
        <w:br/>
        <w:t>Коло хорімних дверей чинилася нова баталія. Михайло Печенюк заперся ногами і руками в одвірки, і ані Петрик Синиця, ані два Золоті, Іван та Каленик, не могли його витягнути надвір.</w:t>
      </w:r>
    </w:p>
    <w:p>
      <w:r>
        <w:br/>
        <w:t>— Ви голодники голодні, та я дужий, та я щодня мнєсо їм, а ви бевку незабілену!</w:t>
      </w:r>
    </w:p>
    <w:p>
      <w:r>
        <w:br/>
        <w:t>— Меш тепер сиру землю гризти.</w:t>
      </w:r>
    </w:p>
    <w:p>
      <w:r>
        <w:br/>
        <w:t>З сіней бухав плач жінок, як червона луна.</w:t>
      </w:r>
    </w:p>
    <w:p>
      <w:r>
        <w:br/>
        <w:t>— Не кажи їм так, Міхайле, не кажи, не кажи, але проси їх дуже,— казала жінка.</w:t>
      </w:r>
    </w:p>
    <w:p>
      <w:r>
        <w:br/>
        <w:t>— Говори, дурна бабо, тут нема просьби, тут смерть.</w:t>
      </w:r>
    </w:p>
    <w:p>
      <w:r>
        <w:br/>
        <w:t>Та як вони так правдалися, а Петрик Синиця ймив у зуби Михайлів палець і витягнув в одній хвилі надвір.</w:t>
      </w:r>
    </w:p>
    <w:p>
      <w:r>
        <w:br/>
        <w:t>— Ого, вже Міхайлові амінь!</w:t>
      </w:r>
    </w:p>
    <w:p>
      <w:r>
        <w:br/>
        <w:t>— Міхайлихо, сідайте на голову, голова грунт...</w:t>
      </w:r>
    </w:p>
    <w:p>
      <w:r>
        <w:br/>
        <w:t>— Ти радиш, ех, як ті порадю оцим буком.</w:t>
      </w:r>
    </w:p>
    <w:p>
      <w:r>
        <w:br/>
        <w:t>— Кров з него садить, як з пацюка, а така червона, здорова кров...</w:t>
      </w:r>
    </w:p>
    <w:p>
      <w:r>
        <w:br/>
        <w:t>— Мой, аді, хреститьси, б'ють, не дають оченаш віговорити.</w:t>
      </w:r>
    </w:p>
    <w:p>
      <w:r>
        <w:br/>
        <w:t>— Вже по нім, Міхайлиха дає свічку, але незасвічену.</w:t>
      </w:r>
    </w:p>
    <w:p>
      <w:r>
        <w:br/>
        <w:t>— Та що, що дужий,— вже глина — та й конець!</w:t>
      </w:r>
    </w:p>
    <w:p>
      <w:r>
        <w:br/>
        <w:t>— А жінка ніц не плаче, змогласи дуже.</w:t>
      </w:r>
    </w:p>
    <w:p>
      <w:r>
        <w:br/>
        <w:t>З хором вибігла купа жінок, і Касіян поміж ними. Золоті і Синиця кинулися за ними.</w:t>
      </w:r>
    </w:p>
    <w:p>
      <w:r>
        <w:br/>
        <w:t>— Та не віховаєшси, богачю, у підтичках жіночих!</w:t>
      </w:r>
    </w:p>
    <w:p>
      <w:r>
        <w:br/>
        <w:t>Жінки громадно облягли Касіяна.</w:t>
      </w:r>
    </w:p>
    <w:p>
      <w:r>
        <w:br/>
        <w:t>— Не дайте мене, не дайте!</w:t>
      </w:r>
    </w:p>
    <w:p>
      <w:r>
        <w:br/>
        <w:t>— Касіянко боїтьси, а єго найліпше треба обріхтувати! Він межи богачами найгірше в'їдний.</w:t>
      </w:r>
    </w:p>
    <w:p>
      <w:r>
        <w:br/>
        <w:t>— Боїтьси, не то що Міхайло, цеє не боявси.</w:t>
      </w:r>
    </w:p>
    <w:p>
      <w:r>
        <w:br/>
        <w:t>— Аді, жінки біда, аді, як плюють на Золотих.</w:t>
      </w:r>
    </w:p>
    <w:p>
      <w:r>
        <w:br/>
        <w:t>— Ймили Петрика та й всі лягли на него.</w:t>
      </w:r>
    </w:p>
    <w:p>
      <w:r>
        <w:br/>
        <w:t>— Не дадуть-таки...</w:t>
      </w:r>
    </w:p>
    <w:p>
      <w:r>
        <w:br/>
        <w:t>— А ви чого відти мішаєтиси? Ви вмієте жінок добре бити та й жидів за пейси торгати, а як прийде направду, то стоїте подалеки та й скавулите, як щенюки.</w:t>
      </w:r>
    </w:p>
    <w:p>
      <w:r>
        <w:br/>
        <w:t>Це вповіла публиці одна з тих жінок, що Касіяна боронила.</w:t>
      </w:r>
    </w:p>
    <w:p>
      <w:r>
        <w:br/>
        <w:t>— А ви, віте, чому не йдете порєдок робити, аді, баби роб'є за вас порєдок?</w:t>
      </w:r>
    </w:p>
    <w:p>
      <w:r>
        <w:br/>
        <w:t>— Які ви мудрі: йди, віте, та й здихай, що лайдаки межи собов змовилиси бити богачів.</w:t>
      </w:r>
    </w:p>
    <w:p>
      <w:r>
        <w:br/>
        <w:t>Зробилася цілком днина. Хати на білім снігу стояли як громади чорних великих птахів. Ліс найспокійніше шептав. Дзвін іще голосив тривогу.</w:t>
      </w:r>
    </w:p>
    <w:p>
      <w:r>
        <w:br/>
        <w:t>З громади жінок вийшла Іваниха Золота, ймила окервавленого чоловіка за рукав та й так казала:</w:t>
      </w:r>
    </w:p>
    <w:p>
      <w:r>
        <w:br/>
        <w:t>— Чоловіче, та подивиси на людей, та на село, та на ліс, та спамнєтайси! Та що-с наробив, та люде не худоба?</w:t>
      </w:r>
    </w:p>
    <w:p>
      <w:r>
        <w:br/>
        <w:t>За нею вийшла і Каленикова жінка.</w:t>
      </w:r>
    </w:p>
    <w:p>
      <w:r>
        <w:br/>
        <w:t>— Ти йди, небоже, до кременалу відразу, до хати не приходи, бо я з дітьми геть піду. Не приходи-таки.</w:t>
      </w:r>
    </w:p>
    <w:p>
      <w:r>
        <w:br/>
        <w:t>Музики перестали грати, а Ковалюк стояв із орчиком і не знав, що з ним робити. Сонце виказало пів золотого ока.</w:t>
      </w:r>
    </w:p>
    <w:p>
      <w:r>
        <w:br/>
        <w:t>Три Золоті покидали буки та сапи і пішли в ліс. Ковалюк зачав плакати, а Петрик Синиця подався до хати, та на порозі впав і почав піну з рота точити. Товпа рушилася і почала здоймати побитих.</w:t>
      </w:r>
    </w:p>
    <w:p>
      <w:r>
        <w:br/>
        <w:t>ІІ</w:t>
      </w:r>
    </w:p>
    <w:p>
      <w:r>
        <w:br/>
        <w:t>В хаті Онуфрія Мельника мало судити село убійників. Всі богачі не мали права приходити на суд — судили самі бідні. Онуфрій уложив суд, і прокуратора, і оборонця. Сам сидів за столом та й так казав:</w:t>
      </w:r>
    </w:p>
    <w:p>
      <w:r>
        <w:br/>
        <w:t>— Село строєне, люде одні одних боєси, в церкві щонеділі лиш мова за бідних. По селі увихаютьси шандарі, дзвінки дзвоне, що комісії привозе. Розкидають гроби, ріжуть, поре, а нам, бідним, нема нівідки ані ради, ані доброго слова. То ми самі судім їх, а як учуємо, що вони завинили, то будемо їх карати.</w:t>
      </w:r>
    </w:p>
    <w:p>
      <w:r>
        <w:br/>
        <w:t>Так говорив Онуфрій до всіх бідних. Вони зібралися майже всі з села. Заступили хату, піч, постіль, сіни і подвір'я.</w:t>
      </w:r>
    </w:p>
    <w:p>
      <w:r>
        <w:br/>
        <w:t>— А якби віт приходив та хотів розгонити, то ви не пустіть, а якби пхавси, то дайте кілька полишників, най тікає. А тепер розкажіть нам, пані прокуратор, акт оскаржений.</w:t>
      </w:r>
    </w:p>
    <w:p>
      <w:r>
        <w:br/>
        <w:t>З лави піднісся Яків Дідик та й зачав:</w:t>
      </w:r>
    </w:p>
    <w:p>
      <w:r>
        <w:br/>
        <w:t>— Іван Зуб бідний чоловік, бо, знаєте, робив свої доньці весілє. Знаєте, яке бідного, усе він рад, як до него прийде богач, бо як прийде богач, то образи ясніщі стають, бо є кому під ними сідати. То зійшлиси самі бідні, але упросив собі Зуб ще трьох богачів: Федька Мелникового, Міхайла Печенюка та Касіяна Кропивку. "А дай боже здоров'є, а жийте здорові, а дєкую вам, що-сте уступили до хати, мені весілє буде веселіше". Каже так Зуб та припадає, а бідні сараки, що постулювалиси в пороги, та й слухають. "А проши, а будьте ласкаві, і доцєгніть-ко, а покушійте". А все до богачів. А богачі, мо-спане, все п'ють, а все бідних далі д'постелі вісувають. А Зуб забув за гості, лиш коло богачів ходить. Це перший пунт. Але Петрик Синиця каже:</w:t>
      </w:r>
    </w:p>
    <w:p>
      <w:r>
        <w:br/>
        <w:t>— Ти, Зубе, ти, старий, відай, забув, що в тебе є ще другі гості, не лиш ці три.</w:t>
      </w:r>
    </w:p>
    <w:p>
      <w:r>
        <w:br/>
        <w:t>А Зуб вже горівчиний був та й каже:</w:t>
      </w:r>
    </w:p>
    <w:p>
      <w:r>
        <w:br/>
        <w:t>— Синичко, ти мені не давай рєд у мої хаті. Як я хочу, так буде.</w:t>
      </w:r>
    </w:p>
    <w:p>
      <w:r>
        <w:br/>
        <w:t>— Ой не буде так, я прішов на весілє, як другий, я приніс такі дари, як другий, то я маю мати таку честь, як другий.</w:t>
      </w:r>
    </w:p>
    <w:p>
      <w:r>
        <w:br/>
        <w:t>Каже Синиця оце, а бідні понащірювали вуха, та таке їм це слово миле, як мід солодкий. Та й на цім тим часом стало. Зачєли відавати обід. Перед богачами все солонина та мнесо, а начінки лиш трошки, а перед бідними — все лиш начінка, а мнєса крішка. Фукають бідні, їдє або не їд-з. А богачі аж лікті собі позамащували.</w:t>
      </w:r>
    </w:p>
    <w:p>
      <w:r>
        <w:br/>
        <w:t>Але взєв Іван Золотий з-перед богачів склянку з горівков та й каже:</w:t>
      </w:r>
    </w:p>
    <w:p>
      <w:r>
        <w:br/>
        <w:t>— Пиймо, братя, хоть гор'івки, як їсти не дають.</w:t>
      </w:r>
    </w:p>
    <w:p>
      <w:r>
        <w:br/>
        <w:t>— Мой, Золотий, а перед тобов же що стоїть, не дар божий? — каже Зуб.</w:t>
      </w:r>
    </w:p>
    <w:p>
      <w:r>
        <w:br/>
        <w:t>— Але чьо перед богачами кілько дару божого, а перед нами лиш крішка?</w:t>
      </w:r>
    </w:p>
    <w:p>
      <w:r>
        <w:br/>
        <w:t>А богачі лиш червоніють, лиш позирають, але мовчать.</w:t>
      </w:r>
    </w:p>
    <w:p>
      <w:r>
        <w:br/>
        <w:t>Відійшла вечеря, зачали музики грати. Гуляють. Але взєв Печенюк Касіяниху в данець. Та все данцує та розтручує. Не вітерпів уже Петрик та й лус в лице Міхайла, а Міхайло ні дві, ні три — та й Петрика.</w:t>
      </w:r>
    </w:p>
    <w:p>
      <w:r>
        <w:br/>
        <w:t>— Гов! Перестаньте грати,— кричить Зуб.</w:t>
      </w:r>
    </w:p>
    <w:p>
      <w:r>
        <w:br/>
        <w:t>А Касіянко каже Зубові:</w:t>
      </w:r>
    </w:p>
    <w:p>
      <w:r>
        <w:br/>
        <w:t>— Знаєте що, Зубе, нате вам п'ятдесят левів гезди, платю вам все весілє, але ви геть віметіть це смітє з хати. Це другий пунт.</w:t>
      </w:r>
    </w:p>
    <w:p>
      <w:r>
        <w:br/>
        <w:t>Прийшло до такого, що аж мусило чієсь житє йти на смерть. Ех, господи, як Каленик Золотий не хомне Касіяна у писок, аж повна миска нацюркотіла. А Міхайло Каленика як уфатив за шкіру на потилиці та й вірвав у пушках, лиш лишилоси голе мнєсо.</w:t>
      </w:r>
    </w:p>
    <w:p>
      <w:r>
        <w:br/>
        <w:t>— Мой, богачі, або зараз віци забирайтиси, або буде з вас саме фалатє!</w:t>
      </w:r>
    </w:p>
    <w:p>
      <w:r>
        <w:br/>
        <w:t>Коби ж були послухали. Та й зачєласи баталія. Всі, що май боязливі, повтікали, лиш лишилиси три богачі, та п'ять бідних, та жінки. Жінки лишилиси всі, бо вони знають, що їх ніхто не б'є у бійці. То вперед вівели Федика Мельника. Вівів єго Ковалюк, і Петрик, і Іван. І Ковалюк лиш раз свиснув по голові орчиком — та й череп хрус на місці, а Федько уснув на місці, як куря.</w:t>
      </w:r>
    </w:p>
    <w:p>
      <w:r>
        <w:br/>
        <w:t>А Печенюка Міхайла вже не так було легко. Хлоп дужий, як медвідь, бо знаєте, а не боїзливий. З ним валувалиси зо три годині по хаті: їх штири, а він один. Правда, помагали і жінки, але що баби годні. Звалили го в хаті — розкидав з себе штири хлопи, як галушки, звалили в хоромах — знов не давси. Приволікли до дверей, та й ймивси одвірків. Але Петрик Синиця уфатив єго палець у зуби та й віпровадив, а як віпровадили, та й убили колами. Убив Петрик, та й Каленик, та й Іван. Хотіли ще Касіяна вбити, але одно, що дуже просив жінок, та вони тримали єго під сорочками, а друге, що зробивси день, та й люди спамнєталися.</w:t>
      </w:r>
    </w:p>
    <w:p>
      <w:r>
        <w:br/>
        <w:t>То вбили: Іван Каленик, та Дмитро Золотий, та Петрик Синиця, та Никифір Ковалюк.</w:t>
      </w:r>
    </w:p>
    <w:p>
      <w:r>
        <w:br/>
        <w:t>— Оце прокуратор сказав оскаржене, а тепер будемо слухати винуватців,— сказав Онуфрій.</w:t>
      </w:r>
    </w:p>
    <w:p>
      <w:r>
        <w:br/>
        <w:t>— Іван Золотий.</w:t>
      </w:r>
    </w:p>
    <w:p>
      <w:r>
        <w:br/>
        <w:t>— Гір. [ ]</w:t>
      </w:r>
    </w:p>
    <w:p>
      <w:r>
        <w:br/>
        <w:t>— Ти винен, що-с убив Міхайла та й Федька Мельника?</w:t>
      </w:r>
    </w:p>
    <w:p>
      <w:r>
        <w:br/>
        <w:t>— Ні, не винен.</w:t>
      </w:r>
    </w:p>
    <w:p>
      <w:r>
        <w:br/>
        <w:t>— А хто ж винен?</w:t>
      </w:r>
    </w:p>
    <w:p>
      <w:r>
        <w:br/>
        <w:t>— Та ми не винні, але богачі.</w:t>
      </w:r>
    </w:p>
    <w:p>
      <w:r>
        <w:br/>
        <w:t>— Як богачі?</w:t>
      </w:r>
    </w:p>
    <w:p>
      <w:r>
        <w:br/>
        <w:t>— А так винні, що нас хотіли вітати з весіля.</w:t>
      </w:r>
    </w:p>
    <w:p>
      <w:r>
        <w:br/>
        <w:t>— Хотіли, але ви не далиси, а їх вигнали-сте на той світ.</w:t>
      </w:r>
    </w:p>
    <w:p>
      <w:r>
        <w:br/>
        <w:t>— Або що мене маєте питати?</w:t>
      </w:r>
    </w:p>
    <w:p>
      <w:r>
        <w:br/>
        <w:t>— Іванку, руй, гадино, не підтикай під ніс, бо зараз дістанеш. Кажи, чим убив-єс?</w:t>
      </w:r>
    </w:p>
    <w:p>
      <w:r>
        <w:br/>
        <w:t>Тут Онуфрієві почала помагати публіка.</w:t>
      </w:r>
    </w:p>
    <w:p>
      <w:r>
        <w:br/>
        <w:t>— Ти, Золотий, кажи все по правді, бо зараз дістанеш буки,— казали з сіней ґазди.</w:t>
      </w:r>
    </w:p>
    <w:p>
      <w:r>
        <w:br/>
        <w:t>— Я, бігме, лиш раз ударив!</w:t>
      </w:r>
    </w:p>
    <w:p>
      <w:r>
        <w:br/>
        <w:t>— Чим?</w:t>
      </w:r>
    </w:p>
    <w:p>
      <w:r>
        <w:br/>
        <w:t>— Сапом.</w:t>
      </w:r>
    </w:p>
    <w:p>
      <w:r>
        <w:br/>
        <w:t>— По чім?</w:t>
      </w:r>
    </w:p>
    <w:p>
      <w:r>
        <w:br/>
        <w:t>— По плечах.</w:t>
      </w:r>
    </w:p>
    <w:p>
      <w:r>
        <w:br/>
        <w:t>— Ну, а Каленик?</w:t>
      </w:r>
    </w:p>
    <w:p>
      <w:r>
        <w:br/>
        <w:t>— Я не знаю.</w:t>
      </w:r>
    </w:p>
    <w:p>
      <w:r>
        <w:br/>
        <w:t>— Як не знаєш, то сідай.</w:t>
      </w:r>
    </w:p>
    <w:p>
      <w:r>
        <w:br/>
        <w:t>— Каленик Золотий!</w:t>
      </w:r>
    </w:p>
    <w:p>
      <w:r>
        <w:br/>
        <w:t>— Я сам.</w:t>
      </w:r>
    </w:p>
    <w:p>
      <w:r>
        <w:br/>
        <w:t>— Ти вбив Міхайла?</w:t>
      </w:r>
    </w:p>
    <w:p>
      <w:r>
        <w:br/>
        <w:t>— Єго вбило єго богацтво.</w:t>
      </w:r>
    </w:p>
    <w:p>
      <w:r>
        <w:br/>
        <w:t>— Лиш не змудра, Каленику.</w:t>
      </w:r>
    </w:p>
    <w:p>
      <w:r>
        <w:br/>
        <w:t>— Яке змудра, п'єний-єм був, весілє було, музики грали, а богачі хотіли нас вігнати, то ми хотіли набити.</w:t>
      </w:r>
    </w:p>
    <w:p>
      <w:r>
        <w:br/>
        <w:t>— Добре набили, але хто вбив?</w:t>
      </w:r>
    </w:p>
    <w:p>
      <w:r>
        <w:br/>
        <w:t>— Я не тямлю.</w:t>
      </w:r>
    </w:p>
    <w:p>
      <w:r>
        <w:br/>
        <w:t>— Памнєть коротка якась.</w:t>
      </w:r>
    </w:p>
    <w:p>
      <w:r>
        <w:br/>
        <w:t>— Чим бив-ес?</w:t>
      </w:r>
    </w:p>
    <w:p>
      <w:r>
        <w:br/>
        <w:t>— Чим мав.</w:t>
      </w:r>
    </w:p>
    <w:p>
      <w:r>
        <w:br/>
        <w:t>Онуфрій нічого вже не казав, лиш махнув рукою на парубків. Ці ймили Каленика в руки.</w:t>
      </w:r>
    </w:p>
    <w:p>
      <w:r>
        <w:br/>
        <w:t>— Дайте му п'єтнаціть буків, та й буде говорити.</w:t>
      </w:r>
    </w:p>
    <w:p>
      <w:r>
        <w:br/>
        <w:t>І пішли дальші зізнання. Публіка хотіла конче карати, та Онуфрій не позволяв і випитував дальших оскаржених. Та серед того, як оскаржені не хотіли зізнавати перед Онуфрієм, всі, що стояли в сінях, почали кричати: "Вони вбили, най же відпокутують".</w:t>
      </w:r>
    </w:p>
    <w:p>
      <w:r>
        <w:br/>
        <w:t>І витягали одного за другим і подавали в дальші руки. А ті руки, богато їх, хапали їх, мстилися і ревли по селі, а за собою лишали страшний зойк жінок і конаючі хвилі помсти.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