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Сучасники</w:t>
      </w:r>
    </w:p>
    <w:p>
      <w:r>
        <w:br/>
        <w:t xml:space="preserve"> 1</w:t>
      </w:r>
    </w:p>
    <w:p>
      <w:r>
        <w:br/>
        <w:t>&lt;blockquote&gt;Максимові Рильському&lt;/blockquote&gt;</w:t>
      </w:r>
    </w:p>
    <w:p>
      <w:r>
        <w:br/>
        <w:t>Ще молитесь, далекий брате,&lt;br /&gt;</w:t>
        <w:br/>
        <w:t>Серед Звенигородських піль.&lt;br /&gt;</w:t>
        <w:br/>
        <w:t>Ще не стомились карбувати&lt;br /&gt;</w:t>
        <w:br/>
        <w:t>В коштовних ямбах вічний біль.</w:t>
      </w:r>
    </w:p>
    <w:p>
      <w:r>
        <w:br/>
        <w:t>Краси веселий кондотьєре,&lt;br /&gt;</w:t>
        <w:br/>
        <w:t>Несете хрест свій там, ген-ген,&lt;br /&gt;</w:t>
        <w:br/>
        <w:t>Серед похмуро-рідних прерій;&lt;br /&gt;</w:t>
        <w:br/>
        <w:t>Ви — еллін, схимник і Гоген!</w:t>
      </w:r>
    </w:p>
    <w:p>
      <w:r>
        <w:br/>
        <w:t>Навколо — хащі й печеніги,&lt;br /&gt;</w:t>
        <w:br/>
        <w:t>А в кельї — тиші ніжний спів,&lt;br /&gt;</w:t>
        <w:br/>
        <w:t>Реторти, циркуль, колби, книги,&lt;br /&gt;</w:t>
        <w:br/>
        <w:t>І Ви — алхімік мудрих слів.</w:t>
      </w:r>
    </w:p>
    <w:p>
      <w:r>
        <w:br/>
        <w:t>Січень. 1923&lt;br /&gt;</w:t>
        <w:br/>
        <w:t>По прочитанні "Синьої далечіні"</w:t>
      </w:r>
    </w:p>
    <w:p>
      <w:r>
        <w:br/>
        <w:t>2</w:t>
      </w:r>
    </w:p>
    <w:p>
      <w:r>
        <w:br/>
        <w:t>&lt;blockquote&gt;Павлові Тичині&lt;/blockquote&gt;</w:t>
      </w:r>
    </w:p>
    <w:p>
      <w:r>
        <w:br/>
        <w:t>На межі двох епох, староруського золота повен,&lt;br /&gt;</w:t>
        <w:br/>
        <w:t>Зазгучав сонценосно твій сонячно-ярий оркестр —&lt;br /&gt;</w:t>
        <w:br/>
        <w:t>І під сурму архангела рушив воскреснувший човен,&lt;br /&gt;</w:t>
        <w:br/>
        <w:t>Й над мощами народу хитнувсь кам'яний його хрест.</w:t>
      </w:r>
    </w:p>
    <w:p>
      <w:r>
        <w:br/>
        <w:t>І на древнім, на скитськім1[1], на кров'ю залитім просторі&lt;br /&gt;</w:t>
        <w:br/>
        <w:t>Говорили могили, співали козацькі вітри.&lt;br /&gt;</w:t>
        <w:br/>
        <w:t>І у літери тайн степовії складалися зорі,&lt;br /&gt;</w:t>
        <w:br/>
        <w:t>Щоб пломінним пророцтвом означить початок пори.</w:t>
      </w:r>
    </w:p>
    <w:p>
      <w:r>
        <w:br/>
        <w:t>Так зродився ти з хвиль злото-синіх космічних вібрацій"&lt;br /&gt;</w:t>
        <w:br/>
        <w:t>Метеором огнистим ударив в дніпровські степи&lt;br /&gt;</w:t>
        <w:br/>
        <w:t>І, здавалося,— вріс. І над плугом схилився до праці,&lt;br /&gt;</w:t>
        <w:br/>
        <w:t>І вже мріяло серце про сонцем налиті снопи...</w:t>
      </w:r>
    </w:p>
    <w:p>
      <w:r>
        <w:br/>
        <w:t>Вили бурі історії. Рвали й жбурляли відвічне.&lt;br /&gt;</w:t>
        <w:br/>
        <w:t>О, ти знав, що тоді не сонети й октави, о ні! —&lt;br /&gt;</w:t>
        <w:br/>
        <w:t>Жорстко-ярим залізом ти пік одоробло північне,&lt;br /&gt;</w:t>
        <w:br/>
        <w:t>Й клекотіла душа твоя в гнівнім, в смертельнім огні.</w:t>
      </w:r>
    </w:p>
    <w:p>
      <w:r>
        <w:br/>
        <w:t>Раптом... брязнуло враз! І ридально навік розірвалось...&lt;br /&gt;</w:t>
        <w:br/>
        <w:t>І бездонним проваллям дихнула порожня луна.&lt;br /&gt;</w:t>
        <w:br/>
        <w:t>...від кларнета твого — пофарбована дудка зосталась.&lt;br /&gt;</w:t>
        <w:br/>
        <w:t>...в скривавлений Жовтень— ясна обернулась Весна.</w:t>
      </w:r>
    </w:p>
    <w:p>
      <w:r>
        <w:br/>
        <w:t>І по синіх степах дикий вітер повіяв примару,&lt;br /&gt;</w:t>
        <w:br/>
        <w:t>Щоб журить і жахать... Замогильний доноситься спів.&lt;br /&gt;</w:t>
        <w:br/>
        <w:t>І вночі мертвий місяць освітлить з-за сірої хмари&lt;br /&gt;</w:t>
        <w:br/>
        <w:t>Божевільну Офелію — знов половецьких степів.</w:t>
      </w:r>
    </w:p>
    <w:p>
      <w:r>
        <w:br/>
        <w:t>Листопад. 1924&lt;br /&gt;</w:t>
        <w:br/>
        <w:t>1[1] Скитський — скіфський. Так писали за правописом 1929 року.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Сучасники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