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Стугна</w:t>
      </w:r>
    </w:p>
    <w:p>
      <w:r>
        <w:br/>
        <w:t xml:space="preserve"> &lt;p&gt;Приморською мевою над суворим Балтом росла молоденька Рогніда, донька Рогволодова. Як хвиля морська, вільна, як ранок весняний, приваблива. Як справжня норманка — не знаючи над собою жодного пана. Бо і сам батько Рогволод, вікінг вільний, сміливий, пишався донькою-красунею. Радів, бачачи Рогніду свою нескротною, як море.</w:t>
      </w:r>
    </w:p>
    <w:p>
      <w:r>
        <w:br/>
        <w:t>— Варязька кров! — всміхався з-під сивого вуса. І сам доньку навчав оштепом володіти, мечем шермувати, у бурю-хуртовину на морі власноручно плахтою-парусом кермувати, без страху, твердо і справно мореплавцям розкази давати.</w:t>
      </w:r>
    </w:p>
    <w:p>
      <w:r>
        <w:br/>
        <w:t>— Хто дістане за жінку Рогніду мою, — всміхався Рогволод, — дістане бойового товариша-друга, дорадника розумного. На княгиню, володарку Рогна моя вродилася, не тільки на матір княжого роду, господиню вродливу.</w:t>
      </w:r>
    </w:p>
    <w:p>
      <w:r>
        <w:br/>
        <w:t>І недосяжною, як небесна зоря, видалася юнацтву Рогніда. Тільки мріяли про неї, слухаючи співів, що ними скальди1 Рогніду величали.</w:t>
      </w:r>
    </w:p>
    <w:p>
      <w:r>
        <w:br/>
        <w:t>Таж високо верховіття дубів до неба підноситься, а й з них листя паде на землю....</w:t>
      </w:r>
    </w:p>
    <w:p>
      <w:r>
        <w:br/>
        <w:t>Високо попід небом хмари пливуть, таж на землю дрібним дощем проливаються...</w:t>
      </w:r>
    </w:p>
    <w:p>
      <w:r>
        <w:br/>
        <w:t>За самого бога Одіна радий би посватати свою доньку Рогволод. Таж видно, пиха вікінгова богів уразила.</w:t>
      </w:r>
    </w:p>
    <w:p>
      <w:r>
        <w:br/>
        <w:t>І недовго з-під срібного вуса всміхався Рогволод. Тяжка година прийшла на грізного вікінга. Ще тяжча на Рогніду його молоду.</w:t>
      </w:r>
    </w:p>
    <w:p>
      <w:r>
        <w:br/>
        <w:t>Прудкіше за вихора-бурю впав на Рогволода київський князь Володимир. Вдарив, грізніший, як громи небесні. Не на хвилях-бо морських — сухоніж, на твердій землі довелось битися вікінгові.</w:t>
      </w:r>
    </w:p>
    <w:p>
      <w:r>
        <w:br/>
        <w:t>Статечно бились богатирі північні. Як Тор2, кресав молотом бойовим смерть Рогволод.</w:t>
      </w:r>
    </w:p>
    <w:p>
      <w:r>
        <w:br/>
        <w:t>Таж пробила година вікінгова. Виповнилась доля Рогволодова. Так вирішила доля богів...</w:t>
      </w:r>
    </w:p>
    <w:p>
      <w:r>
        <w:br/>
        <w:t>Унівець пішла, димом розвіялася слава Рогволодова. Рогніду ж молоденьку, що впала в око Володимирові, за дружину взяв князь київський, ласку бранці переможеній показуючи. Міг би просто, як невільниці, ій розказати, щоб на порозі одрини3 його чекала на волю переможця свого й пана, вогню хатнього вкупі не розпаливши, вина посвятного не розділивши, косу розплетену вином з олією не покропивши.</w:t>
      </w:r>
    </w:p>
    <w:p>
      <w:r>
        <w:br/>
        <w:t>Гучне та веселе було весілля у стольному Києві. Таж Рогніді тризною поминальною воно уявлялось.</w:t>
      </w:r>
    </w:p>
    <w:p>
      <w:r>
        <w:br/>
        <w:t>Чом не дали їй боги до Валгали4 з бійцями-героями увійти! Радніш, як на київському престолі сидіти, випливла б у море широке Рогніда на похоронному тому кораблі, що тіло вождя-вікінга на вічність везе. Самітний, без мореплавців-гребців, без керманича, з оком вірним, недрімним. Тільки-бо дружина вірна або донька-сирітка сміють у останню путь з мертвим вікінгом пуститись, щоб нею до живих більш ніколи не повернутись. Синам-бо не літь на смерть від власної руки йти, коли можуть впасти в почесному бою, за рід свій, за славу, за край...</w:t>
      </w:r>
    </w:p>
    <w:p>
      <w:r>
        <w:br/>
        <w:t>Тільки вдові або доньці-сиротині належиться в широкому морі ложе мертвого підпалити, і собі серце мечем пробити й у вогні болісті своєї згоріти.</w:t>
      </w:r>
    </w:p>
    <w:p>
      <w:r>
        <w:br/>
        <w:t>Таж не судилась Рогніді ця слава путі останньої. Самоцвітами-перлами замість сліз прибрана, мусила на столуванню славному княгинею сидіти. Меди-вина пити, лебедя білого перша "порушити", пісень весільних слухати...І не був би їй нелюбом Володимир. Все-бо мав київський князь: з обличчя ясний, мов те сонце радісне, зростом мов тополя високий, стрункий. Брови соболині, очі соколині.</w:t>
      </w:r>
    </w:p>
    <w:p>
      <w:r>
        <w:br/>
        <w:t>Таж коли б не "з розказу" любити його! Коли б не як здобич узяв він Рогніду, а як нагороду за славу бойову здобув горду норманку!</w:t>
      </w:r>
    </w:p>
    <w:p>
      <w:r>
        <w:br/>
        <w:t>І очей не підводить на князя-дружину Рогніда. Ворог він їй. І таким на все залишиться. Сила й кригу на півночі дикій проломить. Але квіттям весняним криги студеної не вкриє! І коли надійшла та хвилина, що по давньому звичаю молода мужа свого має роззути — затялась Рогніда. Лише кинула їддю отрути напоєні слова:</w:t>
      </w:r>
    </w:p>
    <w:p>
      <w:r>
        <w:br/>
        <w:t>— Не літь ми, князівні, роззувати сина Малуші-рабині! Не літь ми роззути рабинича!</w:t>
      </w:r>
    </w:p>
    <w:p>
      <w:r>
        <w:br/>
        <w:t>Аж зблідли присутні, що смерті не раз і не два просто в очі дивилися.</w:t>
      </w:r>
    </w:p>
    <w:p>
      <w:r>
        <w:br/>
        <w:t>Володимир же тільки очима блиснув. Рухом руки звелів вийти всім до останнього отрока-постельника. Сам на сам з княгинею молодою лишився. І така принадна йому непокірливою гордістю своєю Рогніда, як жодна красуня слухняна ще досі не була. Тільки ніч знала, що між подружжям сталося. Але до "дому жіночого", жінок-конкубін та бранок-красунь, що на втіху княжу з найдальших країн привозили, Рогніда не увійшла.</w:t>
      </w:r>
    </w:p>
    <w:p>
      <w:r>
        <w:br/>
        <w:t>На Стугну-ріку, де городище Васильків, коло Києва стольного відвезено Рогніду. Не схотіла з собою брати ні дівчат покойових, ні мамок та няньок, як було у звичаю. Тільки старих своїх слуг, що з батьківського дому ще лишились, собі попрохала.</w:t>
      </w:r>
    </w:p>
    <w:p>
      <w:r>
        <w:br/>
        <w:t>— Сама хочу бути! — з князем-дружиною розлучилась. — Най жалобу по батькові в самоті відбуду. Велика жалоба моя багато місця потребує.</w:t>
      </w:r>
    </w:p>
    <w:p>
      <w:r>
        <w:br/>
        <w:t>І розтиснулись Рогнідині уста. Ані слова, ні нарікання, жіночим звичаєм, з уст не зірвалось. Ані луки зелені васильківські, ні тихі левади, ні пагорок Перунів, що божище Перунове над краєм підносив, не бачили сліз Рогніди-норманки. Аж Стугна-річка дивувалась. Вона-бо стільки сліз дівочих у безвість змила! Не одно і не два тіл дівочих у хвилях своїх похоронила.. Гей! Хто як річка знає горе дівочого серця, сльози жіночі та болість кохання, зломленого безжальною долею!..</w:t>
      </w:r>
    </w:p>
    <w:p>
      <w:r>
        <w:br/>
        <w:t>Тільки мовчки ходила, самотня, над Стугною Рогніда з обличчям байдужо-спокійним, як у мерців, що для них марнотою є все поземське.</w:t>
      </w:r>
    </w:p>
    <w:p>
      <w:r>
        <w:br/>
        <w:t>— Застогни, заплач, — радила річка тихенько. — В стогоні-бо життя озивається. І в болісті є сила життєва... А в мовчанні.. як в пустині, лише смерть.</w:t>
      </w:r>
    </w:p>
    <w:p>
      <w:r>
        <w:br/>
        <w:t>Таж серце норманське за камінь певніше, за скелі твердіше, за пустиню палкіше у завзятості своїй. Його не примовиш, не прихилиш, не зм'якшиш...</w:t>
      </w:r>
    </w:p>
    <w:p>
      <w:r>
        <w:br/>
        <w:t>І заплакала стогоном, стогнучи, доти тиха річка. З тої доби Стугною її зовуть. Дівчата ж васильківські вночі уникають над берегом Стугни іти. Хто ж, не знаючи, із Стугни нап'ється, сумом серце своє наллє. І понесе його життєвою дорогою, як келих тяжкий, що ледве двигати можна.</w:t>
      </w:r>
    </w:p>
    <w:p>
      <w:r>
        <w:br/>
        <w:t>__________________________________________________</w:t>
      </w:r>
    </w:p>
    <w:p>
      <w:r>
        <w:br/>
        <w:t>1. С к а л ь д и — скандінавські співаки-кобзарі (прим. автора)</w:t>
      </w:r>
    </w:p>
    <w:p>
      <w:r>
        <w:br/>
        <w:t>2. Т о р — бог грому і блискавки (прим. автора)</w:t>
      </w:r>
    </w:p>
    <w:p>
      <w:r>
        <w:br/>
        <w:t>3. О д р и н а — спальня, староукраїнське слово (прим. автора)</w:t>
      </w:r>
    </w:p>
    <w:p>
      <w:r>
        <w:br/>
        <w:t>4. В а л г а л а — норманський рай (прим. автора)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Стугна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