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Стригунець</w:t>
      </w:r>
    </w:p>
    <w:p>
      <w:r>
        <w:br/>
        <w:t xml:space="preserve"> &lt;p&gt;У ті часи про Каплонський завод ходила добра слава. Чистокровні англійські огирі графів Карої були принадою і для панів — любителів коней, і для селян — конокрадів. І перші й другі навідувалися туди з далеких країв.</w:t>
      </w:r>
    </w:p>
    <w:p>
      <w:r>
        <w:br/>
        <w:t>Саме тоді на Верхньотисянській рівнині верховодив Дюрка Шош. Траплялося так, що про цього селянина-бетяра[1] роками чутки не було. Усі знали тільки те, що він має в Кішарі півнаділу і працює на своєму господарстві. Та подеколи за місяць бетяр наганяв на три комітати[2] такого страху, що люди роками згадували про нього.</w:t>
      </w:r>
    </w:p>
    <w:p>
      <w:r>
        <w:br/>
        <w:t>Якось Дюрці Шошу заманулося роздобути графського коня.</w:t>
      </w:r>
    </w:p>
    <w:p>
      <w:r>
        <w:br/>
        <w:t>Перша спроба не вдалася, однак йому пощастило заарканити чудове однорічне лоша, або, як кажуть у Кішарі, стригунця.</w:t>
      </w:r>
    </w:p>
    <w:p>
      <w:r>
        <w:br/>
        <w:t>Шош повертався додому задоволений. Від графських земель до невеличкого села на березі Тиси — далеко. Ще й зараз, коли хтось з тамтешніх людей зробить таку мандрівку, то згадує її до самої смерті. Та для Дюрки Шоша це була дрібничка.</w:t>
      </w:r>
    </w:p>
    <w:p>
      <w:r>
        <w:br/>
        <w:t>Уже розвиднілося, коли раптом на зарошеному полі бетяр помітив двох пандурів[3] з червоними петлицями. Вершники гнали йому назустріч.</w:t>
      </w:r>
    </w:p>
    <w:p>
      <w:r>
        <w:br/>
        <w:t>Пандури відразу здогадалися, що клишонога сухоребра селянська шкапина не могла ожеребити таке лоша, і погналися за Шошем. А той притьмом завернув у недалеке болото.</w:t>
      </w:r>
    </w:p>
    <w:p>
      <w:r>
        <w:br/>
        <w:t>Шош довго місив грязюку — брьохав-пробирався через очерет, рогіз, ситник, через зарості водяного горіха... Пандури почали наздоганяти селянина, бо тому стало жаль лошати. Адже воно ще слабе. Коли б не довелось пошкодувати, що таку велику путь зробили за одним махом. Ні, він не дасть загинути худобині! Шош вихопився на лужок, притримав коня, спішився і став чекати. Хай буде, що буде!</w:t>
      </w:r>
    </w:p>
    <w:p>
      <w:r>
        <w:br/>
        <w:t>Тільки-но обтер травою задихане лоша, як пригнали два пандури з рушницями напоготові.</w:t>
      </w:r>
    </w:p>
    <w:p>
      <w:r>
        <w:br/>
        <w:t>— Доброго здоров'я! — Шош по-дружньому привітав пандурів, що вибралися з болота.</w:t>
      </w:r>
    </w:p>
    <w:p>
      <w:r>
        <w:br/>
        <w:t>— Здорові будьте! — відповіли пандури. Вони збагнули, що тут боятися нічого, бо бетяр не полізе битися.</w:t>
      </w:r>
    </w:p>
    <w:p>
      <w:r>
        <w:br/>
        <w:t>— Як ви забрели сюди? — спитав бетяр.</w:t>
      </w:r>
    </w:p>
    <w:p>
      <w:r>
        <w:br/>
        <w:t>— Ганяємося за лошаком! — ущипливо кинув пандур, що був вищий на зріст!,</w:t>
      </w:r>
    </w:p>
    <w:p>
      <w:r>
        <w:br/>
        <w:t>— За цим?.. За цим варто. Доброї породи!</w:t>
      </w:r>
    </w:p>
    <w:p>
      <w:r>
        <w:br/>
        <w:t>— Звідки, він?</w:t>
      </w:r>
    </w:p>
    <w:p>
      <w:r>
        <w:br/>
        <w:t>— Цей? Не з поганого місця. З табуна графа Карої,— спокійно відповів бетяр.</w:t>
      </w:r>
    </w:p>
    <w:p>
      <w:r>
        <w:br/>
        <w:t>— Я ж казав тобі,— повернувся до товариша нижчий пандур.— На Кочордському кінному заводі таких нема. Я ще здалеку помітив.</w:t>
      </w:r>
    </w:p>
    <w:p>
      <w:r>
        <w:br/>
        <w:t>Високий пандур повісив рушницю на плече, дістав гаман та люльку. Поки набивав її тютюном, нишком оглядав лоша.</w:t>
      </w:r>
    </w:p>
    <w:p>
      <w:r>
        <w:br/>
        <w:t>— На Кочордському? — перепитав бетяр.— Теж нічогенький табун, але оце лоша не звідти. Подивіться-но самі!</w:t>
      </w:r>
    </w:p>
    <w:p>
      <w:r>
        <w:br/>
        <w:t>Високий пандур, що не дуже знався на конях, мовчав. А другий сплигнув з коня і обдивлявся стрункого стригунця, ще й заставляв його ходити.</w:t>
      </w:r>
    </w:p>
    <w:p>
      <w:r>
        <w:br/>
        <w:t>— Рослий! Матиме до шістнадцяти п'ядей,— сказав нижчий пандур.</w:t>
      </w:r>
    </w:p>
    <w:p>
      <w:r>
        <w:br/>
        <w:t>— Ще б пак,— самовдоволено погодився бетяр— "власник" лошати.</w:t>
      </w:r>
    </w:p>
    <w:p>
      <w:r>
        <w:br/>
        <w:t>— За рік, напевно, і три сотні за нього дадуть,— міркував пандур.</w:t>
      </w:r>
    </w:p>
    <w:p>
      <w:r>
        <w:br/>
        <w:t>— Дадуть і тисячу,— недбало процідив "власник".</w:t>
      </w:r>
    </w:p>
    <w:p>
      <w:r>
        <w:br/>
        <w:t>Усі примовкли, бо милувалися лошам.</w:t>
      </w:r>
    </w:p>
    <w:p>
      <w:r>
        <w:br/>
        <w:t>Низенькому пандурові, що зліз із коня і никав коло лошати, враз навернулося щось на думку.</w:t>
      </w:r>
    </w:p>
    <w:p>
      <w:r>
        <w:br/>
        <w:t>— А звідки ви так добре знаєтеся на конях?</w:t>
      </w:r>
    </w:p>
    <w:p>
      <w:r>
        <w:br/>
        <w:t>Бетяр криво посміхнувся.</w:t>
      </w:r>
    </w:p>
    <w:p>
      <w:r>
        <w:br/>
        <w:t>— Доводилося в житті бачити чимало коней.</w:t>
      </w:r>
    </w:p>
    <w:p>
      <w:r>
        <w:br/>
        <w:t>— Хоч би що, а скажу, хто ви такий.</w:t>
      </w:r>
    </w:p>
    <w:p>
      <w:r>
        <w:br/>
        <w:t>— Невже ж?</w:t>
      </w:r>
    </w:p>
    <w:p>
      <w:r>
        <w:br/>
        <w:t>— Скажу... Побий мене сила божа, коли ви не Дюрка Шош.</w:t>
      </w:r>
    </w:p>
    <w:p>
      <w:r>
        <w:br/>
        <w:t>Уславлений бетяр стиха всміхнувся.</w:t>
      </w:r>
    </w:p>
    <w:p>
      <w:r>
        <w:br/>
        <w:t>— Будете заперечувати?</w:t>
      </w:r>
    </w:p>
    <w:p>
      <w:r>
        <w:br/>
        <w:t>— Я? А чого ж. Навіщо заперечувати?</w:t>
      </w:r>
    </w:p>
    <w:p>
      <w:r>
        <w:br/>
        <w:t>Пандури мовчки витріщилися на селянина. Не вірилося, що стоять віч-на-віч з уславленим бетярем, якого ще жодний пандур не бачив зблизька. Пандури блиснули очима, наче голодні вовки. Адже за голову бетяра оголошена винагорода — чималенько грошенят! Ех, коли б удалося допровадити його до Дярмата!</w:t>
      </w:r>
    </w:p>
    <w:p>
      <w:r>
        <w:br/>
        <w:t>Та низенький пандур швидко охолов. Приклав до капелюха пальці й сказав:</w:t>
      </w:r>
    </w:p>
    <w:p>
      <w:r>
        <w:br/>
        <w:t>— Я — чоловік Ержі.</w:t>
      </w:r>
    </w:p>
    <w:p>
      <w:r>
        <w:br/>
        <w:t>Бетяр насупив брови й так придивлявся до пандура. Ержі була дочка його старшої сестри.</w:t>
      </w:r>
    </w:p>
    <w:p>
      <w:r>
        <w:br/>
        <w:t>— Це ти, небоже?.. Ну й кепську ж ти вибрав собі службу.</w:t>
      </w:r>
    </w:p>
    <w:p>
      <w:r>
        <w:br/>
        <w:t>— Та що маю робити? — враз почервонів пандур і поквапливо звернув розмову на інше.— Моя Ержі дуже часто згадує вас.</w:t>
      </w:r>
    </w:p>
    <w:p>
      <w:r>
        <w:br/>
        <w:t>— А моя сестра Марі ще живе?</w:t>
      </w:r>
    </w:p>
    <w:p>
      <w:r>
        <w:br/>
        <w:t>— Померла цієї весни на сухоти. Уже минулої осені заходилась кашлем. Часто говорила: коли б ще бог поміг хоч раз потрапити до рідного краю і побачити братика, бо, мовляв, крім братика, нікого на світі в неї немає. Добре, що померла, бідолашна. Смерті я їй ніколи не бажав, але ж їй самій уже знемилів світ.</w:t>
      </w:r>
    </w:p>
    <w:p>
      <w:r>
        <w:br/>
        <w:t>— Діти у вас є?</w:t>
      </w:r>
    </w:p>
    <w:p>
      <w:r>
        <w:br/>
        <w:t>— Два хлопчики й дівчинка.</w:t>
      </w:r>
    </w:p>
    <w:p>
      <w:r>
        <w:br/>
        <w:t>Бетяр кивав головою.</w:t>
      </w:r>
    </w:p>
    <w:p>
      <w:r>
        <w:br/>
        <w:t>— Що ж, тоді служба в тебе не така вже й кепська,— сказав, повертаючись до своєї першої думки.</w:t>
      </w:r>
    </w:p>
    <w:p>
      <w:r>
        <w:br/>
        <w:t>— Ліпша, аніж свиней пасти,— погодився пандур і втягнув у себе повітря так, ніби зітхнув.— Остогидло було мені те злиденне життя. Така вже в мене вдача. Коли одружився і почув, що ви, дядьку Дюрі, рідня Ержі, то впало мені в голову: "Піду і я в бетяри!" Та де ж вас було шукати? Хай йому біс, думаю! Ось так я й став пандуром.</w:t>
      </w:r>
    </w:p>
    <w:p>
      <w:r>
        <w:br/>
        <w:t>— А ти не шкодуй,— задумливо мовив сивовусий бетяр і спохмурнів.— Так воно все ж таки певніше.</w:t>
      </w:r>
    </w:p>
    <w:p>
      <w:r>
        <w:br/>
        <w:t>Високий пандур, що сидів верхи на коні, задумався. Що йому робити? Виходить, його товариш і цей бетяр — родичі. Не затівати ж йому з ними бійку. Та й самому ж не подужати двох... Хай йому чорт! Однаково з придбаних таким побитом грошей користі не буде. По-перше, йому і половини тих грошей не дадуть... Невже ж для свого начальника старатися? А другу половину грошей теж доведеться пропити. То хіба варто заради шинкаря вводити себе в неславу?.. І він моргнув товаришеві, мовляв, час уже далі рушати.</w:t>
      </w:r>
    </w:p>
    <w:p>
      <w:r>
        <w:br/>
        <w:t>Низенький пандур скочив у сідло.</w:t>
      </w:r>
    </w:p>
    <w:p>
      <w:r>
        <w:br/>
        <w:t>— Уже їдете? — спитав бетяр.</w:t>
      </w:r>
    </w:p>
    <w:p>
      <w:r>
        <w:br/>
        <w:t>— Доводиться,— ніби виправдовуючись, одказав свояк.— До полудня маємо бути в Дярмату.</w:t>
      </w:r>
    </w:p>
    <w:p>
      <w:r>
        <w:br/>
        <w:t>— Тоді поспішайте.</w:t>
      </w:r>
    </w:p>
    <w:p>
      <w:r>
        <w:br/>
        <w:t>— Бувайте здорові, дядьку Дюрі!</w:t>
      </w:r>
    </w:p>
    <w:p>
      <w:r>
        <w:br/>
        <w:t>Попрощалися за руки.</w:t>
      </w:r>
    </w:p>
    <w:p>
      <w:r>
        <w:br/>
        <w:t>— Бувай здоров, небоже... Гей! Чуєш, однеси своїй дочечці оце.</w:t>
      </w:r>
    </w:p>
    <w:p>
      <w:r>
        <w:br/>
        <w:t>Він сягнув рукою за пазуху і витяг звідти щось загорнуте в червону хусточку. Це було строкате, червоно-зелено-біле бляшане брязкальце. За тих часів то була річ надзвичайна.</w:t>
      </w:r>
    </w:p>
    <w:p>
      <w:r>
        <w:br/>
        <w:t>Пандур узяв брязкальце так обережно, ніби збирався погратись мильною булькою. Забрязкотів іграшкою й радо засміявся.</w:t>
      </w:r>
    </w:p>
    <w:p>
      <w:r>
        <w:br/>
        <w:t>— Ой, моя крихітка з радощів у долоньки заплеще. Де ви його взяли?</w:t>
      </w:r>
    </w:p>
    <w:p>
      <w:r>
        <w:br/>
        <w:t>— Я ніс його своїй хрещениці. Та дарма, бери ти. Я хрещениці зроблю брязкальце з волоських горіхів.</w:t>
      </w:r>
    </w:p>
    <w:p>
      <w:r>
        <w:br/>
        <w:t>— Спасибі вам, дорогий дядьку! Як почує Ержі, що я зустрівся з вами, застрибає з радощів.</w:t>
      </w:r>
    </w:p>
    <w:p>
      <w:r>
        <w:br/>
        <w:t>— Доброго здоров'я!</w:t>
      </w:r>
    </w:p>
    <w:p>
      <w:r>
        <w:br/>
        <w:t>Пандур ще раз оглянувся.</w:t>
      </w:r>
    </w:p>
    <w:p>
      <w:r>
        <w:br/>
        <w:t>— Нехай вам щастить з лошам! Таке гарне — не надивитися!</w:t>
      </w:r>
    </w:p>
    <w:p>
      <w:r>
        <w:br/>
        <w:t>Другий пандур уже перебирався через болото, але й він повернувся і, наче добрий знайомий, приязно гукнув:</w:t>
      </w:r>
    </w:p>
    <w:p>
      <w:r>
        <w:br/>
        <w:t>— Ставне лоша! Нічого й казати!</w:t>
      </w:r>
    </w:p>
    <w:p>
      <w:r>
        <w:br/>
        <w:t>Бетяр задоволено всміхався. Поплескав лоша по шиї і сказав упевнено, по-каширському:</w:t>
      </w:r>
    </w:p>
    <w:p>
      <w:r>
        <w:br/>
        <w:t>— Еге, добрий стригунець!</w:t>
      </w:r>
    </w:p>
    <w:p>
      <w:r>
        <w:br/>
        <w:t>[1] Бетяр — так називали в старій Угорщині розбійників, а також селян-бідняків, що втекли від гніту поміщиків і робили наскоки на багаті садиби.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Стригунець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