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Страшна таємниця</w:t>
      </w:r>
    </w:p>
    <w:p>
      <w:r>
        <w:br/>
        <w:t xml:space="preserve"> Вірш для сміливих.&lt;br /&gt;</w:t>
        <w:br/>
        <w:t>Якщо ти боягуз — не читай!</w:t>
      </w:r>
    </w:p>
    <w:p>
      <w:r>
        <w:br/>
        <w:t>Облиште розмови!&lt;br /&gt;</w:t>
        <w:br/>
        <w:t>Скоріше облиште!&lt;br /&gt;</w:t>
        <w:br/>
        <w:t>Нас можуть почути.&lt;br /&gt;</w:t>
        <w:br/>
        <w:t>Тихіше!..&lt;br /&gt;</w:t>
        <w:br/>
        <w:t>Тихіше...&lt;br /&gt;</w:t>
        <w:br/>
        <w:t>Нехай на хвилину,&lt;br /&gt;</w:t>
        <w:br/>
        <w:t>лише на хвилину,&lt;br /&gt;</w:t>
        <w:br/>
        <w:t>хоча б — на хвилину&lt;br /&gt;</w:t>
        <w:br/>
        <w:t>ніхто з вас&lt;br /&gt;</w:t>
        <w:br/>
        <w:t>не дише.</w:t>
      </w:r>
    </w:p>
    <w:p>
      <w:r>
        <w:br/>
        <w:t>Я зараз&lt;br /&gt;</w:t>
        <w:br/>
        <w:t>відкрию вам —&lt;br /&gt;</w:t>
        <w:br/>
        <w:t>тільки ж дивіться,&lt;br /&gt;</w:t>
        <w:br/>
        <w:t>нікому-нікому! —&lt;br /&gt;</w:t>
        <w:br/>
        <w:t>страшну таємницю...</w:t>
      </w:r>
    </w:p>
    <w:p>
      <w:r>
        <w:br/>
        <w:t>У темному,&lt;br /&gt;</w:t>
        <w:br/>
        <w:t>темному,&lt;br /&gt;</w:t>
        <w:br/>
        <w:t>темному лісі,&lt;br /&gt;</w:t>
        <w:br/>
        <w:t>де хмари у небі —&lt;br /&gt;</w:t>
        <w:br/>
        <w:t>неначе крижини,&lt;br /&gt;</w:t>
        <w:br/>
        <w:t>де трави —&lt;br /&gt;</w:t>
        <w:br/>
        <w:t>залізні,&lt;br /&gt;</w:t>
        <w:br/>
        <w:t>де квіти —&lt;br /&gt;</w:t>
        <w:br/>
        <w:t>залізні,&lt;br /&gt;</w:t>
        <w:br/>
        <w:t>є темна-претемна&lt;br /&gt;</w:t>
        <w:br/>
        <w:t>старезна хатина.</w:t>
      </w:r>
    </w:p>
    <w:p>
      <w:r>
        <w:br/>
        <w:t>А в хаті отій,&lt;br /&gt;</w:t>
        <w:br/>
        <w:t>у кутку найтемнішім,&lt;br /&gt;</w:t>
        <w:br/>
        <w:t>куди не дістане&lt;br /&gt;</w:t>
        <w:br/>
        <w:t>ранкове проміння,&lt;br /&gt;</w:t>
        <w:br/>
        <w:t>де навіть&lt;br /&gt;</w:t>
        <w:br/>
        <w:t>бояться селитися&lt;br /&gt;</w:t>
        <w:br/>
        <w:t>миші,&lt;br /&gt;</w:t>
        <w:br/>
        <w:t>є скриня чавунна,&lt;br /&gt;</w:t>
        <w:br/>
        <w:t>уся в павутинні.</w:t>
      </w:r>
    </w:p>
    <w:p>
      <w:r>
        <w:br/>
        <w:t>Під нею&lt;br /&gt;</w:t>
        <w:br/>
        <w:t>в підлозі&lt;br /&gt;</w:t>
        <w:br/>
        <w:t>є дірка велика,&lt;br /&gt;</w:t>
        <w:br/>
        <w:t>така превелика,&lt;br /&gt;</w:t>
        <w:br/>
        <w:t>що страшно й сказать!..</w:t>
      </w:r>
    </w:p>
    <w:p>
      <w:r>
        <w:br/>
        <w:t>А в дірці...&lt;br /&gt;</w:t>
        <w:br/>
        <w:t>А в дірці...&lt;br /&gt;</w:t>
        <w:br/>
        <w:t>В тій дірці —&lt;br /&gt;</w:t>
        <w:br/>
        <w:t>ой, лихо! —&lt;br /&gt;</w:t>
        <w:br/>
        <w:t>така темнота —&lt;br /&gt;</w:t>
        <w:br/>
        <w:t>навіть дна&lt;br /&gt;</w:t>
        <w:br/>
        <w:t>не видать...</w:t>
      </w:r>
    </w:p>
    <w:p>
      <w:r>
        <w:br/>
        <w:t>А в тій темноті,&lt;br /&gt;</w:t>
        <w:br/>
        <w:t>наче жаба,&lt;br /&gt;</w:t>
        <w:br/>
        <w:t>холодній,&lt;br /&gt;</w:t>
        <w:br/>
        <w:t>у тій темнотищі&lt;br /&gt;</w:t>
        <w:br/>
        <w:t>на чорному дні&lt;br /&gt;</w:t>
        <w:br/>
        <w:t>лежить таємниця,&lt;br /&gt;</w:t>
        <w:br/>
        <w:t>страшна таємниця...</w:t>
      </w:r>
    </w:p>
    <w:p>
      <w:r>
        <w:br/>
        <w:t>Та що це таке —&lt;br /&gt;</w:t>
        <w:br/>
        <w:t>невідомо мені,&lt;br /&gt;</w:t>
        <w:br/>
        <w:t>бо дірки —&lt;br /&gt;</w:t>
        <w:br/>
        <w:t>немає,&lt;br /&gt;</w:t>
        <w:br/>
        <w:t>та й хати&lt;br /&gt;</w:t>
        <w:br/>
        <w:t>немає,&lt;br /&gt;</w:t>
        <w:br/>
        <w:t>і лісу&lt;br /&gt;</w:t>
        <w:br/>
        <w:t>немає —&lt;br /&gt;</w:t>
        <w:br/>
        <w:t>я вигадав все!</w:t>
      </w:r>
    </w:p>
    <w:p>
      <w:r>
        <w:br/>
        <w:t>А хто з вас&lt;br /&gt;</w:t>
        <w:br/>
        <w:t>не вірить,&lt;br /&gt;</w:t>
        <w:br/>
        <w:t>нехай перевірить:&lt;br /&gt;</w:t>
        <w:br/>
        <w:t>хай вигада сам&lt;br /&gt;</w:t>
        <w:br/>
        <w:t>щось таке...&lt;br /&gt;</w:t>
        <w:br/>
        <w:t>От і все!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Страшна 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