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Стояла ніч. Ми поруч йшли в сніги...</w:t>
      </w:r>
    </w:p>
    <w:p>
      <w:r>
        <w:br/>
        <w:t xml:space="preserve"> Стояла ніч. Ми поруч йшли в сніги.&lt;br /&gt;</w:t>
        <w:br/>
        <w:t>Були вони під зорями прекрасні.&lt;br /&gt;</w:t>
        <w:br/>
        <w:t>І кожен слід, мов крапелька жаги&lt;br /&gt;</w:t>
        <w:br/>
        <w:t>Любові нашої, світився і не гаснув.</w:t>
      </w:r>
    </w:p>
    <w:p>
      <w:r>
        <w:br/>
        <w:t>Скріблився ліс й щезав його прогин&lt;br /&gt;</w:t>
        <w:br/>
        <w:t>Край берега у ту годину щасну.&lt;br /&gt;</w:t>
        <w:br/>
        <w:t>Всміхались нам із неба сто богить,&lt;br /&gt;</w:t>
        <w:br/>
        <w:t>І дарували зимові прикраси.</w:t>
      </w:r>
    </w:p>
    <w:p>
      <w:r>
        <w:br/>
        <w:t>Тож стали ми в той час, немов рідня,&lt;br /&gt;</w:t>
        <w:br/>
        <w:t>Як дві струни божественного дня,&lt;br /&gt;</w:t>
        <w:br/>
        <w:t>Неначе спілі грона винограду.</w:t>
      </w:r>
    </w:p>
    <w:p>
      <w:r>
        <w:br/>
        <w:t>Щось зацвіло одвічне у крові,&lt;br /&gt;</w:t>
        <w:br/>
        <w:t>В нас спалахнули почуття нові,&lt;br /&gt;</w:t>
        <w:br/>
        <w:t>Не здатні на покару чи на зраду.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Стояла ніч. Ми поруч йшли в сніги...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