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Стефа і її Чакалка</w:t>
      </w:r>
    </w:p>
    <w:p>
      <w:r>
        <w:br/>
        <w:t xml:space="preserve"> &lt;p&gt;Іван Андрусяк</w:t>
      </w:r>
    </w:p>
    <w:p>
      <w:r>
        <w:br/>
        <w:t>СТЕФА І ЇЇ ЧАКАЛКА</w:t>
      </w:r>
    </w:p>
    <w:p>
      <w:r>
        <w:br/>
        <w:t>1.</w:t>
      </w:r>
    </w:p>
    <w:p>
      <w:r>
        <w:br/>
        <w:t>Стефа – сміхотунчик. Точнісінько як тато.</w:t>
      </w:r>
    </w:p>
    <w:p>
      <w:r>
        <w:br/>
        <w:t>І мама, і сестричка,</w:t>
      </w:r>
    </w:p>
    <w:p>
      <w:r>
        <w:br/>
        <w:t>і навіть бабуся</w:t>
      </w:r>
    </w:p>
    <w:p>
      <w:r>
        <w:br/>
        <w:t>теж сміхотунчики.</w:t>
      </w:r>
    </w:p>
    <w:p>
      <w:r>
        <w:br/>
        <w:t>Але Стефа – татійка.</w:t>
      </w:r>
    </w:p>
    <w:p>
      <w:r>
        <w:br/>
        <w:t>Ось Ірця в садочку – вона мамійка. Коли її мами довго нема, вона плаче. І в лясельній групі плакала, і в молодшій, і в середній. Навіть у старшій іноді плаче, коли не заграється з Сіяром. Це тому, що вона мамійка.</w:t>
      </w:r>
    </w:p>
    <w:p>
      <w:r>
        <w:br/>
        <w:t>А Стефа – татійка. Стефа сміється.</w:t>
      </w:r>
    </w:p>
    <w:p>
      <w:r>
        <w:br/>
        <w:t>І сестричка Ліза – татійка, хоча вона цього й не показує. Це тому, що вона вже велика – їй аж десять років. Саме стільки, скільки пальчиків на руках. Цікаво: коли їй років буде більше, ніж десять, – як вона це показуватиме?!</w:t>
      </w:r>
    </w:p>
    <w:p>
      <w:r>
        <w:br/>
        <w:t>Але мама – найбільша татійка. Бо вона он яка велика, а теж хоче спати з татою. Себто, треба казати "з татом" – бо Стефа вже аж у старшій групі, ще кілька місяців – і до школи піде, а дітки, яким скоро до школи йти, мають говорити правильно. Ось коли Стефа була у лясельній, себто й-асельній (і як же воно іноді важко – правильно говорити), тоді вона казала "з татою". А тепер – "із татом". Хіба коли забуде…</w:t>
      </w:r>
    </w:p>
    <w:p>
      <w:r>
        <w:br/>
        <w:t>Отож, Стефа теж хоче спати з татом. І з мамою хоче. Тому найчастіше вона біжить у їхнє ліжечко і лягає посередині. Одну ніжку на тата покладе, іншу – на маму. Тато справа казочку розказує, мама зліва пісеньку співає. Так і заснути недовго…</w:t>
      </w:r>
    </w:p>
    <w:p>
      <w:r>
        <w:br/>
        <w:t>Узагалі, Стефа і татійка, і мамійка, і сестрійка, і навіть бабусійка іноді – коли бабуся приїжджає. Але родимка під лівою пахвою є тільки у тата й у Стефи. І авторитет тільки у тата й у Стефи є. Ось лише в тата великий авторитет, а в Стефи – маленький авторитетик. Коли Стефа була зовсім маленькою, вона каталася на татовому авторитеті – животику, себто, – й так засинала. Тепер теж катається, бавлячись. Лише обережно, щоб не буцнути тата нізею в болюче місце. Він тоді сердиться – і це так кумедно!</w:t>
      </w:r>
    </w:p>
    <w:p>
      <w:r>
        <w:br/>
        <w:t>А все тому, що тато – хлопчик, а Стефа – дівчинка. Адже тільки у хлопчиків болюче місце там, де закінчується авторитет. А в маленьких дівчаток болючого місця взагалі нема, лише у великих. Це коли їм більше ніж десять років і вони вже не можуть це показати на пальчиках.</w:t>
      </w:r>
    </w:p>
    <w:p>
      <w:r>
        <w:br/>
        <w:t>У мами авторитета – того, котрий животик, – немає. Тому що мама худне. Весь тиждень. Доки не прийдуть вихідні. Стефа полюбляє вихідні – тоді вона не йде в садочок і може досхочу погратися з татом і з мамою. А ще тато готує у вихідні смакоту. Мама ту смакоту їсть, і тому весь тиждень худне. А Стефа не худне – Стефа весь тиждень їсть смакоту, яку готує мама. І тато весь тиждень їсть смакоту, яку готує мама. Тому в тата й авторитет, а в Стефи – авторитетик.</w:t>
      </w:r>
    </w:p>
    <w:p>
      <w:r>
        <w:br/>
        <w:t>Ще у Стефи є Чакалка. Точніше, не зовсім у Стефи – Чакалка є взагалі. І Стефа її боїться.</w:t>
      </w:r>
    </w:p>
    <w:p>
      <w:r>
        <w:br/>
        <w:t>Узагалі, Стефа нічого не боїться – лише висоти і стоматолога. Бо саме цього – висоти і стоматолога – боїться тато. Він сам так сказав! Але Чакалку Стефа теж боїться. Бо Чакалка – страшна. Яка – Стефа не знає. Вона ніколи не бачила Чакалку. Але знає, що Чакалка страшна. Особливо та, що з двома або й із трьома хвостами. А якщо вона ще й ходить із чакалятами – то взагалі… Тоді Стефа ховається під ковдерку, міцно-міцно пригортається до тата або мами, а краще одразу до обох, – і засинає…</w:t>
      </w:r>
    </w:p>
    <w:p>
      <w:r>
        <w:br/>
        <w:t>2.</w:t>
      </w:r>
    </w:p>
    <w:p>
      <w:r>
        <w:br/>
        <w:t>…Але так бувало не завжди.</w:t>
      </w:r>
    </w:p>
    <w:p>
      <w:r>
        <w:br/>
        <w:t>Одного разу Стефа розсердилася.</w:t>
      </w:r>
    </w:p>
    <w:p>
      <w:r>
        <w:br/>
        <w:t>У неї тоді був, як іноді каже тато, невдалий день. Точніше, невдалий вечір.</w:t>
      </w:r>
    </w:p>
    <w:p>
      <w:r>
        <w:br/>
        <w:t>Усе почалося з того, що мама, забираючи Стефу з садочка, не повела її, як завжди, на майданчик. Мамі не було коли – вона перевіряла модулі. Це такі папірці, на яких написано багато-багато слів, але дуже мало розумних. Так каже мама, а вона знає все. Адже мама працює вчителькою вчителів. Це старші дітки, які вчаться на те, щоби вчити діток маленьких. І мама їм задає писати модулі, а вони пишуть дулі. Так каже тато, і Стефа сміється. Але мама не сміється – мама весь вечір викреслює з тих папірців нерозумні слова, і гратися з нею не можна.</w:t>
      </w:r>
    </w:p>
    <w:p>
      <w:r>
        <w:br/>
        <w:t>Утім, це був лише початок. Бо потім тато прийшов із роботи голодний, як пес, і злий, як пантера. І доки він кого-небудь не перекусить, до нього краще не соватися, лише поцілувати – і все.</w:t>
      </w:r>
    </w:p>
    <w:p>
      <w:r>
        <w:br/>
        <w:t>Отож, доки тато на кухні когось перекушував, а насправді їв борщик, який невідомо коли встигла приготувати мама, – Стефа думала про пантеру. Вона бачила цю звірину в зоопарку, але та пантера була зовсім не зла. Певно, тому, що постійно спала. Це через те, – казав тато, – що вона не голодна. Бо і пантері, й людині треба поїсти, щоб подобрішати.</w:t>
      </w:r>
    </w:p>
    <w:p>
      <w:r>
        <w:br/>
        <w:t>Одначе, навіть подобрішавши, тато зі Стефою не грався. Він увімкнув комп’ютер і сів писати статтю.</w:t>
      </w:r>
    </w:p>
    <w:p>
      <w:r>
        <w:br/>
        <w:t>– Вибач, доню. У мене сьогодні запарка, – сказав, приголубивши Стефу. – Пограйся з Лізятком.</w:t>
      </w:r>
    </w:p>
    <w:p>
      <w:r>
        <w:br/>
        <w:t>Запарки у тата були щотижня. Їх вигадували політики. Це такі погані дяді й тьоті, яких показують по телевізору. Чакалки теж погані, але їх не показують. Це тому, що Чакалки не платять копієчку. А політики платять, але їм треба писати статтю. Не буде статті – не буде копієчки, а не буде копієчки –смоктатимемо лапу. Як ведмідь у барлозі. Ведмедеві добре, у нього лапа смачна. А у Стефи не дуже – Стефа пробувала. Краще смоктати цукерку. Але все одно образливо, що тато не грається.</w:t>
      </w:r>
    </w:p>
    <w:p>
      <w:r>
        <w:br/>
        <w:t>Лізі, одначе, теж було не до ігор. Ліза вчила вірша. Напам’ять. Таке в неї було домашнє завдання.</w:t>
      </w:r>
    </w:p>
    <w:p>
      <w:r>
        <w:br/>
        <w:t>– Ти чого сюди прийшла, малявко? – огризнулася Ліза, коли Стефа відчинила двері дитячої. – Йди собі! Не заважай!</w:t>
      </w:r>
    </w:p>
    <w:p>
      <w:r>
        <w:br/>
        <w:t>– Я не малявка! – обурилась, як завжди, Стефа, – я вже у старшій групі і скоро піду до школи…</w:t>
      </w:r>
    </w:p>
    <w:p>
      <w:r>
        <w:br/>
        <w:t>– Подумаєш! – на сестричку цей аргумент не подіяв. – Ось коли я була у старшій групі, ти ще спала у мами в животику.</w:t>
      </w:r>
    </w:p>
    <w:p>
      <w:r>
        <w:br/>
        <w:t>– Я не спала. Я буцалася.</w:t>
      </w:r>
    </w:p>
    <w:p>
      <w:r>
        <w:br/>
        <w:t>– То йди собі буцайся деінде. Мені нема коли.</w:t>
      </w:r>
    </w:p>
    <w:p>
      <w:r>
        <w:br/>
        <w:t>– А що ти робиш? – Стефі хотілося гратись, а не лаятися.</w:t>
      </w:r>
    </w:p>
    <w:p>
      <w:r>
        <w:br/>
        <w:t>– Вірша вчу.</w:t>
      </w:r>
    </w:p>
    <w:p>
      <w:r>
        <w:br/>
        <w:t>– Якого? Про зайчика?</w:t>
      </w:r>
    </w:p>
    <w:p>
      <w:r>
        <w:br/>
        <w:t>– Це ви, малявки, про різних там зайчиків у садку шепелявите! А в мене тут ого як серйозно. Ось задали аж два вірші, на вибір. Скажи, який мені вибрати:</w:t>
      </w:r>
    </w:p>
    <w:p>
      <w:r>
        <w:br/>
        <w:t>Росте Антонич, і росте трава,</w:t>
      </w:r>
    </w:p>
    <w:p>
      <w:r>
        <w:br/>
        <w:t>і зеленіють кучеряві вільхи.</w:t>
      </w:r>
    </w:p>
    <w:p>
      <w:r>
        <w:br/>
        <w:t>Чи цей:</w:t>
      </w:r>
    </w:p>
    <w:p>
      <w:r>
        <w:br/>
        <w:t>Антонич був хрущем і жив колись на вишнях,</w:t>
      </w:r>
    </w:p>
    <w:p>
      <w:r>
        <w:br/>
        <w:t>на вишнях тих, які оспівував Шевченко?</w:t>
      </w:r>
    </w:p>
    <w:p>
      <w:r>
        <w:br/>
        <w:t>Хоча, чого це я тебе питаю! Ти ж навіть не знаєш, хто такий Шевченко.</w:t>
      </w:r>
    </w:p>
    <w:p>
      <w:r>
        <w:br/>
        <w:t>– Як це не знаю?! – обурилася Стефа. – Нам про нього в садочку розказували, як він неба шукав. І тато книжечку читав…</w:t>
      </w:r>
    </w:p>
    <w:p>
      <w:r>
        <w:br/>
        <w:t>– Та не неба він шукав, а стовпів, які небо підпирають. І лише тоді, коли був такою малявкою, як ти.</w:t>
      </w:r>
    </w:p>
    <w:p>
      <w:r>
        <w:br/>
        <w:t>– А цей… А-ан…тонич – хто? Пташка така?</w:t>
      </w:r>
    </w:p>
    <w:p>
      <w:r>
        <w:br/>
        <w:t>– Яка пташка?</w:t>
      </w:r>
    </w:p>
    <w:p>
      <w:r>
        <w:br/>
        <w:t>– Та… на вишнях жив…</w:t>
      </w:r>
    </w:p>
    <w:p>
      <w:r>
        <w:br/>
        <w:t>– Поет він. Хрущем був.</w:t>
      </w:r>
    </w:p>
    <w:p>
      <w:r>
        <w:br/>
        <w:t>– Ким?!</w:t>
      </w:r>
    </w:p>
    <w:p>
      <w:r>
        <w:br/>
        <w:t>– Жуком таким. Травневим.</w:t>
      </w:r>
    </w:p>
    <w:p>
      <w:r>
        <w:br/>
        <w:t>– Поет був жуком?</w:t>
      </w:r>
    </w:p>
    <w:p>
      <w:r>
        <w:br/>
        <w:t>– Ага. І жив колись на вишнях.</w:t>
      </w:r>
    </w:p>
    <w:p>
      <w:r>
        <w:br/>
        <w:t>…І тут Стефа не витримала:</w:t>
      </w:r>
    </w:p>
    <w:p>
      <w:r>
        <w:br/>
        <w:t>– Ти з мене знущаєшся! Поети не живуть на вишнях! На вишнях живе пташка!</w:t>
      </w:r>
    </w:p>
    <w:p>
      <w:r>
        <w:br/>
        <w:t>– Ага, пташка-какашка…</w:t>
      </w:r>
    </w:p>
    <w:p>
      <w:r>
        <w:br/>
        <w:t>– Сама ти какашка! – ображено вигукнула Стефа і кинулася на сестричку з кулаками. – Ти все вигадуєш, щоб тільки зі мною не гратися! І всі вигадують! Усі! Усі! Усі!</w:t>
      </w:r>
    </w:p>
    <w:p>
      <w:r>
        <w:br/>
        <w:t>Зачувши крики, мама відірвалася від модулів і гукнула:</w:t>
      </w:r>
    </w:p>
    <w:p>
      <w:r>
        <w:br/>
        <w:t>– Стефо! Не заважай Лізі робити уроки!</w:t>
      </w:r>
    </w:p>
    <w:p>
      <w:r>
        <w:br/>
        <w:t>– А я буду заважати! Буду! Буду! Буду!</w:t>
      </w:r>
    </w:p>
    <w:p>
      <w:r>
        <w:br/>
        <w:t>– Хто це там не слухається маму?! – сердито відірвався від комп’ютера тато.</w:t>
      </w:r>
    </w:p>
    <w:p>
      <w:r>
        <w:br/>
        <w:t>– Я не слухаюся! І не хочу слухатися! І не буду!</w:t>
      </w:r>
    </w:p>
    <w:p>
      <w:r>
        <w:br/>
        <w:t>Подивовані батьки зайшли у дитячу, але Стефа настільки на всіх образилася, що не хотіла й розмовляти. Вляглася, як Пепі Довгапанчоха, ногами на подушку і, надувши щоки, демонстративно відвернулася до стіни.</w:t>
      </w:r>
    </w:p>
    <w:p>
      <w:r>
        <w:br/>
        <w:t>Тато завважив, що треба було б іще поскреготіти зубами, – але це не подіяло.</w:t>
      </w:r>
    </w:p>
    <w:p>
      <w:r>
        <w:br/>
        <w:t>Тоді мама нагадала, що саме по таких неслухняних дітей і приходить уночі Чакалка.</w:t>
      </w:r>
    </w:p>
    <w:p>
      <w:r>
        <w:br/>
        <w:t>Але Стефі було все одно.</w:t>
      </w:r>
    </w:p>
    <w:p>
      <w:r>
        <w:br/>
        <w:t>Чакалка – то й Чакалка.</w:t>
      </w:r>
    </w:p>
    <w:p>
      <w:r>
        <w:br/>
        <w:t>Може, у Чакалки немає модулів і статей.</w:t>
      </w:r>
    </w:p>
    <w:p>
      <w:r>
        <w:br/>
        <w:t>Може, Чакалка не вчить напам’ять незрозумілі вірші.</w:t>
      </w:r>
    </w:p>
    <w:p>
      <w:r>
        <w:br/>
        <w:t>Може, з нею можна погратися…</w:t>
      </w:r>
    </w:p>
    <w:p>
      <w:r>
        <w:br/>
        <w:t>3.</w:t>
      </w:r>
    </w:p>
    <w:p>
      <w:r>
        <w:br/>
        <w:t>…І тоді прийшла Чакалка.</w:t>
      </w:r>
    </w:p>
    <w:p>
      <w:r>
        <w:br/>
        <w:t>Тихесенько.</w:t>
      </w:r>
    </w:p>
    <w:p>
      <w:r>
        <w:br/>
        <w:t>Крадькома.</w:t>
      </w:r>
    </w:p>
    <w:p>
      <w:r>
        <w:br/>
        <w:t>Серед ночі.</w:t>
      </w:r>
    </w:p>
    <w:p>
      <w:r>
        <w:br/>
        <w:t>Через балконні двері – тато, коли надворі тепло, їх завжди залишає відчиненими. Не для Чакалки – для свіжого повітря. Але Чакалка цим скористалася.</w:t>
      </w:r>
    </w:p>
    <w:p>
      <w:r>
        <w:br/>
        <w:t>Навшпиньках – нечутно, мов повітря – пройшла вона повз татове й мамине ліжко, прошмигнула в дитячу й легесенько, мов пір’їнку, перенесла Стефу до свого мішка. Ніхто нічого не чув, і Стефа навіть не прокинулася.</w:t>
      </w:r>
    </w:p>
    <w:p>
      <w:r>
        <w:br/>
        <w:t>Розплющила очі аж тоді, коли вони були вже в кущах поза домом, і Чакалка взялася перекладати Стефу з меншого мішка у великий, де вже були інші дітки, котрих Чакалці вдалося цієї ночі вполювати.</w:t>
      </w:r>
    </w:p>
    <w:p>
      <w:r>
        <w:br/>
        <w:t>Дівчачий голос протяжно й жалібно плакав.</w:t>
      </w:r>
    </w:p>
    <w:p>
      <w:r>
        <w:br/>
        <w:t>Хлопчачий щось сердито вигукував не по нашому й буцався.</w:t>
      </w:r>
    </w:p>
    <w:p>
      <w:r>
        <w:br/>
        <w:t>Стефа буцнула нізею у відповідь і спросоння забурмотіла:</w:t>
      </w:r>
    </w:p>
    <w:p>
      <w:r>
        <w:br/>
        <w:t>– І не хочу слухати! І не буду вас слухати! Не буду! Не буду!</w:t>
      </w:r>
    </w:p>
    <w:p>
      <w:r>
        <w:br/>
        <w:t>– Ось тому я вас і забрала, що ви не хотіли нікого слухати. Тепер мусите слухати мене. І не треба буцатися, бо зв’яжу!</w:t>
      </w:r>
    </w:p>
    <w:p>
      <w:r>
        <w:br/>
        <w:t>Голос у Чакалки був учительський, скрипучий і неприємний – точнісінько як у чужої виховательки, котра якось заміняла улюблену Катерину Іванівну і дуже не полюбилася Стефі – настільки, що доки Катерина Іванівна хворіла, Стефа навіть не хотіла ходити в садочок.</w:t>
      </w:r>
    </w:p>
    <w:p>
      <w:r>
        <w:br/>
        <w:t>Утім, далі Чакалка спробувала говорити трішечки лагідніше, наскільки надавався до того її деренчливий голос:</w:t>
      </w:r>
    </w:p>
    <w:p>
      <w:r>
        <w:br/>
        <w:t>– І не треба мене боятися, дівчинко, – це вона до тієї дитини, що постійно хникала. – Я вам не яка-небудь костромська Баба Яга, а справжня дипломована Чакалка. Між іншим, кандидат педагогічних наук. І я буду вас перевиховувати.</w:t>
      </w:r>
    </w:p>
    <w:p>
      <w:r>
        <w:br/>
        <w:t>– А кричати й плакати, – глухо додала по хвилі, зав’язуючи мішок, – можете скільки завгодно. Все одно вас ніхто не почує. Бо мішок у мене звуконепроникний.</w:t>
      </w:r>
    </w:p>
    <w:p>
      <w:r>
        <w:br/>
        <w:t>Стефа, хоч як це дивно, зовсім не боялася. Не те, щоби зовсім, звичайно, – але майже не боялася.</w:t>
      </w:r>
    </w:p>
    <w:p>
      <w:r>
        <w:br/>
        <w:t>Насправді, звісно, їй було страшно, і навіть дуже. Але Стефа вчасно згадала, що вона, взагалі, татійка, що вона, тим паче, сміхотунчик, а головне – що нічого страшнішого від висоти і стоматолога на світі нема і бути не може. Як там казав тато? Проблеми вирішуються з усмішкою, а з плачем лише нагромаджуються.</w:t>
      </w:r>
    </w:p>
    <w:p>
      <w:r>
        <w:br/>
        <w:t>А крім того, Стефі все ще було образливо, що ніхто з нею не погрався. Та й до Чакалки вона сама напросилася – тож нема чого тепер нарікати на долю. Пригода – вона і в Африці пригода, і в Чакалчиному мішку. Отже, доведеться гратися з Чакалкою, доки не набридне. А коли набридне – тоді вона щось неодмінно придумає. І тато, тим паче, придумає – він я-ак прокинеться, я-а-ак побачить, що Стефи нема, я-а-а-ак кинеться навздогін, я-а-а-а-ак улаштує Чакалці веселе життя – не позаздриш їй…</w:t>
      </w:r>
    </w:p>
    <w:p>
      <w:r>
        <w:br/>
        <w:t>– Ти хто? – запитав хлопчачий голос, що буцався.</w:t>
      </w:r>
    </w:p>
    <w:p>
      <w:r>
        <w:br/>
        <w:t>– Я Стефа. А ти?</w:t>
      </w:r>
    </w:p>
    <w:p>
      <w:r>
        <w:br/>
        <w:t>– О! Самі свої! А це я, Сіяр. Я розбив вікно у своїй кімнаті, і ця… зараза… пролізла…</w:t>
      </w:r>
    </w:p>
    <w:p>
      <w:r>
        <w:br/>
        <w:t>– А чого розбив?</w:t>
      </w:r>
    </w:p>
    <w:p>
      <w:r>
        <w:br/>
        <w:t>– Як чого! Стріляв!</w:t>
      </w:r>
    </w:p>
    <w:p>
      <w:r>
        <w:br/>
        <w:t>– І я-а-а лозби-и-ила-а-а… – знову заплакала дівчинка.</w:t>
      </w:r>
    </w:p>
    <w:p>
      <w:r>
        <w:br/>
        <w:t>– Що розбила?</w:t>
      </w:r>
    </w:p>
    <w:p>
      <w:r>
        <w:br/>
        <w:t>– Голня-а-а, ма-а-амине улю-у-у-ублене…</w:t>
      </w:r>
    </w:p>
    <w:p>
      <w:r>
        <w:br/>
        <w:t>– Та це ж Ірця! – радісно вигукнула Стефа.</w:t>
      </w:r>
    </w:p>
    <w:p>
      <w:r>
        <w:br/>
        <w:t>– Та-а-ак, І-і-і-іла-а-а…</w:t>
      </w:r>
    </w:p>
    <w:p>
      <w:r>
        <w:br/>
        <w:t>– І що, мама тебе налаяла?</w:t>
      </w:r>
    </w:p>
    <w:p>
      <w:r>
        <w:br/>
        <w:t>– Ні-і, мама зітхну-у-ула…</w:t>
      </w:r>
    </w:p>
    <w:p>
      <w:r>
        <w:br/>
        <w:t>– І що?</w:t>
      </w:r>
    </w:p>
    <w:p>
      <w:r>
        <w:br/>
        <w:t>– А нісьо-о-ого… Я так обла-а-азилась…</w:t>
      </w:r>
    </w:p>
    <w:p>
      <w:r>
        <w:br/>
        <w:t>– На кого?</w:t>
      </w:r>
    </w:p>
    <w:p>
      <w:r>
        <w:br/>
        <w:t>– На се-е-е-ебе-е-е…</w:t>
      </w:r>
    </w:p>
    <w:p>
      <w:r>
        <w:br/>
        <w:t>– Ото клопіт! – здивувався Сіяр. – Образилася! На себе! Та я вам усе, що завгодно, розіб’ю! Як жаль, що мене ця… біда… так зненацька захопила. А мій пістолет і мій кинджал під подушкою залишилися. Та нічого, я їй помщуся! Виберуся з цього мішка – і помщуся!</w:t>
      </w:r>
    </w:p>
    <w:p>
      <w:r>
        <w:br/>
        <w:t>– А тебе за сцьо? – запитала Стефу Ірця, трохи вже заспокоївшись.</w:t>
      </w:r>
    </w:p>
    <w:p>
      <w:r>
        <w:br/>
        <w:t>– Та я… сестричку набила.</w:t>
      </w:r>
    </w:p>
    <w:p>
      <w:r>
        <w:br/>
        <w:t>– Сестлицьку?</w:t>
      </w:r>
    </w:p>
    <w:p>
      <w:r>
        <w:br/>
        <w:t>– Ага. Вона не хотіла зі мною гратися…</w:t>
      </w:r>
    </w:p>
    <w:p>
      <w:r>
        <w:br/>
        <w:t>– Та вона ж у тебе велика! – здивувався Сіяр.</w:t>
      </w:r>
    </w:p>
    <w:p>
      <w:r>
        <w:br/>
        <w:t>– Велика, – підтвердила Стефа. – Їй аж десять років.</w:t>
      </w:r>
    </w:p>
    <w:p>
      <w:r>
        <w:br/>
        <w:t>– І ти набила?</w:t>
      </w:r>
    </w:p>
    <w:p>
      <w:r>
        <w:br/>
        <w:t>– Набила!</w:t>
      </w:r>
    </w:p>
    <w:p>
      <w:r>
        <w:br/>
        <w:t>– Ого!</w:t>
      </w:r>
    </w:p>
    <w:p>
      <w:r>
        <w:br/>
        <w:t>І Сіяр та Ірця глянули на Стефу з повагою.</w:t>
      </w:r>
    </w:p>
    <w:p>
      <w:r>
        <w:br/>
        <w:t>Утім, був у мішку ще хтось більший і, певно, трішки старший, але Стефа так і не розібрала, хлопчик то чи дівчинка. Старша дитина спокійнісінько собі спала, час від часу похропуючи і смачно плямкаючи губами.</w:t>
      </w:r>
    </w:p>
    <w:p>
      <w:r>
        <w:br/>
        <w:t>– А це хто? – запитала Стефа.</w:t>
      </w:r>
    </w:p>
    <w:p>
      <w:r>
        <w:br/>
        <w:t>– Не знаю, – відповів Сіяр. – Спить собі, мов ніде нічого. Хоч із гармати під вухом стріляй. Оце витримка! Я теж так хочу!</w:t>
      </w:r>
    </w:p>
    <w:p>
      <w:r>
        <w:br/>
        <w:t>– То й спімо! – запропонувала Стефа. – А що нам заважає? До ранку ця Чакалка нас кудись принесе, і треба буде з нею воювати. А щоб воювати – треба виспатися.</w:t>
      </w:r>
    </w:p>
    <w:p>
      <w:r>
        <w:br/>
        <w:t>– Що правда, то правда, – підтвердив Сіяр. – Мій тато казав, що в доброго воїна мусить бути міцна рука і гостре око. А яке може бути гостре око, якщо воно зранку злипатиметься? Ні – виспимось, а тоді їй задамо чортів!</w:t>
      </w:r>
    </w:p>
    <w:p>
      <w:r>
        <w:br/>
        <w:t>– Ага, влаштуємо веселе життя.</w:t>
      </w:r>
    </w:p>
    <w:p>
      <w:r>
        <w:br/>
        <w:t>І діти невдовзі справді поснули.</w:t>
      </w:r>
    </w:p>
    <w:p>
      <w:r>
        <w:br/>
        <w:t>А Чакалка все сунула й сунула з важким мішком за плечима.</w:t>
      </w:r>
    </w:p>
    <w:p>
      <w:r>
        <w:br/>
        <w:t>Уже й місто минула, і село за містом.</w:t>
      </w:r>
    </w:p>
    <w:p>
      <w:r>
        <w:br/>
        <w:t>Попереду був великий ліс…</w:t>
      </w:r>
    </w:p>
    <w:p>
      <w:r>
        <w:br/>
        <w:t>4.</w:t>
      </w:r>
    </w:p>
    <w:p>
      <w:r>
        <w:br/>
        <w:t>…Баба Яга жила в хатинці на курячих ніжках. Це Стефа знала із казки.</w:t>
      </w:r>
    </w:p>
    <w:p>
      <w:r>
        <w:br/>
        <w:t>Бабай жив у пам’ятнику якомусь лисому дядькові з кепкою в простягнутій руці, довкола якого час від часу водили хороводи старенькі дядьки й тітки з червоними шматами. Про це Стефі розповів тато, коли вони якось проходили мимо того пам’ятника.</w:t>
      </w:r>
    </w:p>
    <w:p>
      <w:r>
        <w:br/>
        <w:t>Бабаїха так само жила в пам’ятнику – але у величезній потворній тьоті з мечем над схилами Дніпра. Коли Стефа із сестричкою й батьками їздила до ботанічного саду, доводилося проїжджати мимо того пам’ятника – і Стефі там завжди було страшно. Бо перед тією велетенською тьотею стояла така ж велетенська, із басейн завбільшки, тарілка, у якій Бабаїха миє голови неслухняним діткам. Із кусючим милом і щипучим шампунем…</w:t>
      </w:r>
    </w:p>
    <w:p>
      <w:r>
        <w:br/>
        <w:t>Де жив Чахлик Невмирущий, не знав навіть тато. Здогадувався, одначе, що десь на Печерських пагорбах, де зазвичай водяться політики… Але душа того Чахлика жила в яйці, яйце – в качці, качка – в зайці, заєць – у скрині, скриня – на дереві, дерево – в лісі, а де той ліс – цього Стефа вже й не пам’ятала. Але так писалося в книжечці, яку Стефі читала мама, і тато казав на це, що того лісу просто за деревами не видко.</w:t>
      </w:r>
    </w:p>
    <w:p>
      <w:r>
        <w:br/>
        <w:t>Змій жив у печері – і щоб його добути, треба було печерувати.</w:t>
      </w:r>
    </w:p>
    <w:p>
      <w:r>
        <w:br/>
        <w:t>Відьма жила у звичайній людській хаті чи квартирі. Проблема лише в тому, щоб розпізнати, де справжня відьма, а де просто лиха сусідка.</w:t>
      </w:r>
    </w:p>
    <w:p>
      <w:r>
        <w:br/>
        <w:t>А ось Чакалка жила… у школі.</w:t>
      </w:r>
    </w:p>
    <w:p>
      <w:r>
        <w:br/>
        <w:t>Так, у справжнісінькій школі, притому лісовій.</w:t>
      </w:r>
    </w:p>
    <w:p>
      <w:r>
        <w:br/>
        <w:t>Але школа ця далеко не завжди була лісовою. Ще недавно тут було село – та загуло. Молодші попереїжджали до міста, старші – хто теж переїхав на асфальті дні свої коротати, а хто й повмирав, – і про те, що тут колись було село, нагадували тільки покинуті пусткою хати, вже почасти зруйновані дощами, вітром, а найдужче – невблаганним часом, який біжить дуже швидко тоді, коли в хаті ніхто не живе.</w:t>
      </w:r>
    </w:p>
    <w:p>
      <w:r>
        <w:br/>
        <w:t>І ще – вишні, котрі росли тут особливо рясно, незважаючи на те, що довкола і справді був ліс.</w:t>
      </w:r>
    </w:p>
    <w:p>
      <w:r>
        <w:br/>
        <w:t>І була, звісно, школа, до якої колись ходило чимало дітлахів – а тепер не ходили навіть звірята. Бо ту школу облюбувала Чакалка.</w:t>
      </w:r>
    </w:p>
    <w:p>
      <w:r>
        <w:br/>
        <w:t>…А сама Чакалка тим часом спала без задніх ніг.</w:t>
      </w:r>
    </w:p>
    <w:p>
      <w:r>
        <w:br/>
        <w:t>Нелегке, ой, яке нелегке життя у Чакалки!</w:t>
      </w:r>
    </w:p>
    <w:p>
      <w:r>
        <w:br/>
        <w:t>Ось лише мішок доволокти з міста аж сюди, до лісу – і то чималого вартує…</w:t>
      </w:r>
    </w:p>
    <w:p>
      <w:r>
        <w:br/>
        <w:t>Бо ж не вантажником вона все життя працювати хотіла.</w:t>
      </w:r>
    </w:p>
    <w:p>
      <w:r>
        <w:br/>
        <w:t>З її дипломом…</w:t>
      </w:r>
    </w:p>
    <w:p>
      <w:r>
        <w:br/>
        <w:t>З її дисертацією…</w:t>
      </w:r>
    </w:p>
    <w:p>
      <w:r>
        <w:br/>
        <w:t>Ох, що й казати…</w:t>
      </w:r>
    </w:p>
    <w:p>
      <w:r>
        <w:br/>
        <w:t>Але таки дотягнула. Бо чого не зробиш заради улюбленої педагогічної праці!</w:t>
      </w:r>
    </w:p>
    <w:p>
      <w:r>
        <w:br/>
        <w:t>Дотягнула, покинула під вишнею, – добре, що хоч розв’язати не забула, бо ще б задихнулися, і пропала б уся її надія на власну зразкову школу, – а тоді ледве допленталася до ліжка і впала на нього, мов підкошена.</w:t>
      </w:r>
    </w:p>
    <w:p>
      <w:r>
        <w:br/>
        <w:t>Останнє, що вона встигла подумати: а якщо попрокидаються і розбіжаться? Але тут же себе заспокоїла: та куди вони подінуться? Ліс же довкола! Жодної живої душі. Вовки – і ті давно перевелися. Тож нікуди вони, голубчики, не почезнуть – завтра ж і виховувати почну!</w:t>
      </w:r>
    </w:p>
    <w:p>
      <w:r>
        <w:br/>
        <w:t>Із цим і заснула.</w:t>
      </w:r>
    </w:p>
    <w:p>
      <w:r>
        <w:br/>
        <w:t>І не снилося їй нічого.</w:t>
      </w:r>
    </w:p>
    <w:p>
      <w:r>
        <w:br/>
        <w:t>Геть нічого.</w:t>
      </w:r>
    </w:p>
    <w:p>
      <w:r>
        <w:br/>
        <w:t>Абсолютно нічого.</w:t>
      </w:r>
    </w:p>
    <w:p>
      <w:r>
        <w:br/>
        <w:t>Так утомилася…</w:t>
      </w:r>
    </w:p>
    <w:p>
      <w:r>
        <w:br/>
        <w:t>5.</w:t>
      </w:r>
    </w:p>
    <w:p>
      <w:r>
        <w:br/>
        <w:t>…Стефу розбудив хрущ.</w:t>
      </w:r>
    </w:p>
    <w:p>
      <w:r>
        <w:br/>
        <w:t>Справжній, живий, із колючими лапками, зовні неприємний і навіть трішечки страшний. Він жив на вишнях, і зовсім не колись, коли Антонич був іще Шевченком або навпаки, – а таки зараз спокійнісінько жив собі на вишнях, які й оспівував своїм бринінням. Коли йому набридло оспівувати, він злетів із вишні й сів Стефі на руку.</w:t>
      </w:r>
    </w:p>
    <w:p>
      <w:r>
        <w:br/>
        <w:t>Стефа розплющила очі, роздивлялася хруща, слухала, як угорі, у вишнях, гудуть, оспівуючи красу, його родичі, як солодко щебечуть ранкові пташки, як тепле травневе сонечко цілує їй лобик, а вітерець, ледь заплутавшись у волоссячку, лоскоче щічки. Точнісінько як мама чи тато…</w:t>
      </w:r>
    </w:p>
    <w:p>
      <w:r>
        <w:br/>
        <w:t>А хрущ хоч і страшненький з виду, але добрий. Він навіть казочку розказав би. І пісеньку заспівати вміє. І погратися з ним можна…</w:t>
      </w:r>
    </w:p>
    <w:p>
      <w:r>
        <w:br/>
        <w:t>– Як га-а-арно-о! – потягнулася Стефа…</w:t>
      </w:r>
    </w:p>
    <w:p>
      <w:r>
        <w:br/>
        <w:t>І раптом – ой! – різко підвелася.</w:t>
      </w:r>
    </w:p>
    <w:p>
      <w:r>
        <w:br/>
        <w:t>І все згадала!</w:t>
      </w:r>
    </w:p>
    <w:p>
      <w:r>
        <w:br/>
        <w:t>Так, її забрала Чакалка.</w:t>
      </w:r>
    </w:p>
    <w:p>
      <w:r>
        <w:br/>
        <w:t>І справедливо, між іншим!</w:t>
      </w:r>
    </w:p>
    <w:p>
      <w:r>
        <w:br/>
        <w:t>Тож краса красою, а війна за розкладом.</w:t>
      </w:r>
    </w:p>
    <w:p>
      <w:r>
        <w:br/>
        <w:t>Бо тепер за своє щастя треба повоювати.</w:t>
      </w:r>
    </w:p>
    <w:p>
      <w:r>
        <w:br/>
        <w:t>А щастя – це все так само: і сонечко, і вітерець, і хрущі (хай навіть і з Антоничем), – але щоб тато, мама й сестричка були поруч.</w:t>
      </w:r>
    </w:p>
    <w:p>
      <w:r>
        <w:br/>
        <w:t>І нічого, що вони не завжди можуть зі Стефою гратися – Стефа з ними теж, між іншим, не завжди гратися може, у Стефи теж бувають серйозні справи, які ніхто, крім неї, не може вирішити…</w:t>
      </w:r>
    </w:p>
    <w:p>
      <w:r>
        <w:br/>
        <w:t>&lt;&gt;…Тут хтось тихенько торкнувся Стефиної руки, і хрущ, обурено зиркнувши, – чого, мовляв, заважаєш мені повзати, де я сам хочу, – злетів назад у свої вишневі висі.</w:t>
      </w:r>
    </w:p>
    <w:p>
      <w:r>
        <w:br/>
        <w:t>– Цс-с-с! – то був Сіяр. – Я вже сходив на розвідку. Чакалка спить у школі і в ус не дме.</w:t>
      </w:r>
    </w:p>
    <w:p>
      <w:r>
        <w:br/>
        <w:t>– Як бегемот?</w:t>
      </w:r>
    </w:p>
    <w:p>
      <w:r>
        <w:br/>
        <w:t>– Ні, як Чакалка. Я двері підпер якимось дрюком – не скоро вибереться. Треба звідси тікати.</w:t>
      </w:r>
    </w:p>
    <w:p>
      <w:r>
        <w:br/>
        <w:t>Тут мішок раптом заворушився, і з нього зринула скуйовджена голова, волосся – їжачком.</w:t>
      </w:r>
    </w:p>
    <w:p>
      <w:r>
        <w:br/>
        <w:t>– О! Привіт, малявки! Що ви тут робите? І… І де це ми?</w:t>
      </w:r>
    </w:p>
    <w:p>
      <w:r>
        <w:br/>
        <w:t>Кумедне створіння у джинсах зі шлейками й у футболці з написом "Школа не вовк, у ліс не втече", – одразу й не розбереш, чи то дівчинка, чи хлопчик, – зринуло з мішка, понишпорило в кишенях, дістало окуляри, хвацько нап’ялило собі на носа і з подивом зароззиралося довкола.</w:t>
      </w:r>
    </w:p>
    <w:p>
      <w:r>
        <w:br/>
        <w:t>– Які ми тобі малявки! – обурилася Стефа. – Ми діти. І нас забрала Чакалка!</w:t>
      </w:r>
    </w:p>
    <w:p>
      <w:r>
        <w:br/>
        <w:t>– Що-о-о?! – Очі створіння стали великими й круглими, і в них крізь скельця зблиснув хвацький хижий вогник. – Таки забрала? Ой, як класно! У мене буде пригода, а в мами шок!</w:t>
      </w:r>
    </w:p>
    <w:p>
      <w:r>
        <w:br/>
        <w:t>6.</w:t>
      </w:r>
    </w:p>
    <w:p>
      <w:r>
        <w:br/>
        <w:t>…Тікати від Чакалки виявилося навіть дуже весело. Особливо з Ориною.</w:t>
      </w:r>
    </w:p>
    <w:p>
      <w:r>
        <w:br/>
        <w:t>Так-так, кумедне окуляристе створіння із зачіскою-їжачком виявилося саме Ориною – найбільшою розбишакою на всю школу, де вчилася Стефина сестричка Ліза.</w:t>
      </w:r>
    </w:p>
    <w:p>
      <w:r>
        <w:br/>
        <w:t>Саме від Лізи Стефа наслухалася про Орину чимало цікавущого. І про те, як вона організувала піратські бої п’ятого "А" з п’ятим "Б", узявши на абордаж кабінет географії, від чого найдужче постраждав портрет великого українського мореплавця Миколи Миклухо-Маклая. Він висів над класною дошкою, а в розпал побоїща звалився на голову зубрилці-старості, котра намагалася стримати нападників погрозою не дати нікому нічого списати до кінця життя. Що ж, старий морський вовк за своє сповнене справжніх, а не списаних пригод життя набачився чимало різноманітних тубільців, – але з такими, які увірвалися тоді до класу, йому не доводилося стикатися навіть на островах Океанії…</w:t>
      </w:r>
    </w:p>
    <w:p>
      <w:r>
        <w:br/>
        <w:t>Розповідала Ліза й про те, до яких витівок додумувалася Орина вдома – про це теж гуділа вся школа. Одного разу, коли було дуже спекотно, вона вирішила перетворити всі свої штани на шорти – і, озброївшись ножицями, за п’ять хвилин із усім упоралася. Оскільки дідусеві, звісно, спекотно було так само, а дідуся Орина дуже любила – вона вирішила допомогти і йому. Отож, не відкладаючи, вкоротила вище колін і всі дідусеві штани, включно з вихідними до костюма. Оскільки і мама, й тато, й дідусь тоді були на роботі, а бабуся саме вийшла до магазину – ніхто їй не завадив зреалізувати ці добрі наміри. Зате, повернувшись додому, всі були дуже втішені Орининою турботою…</w:t>
      </w:r>
    </w:p>
    <w:p>
      <w:r>
        <w:br/>
        <w:t>Звісно, знала Стефа й про знамениту Оринину футболку з написом "Школа не вовк, у ліс не втече", який так дратував учителів. Оскільки діти ще не вміли читати, Орина прочитала їм цей напис сама, і видно було, як вона ним пишається.</w:t>
      </w:r>
    </w:p>
    <w:p>
      <w:r>
        <w:br/>
        <w:t>– Я з цього приводу навіть віршика склала:</w:t>
      </w:r>
    </w:p>
    <w:p>
      <w:r>
        <w:br/>
        <w:t>Ліпше я в лікарні полежу,</w:t>
      </w:r>
    </w:p>
    <w:p>
      <w:r>
        <w:br/>
        <w:t>ніж до школи походжу!</w:t>
      </w:r>
    </w:p>
    <w:p>
      <w:r>
        <w:br/>
        <w:t>– Це коли я торік хотіла собі гніздо на дереві звити, щоб жити з пташками, – розповідала Орина. – Я вже мало літати не навчилася. Ще трішки – і полетіла б… Але не склалося: впала з дерева, зламала руку і цілий тиждень у лікарні пролежала. Краса! Нічого робити не треба, уроків готувати не треба, їсти-пити принесуть і під ніс тицьнуть, а ти собі лежи-иш – і мрі-ієш, лежи-иш – і мрі-ієш…</w:t>
      </w:r>
    </w:p>
    <w:p>
      <w:r>
        <w:br/>
        <w:t>– Але з воно, певно, болясе, коли луку зламаєс, – злякано прошепотіла Ірця.</w:t>
      </w:r>
    </w:p>
    <w:p>
      <w:r>
        <w:br/>
        <w:t>– Ет, пусте! – бравувала на це вголос Орина, хоча й виразно скривилася. Утім, таки зізналася:</w:t>
      </w:r>
    </w:p>
    <w:p>
      <w:r>
        <w:br/>
        <w:t>– Боляче, звісно. І навіть дуже! Зате потім – лежи-иш – і мрі-ієш, лежи-иш – і мрі-ієш… Супер!</w:t>
      </w:r>
    </w:p>
    <w:p>
      <w:r>
        <w:br/>
        <w:t>Отака була Орина!</w:t>
      </w:r>
    </w:p>
    <w:p>
      <w:r>
        <w:br/>
        <w:t>І тікати від Чакалки з нею, ясна річ, було направду весело.</w:t>
      </w:r>
    </w:p>
    <w:p>
      <w:r>
        <w:br/>
        <w:t>Тим паче, що Чакалка, хоч і кандидат педагогічних наук, виявилася передбачливою і кожній дитині захопила взуття. Звісно – босяка по лісу далеко не забіжиш, ноги поколеш, зате взутим – будь ласка!</w:t>
      </w:r>
    </w:p>
    <w:p>
      <w:r>
        <w:br/>
        <w:t>Іра й Стефа були в босоніжках, Сіяр – у кросівках, зате Орині Чакалка встигла прихопити лише шльопанці. Із тими шльопанцями й було відтак найбільше смішок.</w:t>
      </w:r>
    </w:p>
    <w:p>
      <w:r>
        <w:br/>
        <w:t>Але, щоб тікати, спершу треба було вирішити, куди саме. Адже несла їх Чакалка уночі в цупкому мішку, до того ж, сплячих. І, звісно, ніхто й гадки не мав, у який бік іти, щоб потрапити до міста. А жодної стежки, не кажучи вже про дорогу, не було й близько. Колись, певно, були, але давно позаростали, тож годі було що-небудь збагнути.</w:t>
      </w:r>
    </w:p>
    <w:p>
      <w:r>
        <w:br/>
        <w:t>Сіяр спробував пошукати, де прим’ята трава і збита роса – адже там, де пройшла з мішком Чакалка, мусив залишитися хоч якийсь слід. Утім, нічого в нього не вийшло – сонечко давно висушило росу, вітерець порозправляв стеблинки трави, а дощу не було вже давненько, отже, калюжі, в якій міг би знайтися випадковий відбиток Чакалчиної ноги, давно пересохли і юним слідопитам ні про що оповісти не могли.</w:t>
      </w:r>
    </w:p>
    <w:p>
      <w:r>
        <w:br/>
        <w:t>Діти засумувати.</w:t>
      </w:r>
    </w:p>
    <w:p>
      <w:r>
        <w:br/>
        <w:t>– Тю! Знайшли чим перейматися! – раптом сказала Орина. – Головне – йти вперед і нікуди не звертати. Тоді обов’язково кудись – а вийдемо.</w:t>
      </w:r>
    </w:p>
    <w:p>
      <w:r>
        <w:br/>
        <w:t>На тому й порішили.</w:t>
      </w:r>
    </w:p>
    <w:p>
      <w:r>
        <w:br/>
        <w:t>Але який саме напрямок обрати? Куди йти?</w:t>
      </w:r>
    </w:p>
    <w:p>
      <w:r>
        <w:br/>
        <w:t>– А отуди! – не розгубилася Орина, махнувши рукою навмання.</w:t>
      </w:r>
    </w:p>
    <w:p>
      <w:r>
        <w:br/>
        <w:t>Туди й пішли.</w:t>
      </w:r>
    </w:p>
    <w:p>
      <w:r>
        <w:br/>
        <w:t>Та невдовзі з’ясувалося, що йти прямо, нікуди не звертаючи, ой як непросто!</w:t>
      </w:r>
    </w:p>
    <w:p>
      <w:r>
        <w:br/>
        <w:t>На шляху весь час зринали як не чагарник, крізь який доводилося продиратися, то глибокі яри, в які випадало спершу скочуватись, а тоді брати протилежний берег приступом.</w:t>
      </w:r>
    </w:p>
    <w:p>
      <w:r>
        <w:br/>
        <w:t>А стареньке заросле чи то озерце, чи ставок виявилося просто-таки нездоланною перепоною. Орина сунулася було вперед, спробувавши здолати озерце вбрід, але тут же потонула в намулі по коліна й заледве вичовпала, втопивши окуляри. Їх, утім, швидко дістали, зате шльопанці залишилися на дні…</w:t>
      </w:r>
    </w:p>
    <w:p>
      <w:r>
        <w:br/>
        <w:t>– Маєш тобі! Там, певно, акула живе, ото вона мої шльопанці й облюбувала, – похнюпилася Орина.</w:t>
      </w:r>
    </w:p>
    <w:p>
      <w:r>
        <w:br/>
        <w:t>Ірця аж заплакала з досади:</w:t>
      </w:r>
    </w:p>
    <w:p>
      <w:r>
        <w:br/>
        <w:t>– І як же ти тепел ходитимес? Ноги зіб’є-є-єс, і ми далеко не забізимо-о-о…</w:t>
      </w:r>
    </w:p>
    <w:p>
      <w:r>
        <w:br/>
        <w:t>Лише Стефа не розгубилася:</w:t>
      </w:r>
    </w:p>
    <w:p>
      <w:r>
        <w:br/>
        <w:t>– Мій тато каже, що коли вже гуска може вийти сухою з води, то людина тим паче. Треба лише подумати – і завжди щось придумаєш.</w:t>
      </w:r>
    </w:p>
    <w:p>
      <w:r>
        <w:br/>
        <w:t>– О! Придумав! – гукнув на це Сіяр і кинувся до найближчого куща ліщини.</w:t>
      </w:r>
    </w:p>
    <w:p>
      <w:r>
        <w:br/>
        <w:t>Доки він виламував клюку – палицю з гачком на кінці, доки обмацував нею дно, доки зумів зачепити шльопанці й повитягати їх на берег, минуло добрих півгодини. Орина старанно обмила їх від намулу, урочисто взула й поважно промовила:</w:t>
      </w:r>
    </w:p>
    <w:p>
      <w:r>
        <w:br/>
        <w:t>– Одна голова добре, а чотири – краще. Ось чому чотириголові змії були такими мудрими!</w:t>
      </w:r>
    </w:p>
    <w:p>
      <w:r>
        <w:br/>
        <w:t>– Ага, – відгукнулася Стефа. – Вони ще й крилатими були. А якби ти тоді не зламала руку й таки навчилася літати – ми б уже давно додому втрапили.</w:t>
      </w:r>
    </w:p>
    <w:p>
      <w:r>
        <w:br/>
        <w:t>Одначе обійшли озеро й пішли далі, розважаючись тим, що гуртом склали віршика про Оринину пригоду:</w:t>
      </w:r>
    </w:p>
    <w:p>
      <w:r>
        <w:br/>
        <w:t>Жила собі в озері голодна акула</w:t>
      </w:r>
    </w:p>
    <w:p>
      <w:r>
        <w:br/>
        <w:t>і Оринині шльопанці проковтнула.</w:t>
      </w:r>
    </w:p>
    <w:p>
      <w:r>
        <w:br/>
        <w:t>Довго плакала Орина сльозами гіркими:</w:t>
      </w:r>
    </w:p>
    <w:p>
      <w:r>
        <w:br/>
        <w:t>– Щоб ти подавилась, акуло, шльопанцями моїми!</w:t>
      </w:r>
    </w:p>
    <w:p>
      <w:r>
        <w:br/>
        <w:t>Аж тут прийшов Сіяр і надавав акулі копанців –</w:t>
      </w:r>
    </w:p>
    <w:p>
      <w:r>
        <w:br/>
        <w:t>і виплюнула акула Оринині шльопанці.</w:t>
      </w:r>
    </w:p>
    <w:p>
      <w:r>
        <w:br/>
        <w:t>Віршик дітям страшенно сподобався. Орина так реготала, що забула навіть образитися на "гіркі сльози".</w:t>
      </w:r>
    </w:p>
    <w:p>
      <w:r>
        <w:br/>
        <w:t>Утім, згадка про голодну акулу, котра не погребувала навіть брудними затоптаними шльопанцями, пробудила справжнісінький звірячий апетит. Діти раптом згадали, що відучора й ріски в роті не мали.</w:t>
      </w:r>
    </w:p>
    <w:p>
      <w:r>
        <w:br/>
        <w:t>– Я б теж, – сказав Сіяр, – чимось поживився. Хіба би твої шльопанці були зі свинини…</w:t>
      </w:r>
    </w:p>
    <w:p>
      <w:r>
        <w:br/>
        <w:t>– А сцьо не так зі свининою? – здивувалася Іра.</w:t>
      </w:r>
    </w:p>
    <w:p>
      <w:r>
        <w:br/>
        <w:t>– Я ж мусульманин, а мусульмани свинини не їдять.</w:t>
      </w:r>
    </w:p>
    <w:p>
      <w:r>
        <w:br/>
        <w:t>– Чому?</w:t>
      </w:r>
    </w:p>
    <w:p>
      <w:r>
        <w:br/>
        <w:t>– Аллах забороняє. Я ж пуштун.</w:t>
      </w:r>
    </w:p>
    <w:p>
      <w:r>
        <w:br/>
        <w:t>– Тю! – здивувалася Орина. – Я теж пустунка, і мені теж усе забороняють. Та хіба я на це зважаю!</w:t>
      </w:r>
    </w:p>
    <w:p>
      <w:r>
        <w:br/>
        <w:t>– Ти собі можеш бути хоч сто разів пустункою, – образився Сіяр, – а я не пустун. Я пуштун! – гордо мовив він, випнувши груди.</w:t>
      </w:r>
    </w:p>
    <w:p>
      <w:r>
        <w:br/>
        <w:t>– Як це?</w:t>
      </w:r>
    </w:p>
    <w:p>
      <w:r>
        <w:br/>
        <w:t>– А так! Ти – українка, і твоя Батьківщина – Україна. А я – пуштун, і моя Батьківщина – Афганістан! Зрозуміло?</w:t>
      </w:r>
    </w:p>
    <w:p>
      <w:r>
        <w:br/>
        <w:t>– Зрозумі-і-іло, – хором протягли діти.</w:t>
      </w:r>
    </w:p>
    <w:p>
      <w:r>
        <w:br/>
        <w:t>– У нас там велика війна, в Афганістані. Багато людей убили. І моїх рідних теж багато вбили. І ми мусили тікати сюди, в Україну, щоб і нас не повбивали. Ось. А Бога у нас звуть Аллах. І він усе одно забороняє нам їсти свинину, хоч би де ми були – в Україні чи в Афганістані.</w:t>
      </w:r>
    </w:p>
    <w:p>
      <w:r>
        <w:br/>
        <w:t>– Чому?</w:t>
      </w:r>
    </w:p>
    <w:p>
      <w:r>
        <w:br/>
        <w:t>– Бо свиня – нечиста тварина. Вона в калюжі спить.</w:t>
      </w:r>
    </w:p>
    <w:p>
      <w:r>
        <w:br/>
        <w:t>– Суворий у вас Бог. Свинина ж така смачна… Але наш теж суворий, – сказала на це Орина. – Мені він, приміром, забороняє по церкві бігати й тупотіти.</w:t>
      </w:r>
    </w:p>
    <w:p>
      <w:r>
        <w:br/>
        <w:t>– Як це? – здивувався вже Сіяр.</w:t>
      </w:r>
    </w:p>
    <w:p>
      <w:r>
        <w:br/>
        <w:t>– А так. Я оце недавно до сповіді ходила. Священик усі гріхи в мене випитував, і я розказувала. Бага-а-ато розказувала – як батьків не слухалася, що розбила, де нашкодила. Розповіла – а він і питає: "Усе?". "Так, – кажу, – все нібито". А він мені суворо так каже: "А хто по церкві щонеділі бігає й тупотить?!"</w:t>
      </w:r>
    </w:p>
    <w:p>
      <w:r>
        <w:br/>
        <w:t>– Так це тобі священик забороняє, щоб ти людям із Богом розмовляти не заважала, – мовила Стефа. – Мої батьки теж, коли моляться перед сном, просять не галасувати. Бог любить, щоби з ним у тиші спілкувалися. І щоб капостей не робили, бо Чакалка забере. Але Бог добрий, він нам допоможе. І нагодує. Треба лише попросити. У тиші.</w:t>
      </w:r>
    </w:p>
    <w:p>
      <w:r>
        <w:br/>
        <w:t>– Ага. І Аллах добрий. І Аллах нагодує.</w:t>
      </w:r>
    </w:p>
    <w:p>
      <w:r>
        <w:br/>
        <w:t>І діти пішли далі мовчки, кожне думаючи про своє.</w:t>
      </w:r>
    </w:p>
    <w:p>
      <w:r>
        <w:br/>
        <w:t>А невдовзі вийшли на галявину, де росло багато щавлю.</w:t>
      </w:r>
    </w:p>
    <w:p>
      <w:r>
        <w:br/>
        <w:t>Наїдок із нього, звичайно, не дуже – але голод угамували…</w:t>
      </w:r>
    </w:p>
    <w:p>
      <w:r>
        <w:br/>
        <w:t>7.</w:t>
      </w:r>
    </w:p>
    <w:p>
      <w:r>
        <w:br/>
        <w:t>– І хто так тікає?!</w:t>
      </w:r>
    </w:p>
    <w:p>
      <w:r>
        <w:br/>
        <w:t>Чакалка постала перед ними руки-в-боки. У всій, як то кажуть, красі…</w:t>
      </w:r>
    </w:p>
    <w:p>
      <w:r>
        <w:br/>
        <w:t>Зринула, немов нізвідки. Бо ж перед тим дітлахи, поївши щавлю й пожвавішавши, – де й поділися втома і смуток, – помчали наввипередки за перелісок. А там, поборюкавшись і нареготавшись усмак, надибали припадком на стежинку, – ледве, щоправда, помітну серед ріденького лісового бур’янцю, але все-таки стежину, яка кудись та вела, – і пішли собі зі смішками й жартами тією стежиною навмання, і вже не зважали на те, де "прямо", а де "криво", – і ось, маєш тобі…</w:t>
      </w:r>
    </w:p>
    <w:p>
      <w:r>
        <w:br/>
        <w:t>– І хто так тікає?! Ні, хто так тікає, скажіть мені! Ви бодай уявляєте собі, що це таке – втекти від Чакалки? Та ще й лісом! Ха-ха-ха!</w:t>
      </w:r>
    </w:p>
    <w:p>
      <w:r>
        <w:br/>
        <w:t>Школа була зовсім близько, рукою подати, і стежка, виявляється, вела саме туди – назад до школи! І Чакалка стояла на цій стежці руки-в-боки, накокоїжена, скуйовджена, із трохи пом’ятим іще зо сну обличчям, але гострими-гострими, як у шуліки, очима, в яких тепер вистрибували вже не коричневі біси тривоги, а лишень руді бісенята радості.</w:t>
      </w:r>
    </w:p>
    <w:p>
      <w:r>
        <w:br/>
        <w:t>– Ха-ха-ха! Наївні! Хотіли мене зачинити? Гадали, я через вікно не виберуся? Ха-ха-ха!</w:t>
      </w:r>
    </w:p>
    <w:p>
      <w:r>
        <w:br/>
        <w:t>Дітлахів мов хто зверху мокрим рядном накрив.</w:t>
      </w:r>
    </w:p>
    <w:p>
      <w:r>
        <w:br/>
        <w:t>– Ні, вам треба учитись, учитись і ще раз учитись! Так казав сам Великий Бабай. У нас у школі Чакалок навіть таке гасло на стіні висіло, якраз під портретом Великого Бабая. Треба буде й собі схоже зробити. Але поки що – гайда обідати! А після обіду – одразу в клас! Ми й так півдня проваландалися…</w:t>
      </w:r>
    </w:p>
    <w:p>
      <w:r>
        <w:br/>
        <w:t>– Хто валандався, а хто й сопів без задніх лап, – огризнулася Орина, але все ж похнюплено потюпала вслід за Чакалкою. За нею, хлипаючи, потягнулася Ірця, а вже тоді – зціпивши зуби – Стефа з Сіяром.</w:t>
      </w:r>
    </w:p>
    <w:p>
      <w:r>
        <w:br/>
        <w:t>Це був провал.</w:t>
      </w:r>
    </w:p>
    <w:p>
      <w:r>
        <w:br/>
        <w:t>Цілковитий.</w:t>
      </w:r>
    </w:p>
    <w:p>
      <w:r>
        <w:br/>
        <w:t>Абсолютний.</w:t>
      </w:r>
    </w:p>
    <w:p>
      <w:r>
        <w:br/>
        <w:t>Але не остаточний.</w:t>
      </w:r>
    </w:p>
    <w:p>
      <w:r>
        <w:br/>
        <w:t>Ні, дале-е-еко не остаточний!</w:t>
      </w:r>
    </w:p>
    <w:p>
      <w:r>
        <w:br/>
        <w:t>– Ми ще їй покажемо, де раки зимують! – прошепотіла Стефа, стиснувши кулачки.</w:t>
      </w:r>
    </w:p>
    <w:p>
      <w:r>
        <w:br/>
        <w:t>– Покажемо! – погодився Сіяр. А по хвилі запитав:</w:t>
      </w:r>
    </w:p>
    <w:p>
      <w:r>
        <w:br/>
        <w:t>– Де ж вони зимують?</w:t>
      </w:r>
    </w:p>
    <w:p>
      <w:r>
        <w:br/>
        <w:t>– А ти не знаєш?</w:t>
      </w:r>
    </w:p>
    <w:p>
      <w:r>
        <w:br/>
        <w:t>– Ні! Це ж ти казала…</w:t>
      </w:r>
    </w:p>
    <w:p>
      <w:r>
        <w:br/>
        <w:t>– І я не знаю, – зітхнула Стефа. – Скільки не просила тата показати, а він лише усміхався. Та нічого… Коли покажемо, тоді й самі дізнаємося.</w:t>
      </w:r>
    </w:p>
    <w:p>
      <w:r>
        <w:br/>
        <w:t>– Ага…</w:t>
      </w:r>
    </w:p>
    <w:p>
      <w:r>
        <w:br/>
        <w:t>Тим часом, у шкільній їдальні на дітей чекав справжній сюрприз. На обід були сухарики й чіпси, кока-кола у великих пластикових пляшках, а ще батончики "Снікерс", "Баунті" й "Віспа". Якраз те, що вони найдужче любили! І те, що їм батьки дозволяли хіба зрідка і з великою неохотою. Тож діти буквально накинулися на ласощі. Лише Ірця, все ще трохи хлипаючи, застерегла:</w:t>
      </w:r>
    </w:p>
    <w:p>
      <w:r>
        <w:br/>
        <w:t>– Ви обе-е-лезно! Віспа – се така хволо-о-ба…</w:t>
      </w:r>
    </w:p>
    <w:p>
      <w:r>
        <w:br/>
        <w:t>– Ага! – підхопила Орина. – Є ще кашлюк, кір і скарлатина. Краса! І всі – шоколадні батончики. Ням-ням! Наїмося і похворіємо Чакалці на зло. Ми будемо лежати і балуватись, а в Чакалки буде інфаркт!</w:t>
      </w:r>
    </w:p>
    <w:p>
      <w:r>
        <w:br/>
        <w:t>– А що таке цей… інфакт? – запитав Сіяр.</w:t>
      </w:r>
    </w:p>
    <w:p>
      <w:r>
        <w:br/>
        <w:t>– Хвороба така.</w:t>
      </w:r>
    </w:p>
    <w:p>
      <w:r>
        <w:br/>
        <w:t>– Ні, – вирішив він. – Це недобре. Тоді і ми захворіємо, і Чакалка захворіє. І ніякої від цього не буде користі. Не школа, а лазарет.</w:t>
      </w:r>
    </w:p>
    <w:p>
      <w:r>
        <w:br/>
        <w:t>– Коли ми захворіємо, то балуватися не будемо. Тоді не хочеться балуватися, – печально мовила на це Стефа.</w:t>
      </w:r>
    </w:p>
    <w:p>
      <w:r>
        <w:br/>
        <w:t>– Але їсти все одно хочеться, – додала по хвилі, запиваючи жменю сухариків із сьомгою добрячим ковтком кока-коли прямо з пляшки. Адже келишків у Чакалчиній їдальні не було, навіть одноразових. Хороших манер у цій школі, певно, не вчили…</w:t>
      </w:r>
    </w:p>
    <w:p>
      <w:r>
        <w:br/>
        <w:t>8.</w:t>
      </w:r>
    </w:p>
    <w:p>
      <w:r>
        <w:br/>
        <w:t>– Сідай, Сіяре, за парту.</w:t>
      </w:r>
    </w:p>
    <w:p>
      <w:r>
        <w:br/>
        <w:t>Сіяр сів на парту, демонстративно повернувшись до Чакалки спиною, і звісив ноги на стілець.</w:t>
      </w:r>
    </w:p>
    <w:p>
      <w:r>
        <w:br/>
        <w:t>– Ні, Сіяре, ти ЗА парту сідай! – дещо розгублено скрикнула Чакалка.</w:t>
      </w:r>
    </w:p>
    <w:p>
      <w:r>
        <w:br/>
        <w:t>Вона дуже хвилювалася – це був її перший у житті урок, і їй дуже хотілося провести його якнайкраще. За Чакалячими, звісно, мірками…</w:t>
      </w:r>
    </w:p>
    <w:p>
      <w:r>
        <w:br/>
        <w:t>Сіяр із неохотою всівся на стілець, але ноги, схрестивши, виставив на парту – як справжнісінький американець.</w:t>
      </w:r>
    </w:p>
    <w:p>
      <w:r>
        <w:br/>
        <w:t>Чакалка ще дужче розгубилася, але опанувала себе й вирішила не звертати уваги. Вона стала наперед класної дошки, склала руки на грудях, глибоко вдихнула і – урочисто почала:</w:t>
      </w:r>
    </w:p>
    <w:p>
      <w:r>
        <w:br/>
        <w:t>– Ану розкажіть мені, як ви втікали!</w:t>
      </w:r>
    </w:p>
    <w:p>
      <w:r>
        <w:br/>
        <w:t>Діти глянули на неї з подивом.</w:t>
      </w:r>
    </w:p>
    <w:p>
      <w:r>
        <w:br/>
        <w:t>У класі зависла гнітюча тиша. Навіть Сіяр прибрав ноги з парти – раз тому, що він таки не американець, і сидіти йому так було незручно; а крім того, надто вже підозрілим виявився такий початок…</w:t>
      </w:r>
    </w:p>
    <w:p>
      <w:r>
        <w:br/>
        <w:t>– Тікали, то й тікали! – нарешті знайшлася Орина. – Вам що до того?</w:t>
      </w:r>
    </w:p>
    <w:p>
      <w:r>
        <w:br/>
        <w:t>– А ви все ж розкажіть, – хитренько так примружившись, наполягала Чакалка.</w:t>
      </w:r>
    </w:p>
    <w:p>
      <w:r>
        <w:br/>
        <w:t>– Прямо тікали! – люто блиснувши чорними оченятами, скрикнув нарешті Сіяр. – Усе прямо і прямо! А вийшло криво…</w:t>
      </w:r>
    </w:p>
    <w:p>
      <w:r>
        <w:br/>
        <w:t>– Звісно, що так. Але на що ви орієнтувалися, щоб було прямо?</w:t>
      </w:r>
    </w:p>
    <w:p>
      <w:r>
        <w:br/>
        <w:t>– На око!</w:t>
      </w:r>
    </w:p>
    <w:p>
      <w:r>
        <w:br/>
        <w:t>– Зрозуміло.</w:t>
      </w:r>
    </w:p>
    <w:p>
      <w:r>
        <w:br/>
        <w:t>– Що вам зрозуміло?! – геть уже розсердився Сіяр. – Знущаєтеся, що перший раз не вийшло? Не хвилюйтеся: вийде другий, а ні – то третій, четвертий… Ми все одно втечемо! Все одно!</w:t>
      </w:r>
    </w:p>
    <w:p>
      <w:r>
        <w:br/>
        <w:t>– А не втечете! – Чакалка була вже спокійна і певна себе. Вона дивилася на дітей з такою глузливою хитринкою, ніби знала щось дуже-дуже важливе, і її аж розпирало цим поділитися. – Не втечете, бо не захочете!</w:t>
      </w:r>
    </w:p>
    <w:p>
      <w:r>
        <w:br/>
        <w:t>– Захо-о-осємо-о-о, – не витримала нарешті Ірця, в якої оченята вже давно були на мокрому місці.</w:t>
      </w:r>
    </w:p>
    <w:p>
      <w:r>
        <w:br/>
        <w:t>– Ні, не захочете, любі мої! Навіть тоді, коли знатимете, як орієнтуватися в лісі. Адже для того, щоб утекти, треба знати, куди тікати. Ви знали?</w:t>
      </w:r>
    </w:p>
    <w:p>
      <w:r>
        <w:br/>
        <w:t>– Ні-і-і, – хором видихнули діти.</w:t>
      </w:r>
    </w:p>
    <w:p>
      <w:r>
        <w:br/>
        <w:t>– А куди ж ви тікали?</w:t>
      </w:r>
    </w:p>
    <w:p>
      <w:r>
        <w:br/>
        <w:t>– Пря-а-амо…</w:t>
      </w:r>
    </w:p>
    <w:p>
      <w:r>
        <w:br/>
        <w:t>– А треба тікати не просто прямо, а в якомусь певному напрямку, в якусь сторону світу. Сторін світу є чотири: північ, південь, захід і схід. Ви про це чули?</w:t>
      </w:r>
    </w:p>
    <w:p>
      <w:r>
        <w:br/>
        <w:t>– Чу-ули…</w:t>
      </w:r>
    </w:p>
    <w:p>
      <w:r>
        <w:br/>
        <w:t>– Щоб визначити, куди йти, найкраще орієнтуватися за компасом. Ви маєте компас?</w:t>
      </w:r>
    </w:p>
    <w:p>
      <w:r>
        <w:br/>
        <w:t>– Ні-і-і…</w:t>
      </w:r>
    </w:p>
    <w:p>
      <w:r>
        <w:br/>
        <w:t>– Ото ж бо! Але це не страшно. Бо коли нема компаса, можна орієнтуватися за зірками. Ви бачили зірки, коли йшли?</w:t>
      </w:r>
    </w:p>
    <w:p>
      <w:r>
        <w:br/>
        <w:t>– Ні-і-і…</w:t>
      </w:r>
    </w:p>
    <w:p>
      <w:r>
        <w:br/>
        <w:t>– Звісно. Бо був день, а зірки видно лише вночі. Але й удень можна орієнтуватися. Скажімо, за сонцем. Звідки вставало сонце?</w:t>
      </w:r>
    </w:p>
    <w:p>
      <w:r>
        <w:br/>
        <w:t>– Зві-і-ідти, – показали діти.</w:t>
      </w:r>
    </w:p>
    <w:p>
      <w:r>
        <w:br/>
        <w:t>– Правильно. Щоб орієнтуватися за сонцем, треба стати так, щоби вранішнє сонце було вам по праву руку. Тоді обличчям ви стоятимете на північ, праворуч буде схід, ліворуч – захід, а за спиною – південь. А ще можна орієнтуватися за деревами. На стовбурах старих дерев часто росте мох – бачили?</w:t>
      </w:r>
    </w:p>
    <w:p>
      <w:r>
        <w:br/>
        <w:t>– Ба-а-ачили…</w:t>
      </w:r>
    </w:p>
    <w:p>
      <w:r>
        <w:br/>
        <w:t>– Отож, найгустіше він росте саме з північного боку. А ще…</w:t>
      </w:r>
    </w:p>
    <w:p>
      <w:r>
        <w:br/>
        <w:t>– Тю! Маєш тобі! – не витримала раптом Орина. – Я гадала, що потраплю у справжню пригоду, а потрапила в банальну школу! – і вона сердито блимнула окулярами й ображено випнула груди, де красувався на футболці знаменитий напис.</w:t>
      </w:r>
    </w:p>
    <w:p>
      <w:r>
        <w:br/>
        <w:t>І всі розсміялися.</w:t>
      </w:r>
    </w:p>
    <w:p>
      <w:r>
        <w:br/>
        <w:t>– Пані Чакалко, – чемно запитала відтак Стефа, – а навіщо ви нам усе це розказуєте? Хочете, щоб ми таки втекли? Тоді просто виведіть нас звідси – та й по всьому.</w:t>
      </w:r>
    </w:p>
    <w:p>
      <w:r>
        <w:br/>
        <w:t>– Ні, я не хочу, щоб ви втекли. І розказую це тому, що певна: дізнавшись, навіщо ви тут, ніхто з вас нікуди тікати не захоче!</w:t>
      </w:r>
    </w:p>
    <w:p>
      <w:r>
        <w:br/>
        <w:t>– А… чому? – діти були геть заскочені.</w:t>
      </w:r>
    </w:p>
    <w:p>
      <w:r>
        <w:br/>
        <w:t>– Ви ж неслухняні, правда?</w:t>
      </w:r>
    </w:p>
    <w:p>
      <w:r>
        <w:br/>
        <w:t>– Пра-а-авда!</w:t>
      </w:r>
    </w:p>
    <w:p>
      <w:r>
        <w:br/>
        <w:t>– Ось! А чому Чакалка забирає саме неслухняних дітей – ви ніколи над цим не задумувалися?</w:t>
      </w:r>
    </w:p>
    <w:p>
      <w:r>
        <w:br/>
        <w:t>– Сцьоб злобити слухняними, – припустила Ірця.</w:t>
      </w:r>
    </w:p>
    <w:p>
      <w:r>
        <w:br/>
        <w:t>– Ото ще! – обурено фиркнула на це Чакалка. – Ні, слухняні діти мені й близько не потрібні. Слухняні діти потрібні їхнім батькам. А мені потрібні саме вередуни, шкодники, розбишаки, пустуни… Знаєте, навіщо?</w:t>
      </w:r>
    </w:p>
    <w:p>
      <w:r>
        <w:br/>
        <w:t>– Наві-і-іщо?</w:t>
      </w:r>
    </w:p>
    <w:p>
      <w:r>
        <w:br/>
        <w:t>– Бо лише з таких дітей можуть вирости справжні Чакалки і Бабаї! Треба лише їх трішечки спрямувати в потрібне русло. Тому ми їх і забираємо вночі від батьків. Батькам такі діти все одно не потрібні – з ними лише клопіт, морока. І ми, Чакалки і Бабаї, робимо дуже добру справу – позбавляємо батьків таких дітей! Ми забираємо їх у спеціальні школи і виховуємо так, щоб вони проявляли й розвивали всі свої шкідницькі здібності. І діти ніколи не тікають із Чакалячих і Бабаячих шкіл, бо тут їм дозволяється все те, що заборонено вдома. Хлопчики тут можуть робити рогатки й плювачки, стріляти з них у що заманеться, дерти пташині гнізда, смикати дівчаток за коси, мучити тварин, навіть справжню зброю їм дозволяється мати! А дівчатка можуть скільки завгодно користуватися косметикою, фарбувати волосся, вдягати, що заманеться, кусати й дряпати одна одну, битися з хлопчиками. Тут можна хоч цілу ніч дивитися телевізор, причому всі дорослі програми. Тут можна все! І їсти можна те, що вам забороняють удома. І пити. І спати, де вам заманеться, або не спати взагалі. І зуби не чистити. І ноги хоч місяць не мити. І що завгодно… Тому неслухняні діти звідси не тікають ніколи! Я ось іще кілька разів сходжу до міста і принесу вам компанію, – а тоді й почнемо справжні уроки…</w:t>
      </w:r>
    </w:p>
    <w:p>
      <w:r>
        <w:br/>
        <w:t>9.</w:t>
      </w:r>
    </w:p>
    <w:p>
      <w:r>
        <w:br/>
        <w:t>– Ха-ха! Ти, Сіяре, був, як Івасик Телесик. Сідай, Івасику Телесику, на лопатку. Ні, ти не ручку клади, ти весь сідай. А як це весь сідай? Та попою, як же іще! Ха-ха-ха!</w:t>
      </w:r>
    </w:p>
    <w:p>
      <w:r>
        <w:br/>
        <w:t>Смачно хрумкаючи чіпсами, Орина по-турецьки сиділа увечері перед телевізором і веселилася:</w:t>
      </w:r>
    </w:p>
    <w:p>
      <w:r>
        <w:br/>
        <w:t>– Так ото і з тобою! Сідай, Сіярику-Телесику, за парту. Ні, ти не НА парту, а ЗА парту сідай. Сміхота!</w:t>
      </w:r>
    </w:p>
    <w:p>
      <w:r>
        <w:br/>
        <w:t>Сіяр зосереджено майстрував рогатку знайденим у їдальні ножиком і не реагував. Ірця вже спала, згорнувшись калачиком у куточку ліжка. Уві сні вона все ще схлипувала і час від часу кликала маму. А Стефа лежала на своєму ліжку поверх покривала, не роздягнувшись, і думала. Довго думала…</w:t>
      </w:r>
    </w:p>
    <w:p>
      <w:r>
        <w:br/>
        <w:t>– А й справді! – раптом підхопилась вона, зачувши Оринині жарти. – Як же я раніше не здогадалася!</w:t>
      </w:r>
    </w:p>
    <w:p>
      <w:r>
        <w:br/>
        <w:t>– Про що? – здивовано підвів очі Сіяр.</w:t>
      </w:r>
    </w:p>
    <w:p>
      <w:r>
        <w:br/>
        <w:t>– Про казку!</w:t>
      </w:r>
    </w:p>
    <w:p>
      <w:r>
        <w:br/>
        <w:t>– Яку ще казку?</w:t>
      </w:r>
    </w:p>
    <w:p>
      <w:r>
        <w:br/>
        <w:t>– Ти бачив, як Чакалка хвилювалася, коли ти той… як Івасик Телесик…</w:t>
      </w:r>
    </w:p>
    <w:p>
      <w:r>
        <w:br/>
        <w:t>– Ніякий я не Телесик! Я Сіяр-завойовник! Вона сказала, що я можу мати тут справжню зброю – і я її матиму. Але спершу зроблю цю рогатку і вцілю Чакалці в око!</w:t>
      </w:r>
    </w:p>
    <w:p>
      <w:r>
        <w:br/>
        <w:t>– Ха-ха-ха! – веселилася й далі Орина. – У неї, певно, теж рогатка є, і не одна. І вона тобі теж кудись уцілить. О, я знаю куди! У болюче місце!</w:t>
      </w:r>
    </w:p>
    <w:p>
      <w:r>
        <w:br/>
        <w:t>– Не чіпай мого болючого місця! – спаленів Сіяр і пожбурив в Орину цурпалком, із якого вирізав свою рогатку. Але Орина легко перехопила деревинку і з реготом пожбурила назад, а тоді взялася жбурляти всім, що під руку втрапляло, примовляючи:</w:t>
      </w:r>
    </w:p>
    <w:p>
      <w:r>
        <w:br/>
        <w:t>– Івасику Телесику, приплинь-приплинь до бережка. Дам тобі чіпсів, дам тобі фанти…</w:t>
      </w:r>
    </w:p>
    <w:p>
      <w:r>
        <w:br/>
        <w:t>– Та досить вам! – щодуху рявкнула Стефа. – Набалуєтеся ще! Ви не зрозуміли, про що я кажу. Про казку!</w:t>
      </w:r>
    </w:p>
    <w:p>
      <w:r>
        <w:br/>
        <w:t>– Тобі казочки захотілося? Тобі мамка її на ніч розказує, щоб доця спокійненько заснула? – єхидно запитала Орина.</w:t>
      </w:r>
    </w:p>
    <w:p>
      <w:r>
        <w:br/>
        <w:t>– Розказує, – спокійно відповіла на це Стефа. – І мамка, і татко. Тому я це й зрозуміла!</w:t>
      </w:r>
    </w:p>
    <w:p>
      <w:r>
        <w:br/>
        <w:t>– Та кажи вже нарешті, що ти зрозуміла! – обпекли дівчинку колючі Сіярові оченята.</w:t>
      </w:r>
    </w:p>
    <w:p>
      <w:r>
        <w:br/>
        <w:t>– Чакалка – вона хто? Казка! Чому вона так спокійнісінько розказує нам, як втікати від неї по лісу? Бо це – правда, а казці правда нічим не загрожує. Із казкою можна боротися тільки так, як борються в казках!</w:t>
      </w:r>
    </w:p>
    <w:p>
      <w:r>
        <w:br/>
        <w:t>– Себто, мені треба витесати не рогатку, а чарівний меч? – здогадався Сіяр.</w:t>
      </w:r>
    </w:p>
    <w:p>
      <w:r>
        <w:br/>
        <w:t>– Ха-ха! Чарівного кізяка тобі треба витесати, нагодувати ним Чакалку, і вона розсиплеться на дрібні шматочки. А ті шматочки вітер рознесе по світу, і з них на полях будяки повиростають… – Орина аж окуляри з носа струсила, так її це насмішило. – Не меліть дурниць, малявки! Втекти від Чакалки нам не вдасться. Та й не хочеться, правду кажучи. Як ви не розумієте: це ж пригода! Справжня пригода! У мене такої ніколи в житті не було. І, може, ніколи й не буде більше. То хіба я випущу з рук такий шанс? Та нізащо в світі! Ні, я залишаюся тут, повчуся в Чакалячій школі, стану справжньою Чакалкою, а тоді повернуся додому – і в мами буде шок!</w:t>
      </w:r>
    </w:p>
    <w:p>
      <w:r>
        <w:br/>
        <w:t>– А ти теж хочеш залишитися, Сіяре? – здивувалася Стефа.</w:t>
      </w:r>
    </w:p>
    <w:p>
      <w:r>
        <w:br/>
        <w:t>– Я ненадовго. Доки не роздобуду справжньої зброї. А тоді я їй покажу, де раки…</w:t>
      </w:r>
    </w:p>
    <w:p>
      <w:r>
        <w:br/>
        <w:t>– То й залишайтеся! – Стефа грьопнула дверима і пішла в ніч…</w:t>
      </w:r>
    </w:p>
    <w:p>
      <w:r>
        <w:br/>
        <w:t>10.</w:t>
      </w:r>
    </w:p>
    <w:p>
      <w:r>
        <w:br/>
        <w:t>…У лісі було страшно. Дуже страшно. Може, навіть страшніше, ніж у Чакалки.</w:t>
      </w:r>
    </w:p>
    <w:p>
      <w:r>
        <w:br/>
        <w:t>А у лісі скрізь вовки,</w:t>
      </w:r>
    </w:p>
    <w:p>
      <w:r>
        <w:br/>
        <w:t>І ведмеді, і лисиці,</w:t>
      </w:r>
    </w:p>
    <w:p>
      <w:r>
        <w:br/>
        <w:t>І ворони, і граки,</w:t>
      </w:r>
    </w:p>
    <w:p>
      <w:r>
        <w:br/>
        <w:t>І розбійниці-синиці, –</w:t>
      </w:r>
    </w:p>
    <w:p>
      <w:r>
        <w:br/>
        <w:t>мимоволі пригадався Стефі віршик Олександра Олеся, який вони вчили разом із мамою ще на новорічний ранок у садочку, де Стефа конче хотіла бути не сніжинкою, як усі інші дівчатка, а – зайчиком. І дарма, що зайчиками там мали були самі лише хлопчики…</w:t>
      </w:r>
    </w:p>
    <w:p>
      <w:r>
        <w:br/>
        <w:t>"І чому синиці – розбійниці? Чому зайчик їх мусить аж так лякатися? Вони ж такі милі пташки… Хоча тут синиць і не чути. А вовків, казала Чакалка, в цьому лісі нібито нема. Але що ж воно тоді так страшно завиває й пугоче? Певно, хтось таки тут є злий. Може, навіть зліший від Чакалки", – думала Стефа, ідучи, куди очі ведуть. Сонечко встане ще не скоро, щоби можна було зорієнтуватися, де схід, а де північ. У лісі темно, хоч в око стрель, отже, з котрого боку мох на деревах – усе одно не розбереш. Зірок, щоправда, висипало на небі стільки, що треба вміти лічити не те що до десяти, а до безконечності, – проте як орієнтуватися по зірках, Чакалка так і не пояснила. Тому доводилося йти навмання й повільно, старанно долаючи страх і пильно дивлячись під ноги, щоб не перечепитися. Стефа дуже швидко втомилася, і вийшовши на якусь галявинку, вирішила присісти під деревом і перепочити.</w:t>
      </w:r>
    </w:p>
    <w:p>
      <w:r>
        <w:br/>
        <w:t>– Треба подумати, – сказала сама до себе вголос, щоб не було так страшно. – Треба подумати.</w:t>
      </w:r>
    </w:p>
    <w:p>
      <w:r>
        <w:br/>
        <w:t>Спершу думалося образливе. Про Ірцю, яка так невчасно заснула… Хоча Ірця – плаксійка, що з неї візьмеш? Вона все одно на вулицю в таку пору і носа б не виказала. А якби й виказала, то тільки те б і робила, що хникала і кликала маму. Її, до речі, з садочка весь час тільки мама й забирає, ще бабуся іноді, а тато – ніколи. Ірця казала, що її тато – капітан великого-великого корабля, і він плаває далеко-далеко в морі. Так далеко, що Ірця його, може, ніколи й не бачила… А якщо тато далеко, хто їй тоді розкаже, що боятися в цьому світі можна лише висоти і стоматолога?..</w:t>
      </w:r>
    </w:p>
    <w:p>
      <w:r>
        <w:br/>
        <w:t>Ще образливіше думалося про Орину. Це ж треба, яке цабе! Найвередливіша дівчинка в школі. Чакалкою вона, бачте, стати надумала! Сподобалося їй, бачте! А такою прикольною, такою класною спершу здавалася… Ох, ці старші дітки! З ними сама морока… Як із моєю Лізою…</w:t>
      </w:r>
    </w:p>
    <w:p>
      <w:r>
        <w:br/>
        <w:t>Але найобразливіше думалося про Сіяра. Вічно цим хлопчикам лише зброя на умі! Їм хоч кіл на голові теши, але дай за пістолетика потриматися! А коли ще й пульнути – то вже більшого щастя їм у житті й не треба!</w:t>
      </w:r>
    </w:p>
    <w:p>
      <w:r>
        <w:br/>
        <w:t>Хоча… тато теж хлопчик, а пістолета в нього нема. І він нібито ніколи до пістолетів особливої любові не виказував. Але це, певно, тому, що він уже дорослий і в нього свої іграшки – той же комп’ютер. Та й це ні, тато на комп’ютері копієчку заробляє, а грається тільки Ліза. Тато зі мною грається, як тільки копієчку заробить…</w:t>
      </w:r>
    </w:p>
    <w:p>
      <w:r>
        <w:br/>
        <w:t>Ні, вже вона не ображалася на тата. І на маму з її модулями не ображалася. І навіть на Лізу. Бо бувають ситуації, коли не до того, щоб гратися. Складні ситуації. Ох, якби хтось із них був зараз тут і підказав Стефі, що робити…</w:t>
      </w:r>
    </w:p>
    <w:p>
      <w:r>
        <w:br/>
        <w:t>…І раптом їй на руку різко опустилося щось холодне й дряпуче.</w:t>
      </w:r>
    </w:p>
    <w:p>
      <w:r>
        <w:br/>
        <w:t>– Ой!</w:t>
      </w:r>
    </w:p>
    <w:p>
      <w:r>
        <w:br/>
        <w:t>Розбійниці-синиці?</w:t>
      </w:r>
    </w:p>
    <w:p>
      <w:r>
        <w:br/>
        <w:t>Ні, це всього лише хрущ! Слабке місячне світло не могло пробитися крізь густу крону дерев у лісі, – але тут, на галявині, воно давало змогу виразно бачити цього на перший погляд страшного, але насправді такого милого, такого доброго жука.</w:t>
      </w:r>
    </w:p>
    <w:p>
      <w:r>
        <w:br/>
        <w:t>Антонич був хрущем і жив колись на вишнях,</w:t>
      </w:r>
    </w:p>
    <w:p>
      <w:r>
        <w:br/>
        <w:t>на вишнях тих, які оспівував Шевченко…</w:t>
      </w:r>
    </w:p>
    <w:p>
      <w:r>
        <w:br/>
        <w:t>Може, це той хрущ із вірша, якого вчила Ліза, – хрущ, яким був той дивний, той таємничий Антонич, – випурхнув тепер із Лізиного підручника і прийшов Стефі на допомогу?</w:t>
      </w:r>
    </w:p>
    <w:p>
      <w:r>
        <w:br/>
        <w:t>– Хрущику-хрущику, тебе Лізонька прислала, так? – погладила його дівчинка тремтячими пальцями. – Підкажи, що мені робити? Як мені від злої Чакалки втекти? Вона ж і мене на Чакалку перетворити хоче… Он уже Орину майже перетворила. І Сіяр теж уже трішечки Бабай, бо свободу на пістолет проміняв. А я не хочу, хрущику! Я додому хочу! До татка, до мамусі, до Лізоньки… Допоможи…</w:t>
      </w:r>
    </w:p>
    <w:p>
      <w:r>
        <w:br/>
        <w:t>Хрущ поворушив лапками, легенько полоскотав за руку, а тоді схитнув головою, мовби погодившись, і стрімко полетів угору – до високої ялини, що росла на самому краю галявини – за нею вже починався ліс.</w:t>
      </w:r>
    </w:p>
    <w:p>
      <w:r>
        <w:br/>
        <w:t>Стефа підбігла за ним, упевнилася, що він і справді полетів кудись на вершечок тієї ялини, і раптом застрибала з радості:</w:t>
      </w:r>
    </w:p>
    <w:p>
      <w:r>
        <w:br/>
        <w:t>– Ура! Ура! Ура! Дякую тобі, хрущику! Я тепер знаю, що робити!</w:t>
      </w:r>
    </w:p>
    <w:p>
      <w:r>
        <w:br/>
        <w:t>11.</w:t>
      </w:r>
    </w:p>
    <w:p>
      <w:r>
        <w:br/>
        <w:t>…Лізти вгору було страшно.</w:t>
      </w:r>
    </w:p>
    <w:p>
      <w:r>
        <w:br/>
        <w:t>Дуже страшно!</w:t>
      </w:r>
    </w:p>
    <w:p>
      <w:r>
        <w:br/>
        <w:t>Значно страшніше, ніж у Чакалки.</w:t>
      </w:r>
    </w:p>
    <w:p>
      <w:r>
        <w:br/>
        <w:t>Страшніше навіть, ніж іти самій серед ночі до темного лісу.</w:t>
      </w:r>
    </w:p>
    <w:p>
      <w:r>
        <w:br/>
        <w:t>Воно й не дивно – висоти навіть тато боїться…</w:t>
      </w:r>
    </w:p>
    <w:p>
      <w:r>
        <w:br/>
        <w:t>– Якби вдень, то було б іще страшніше, – втішала себе вголос, щоби хоч трішечки менше боятися. – Вдень далеко видно, і коли глянути вниз, паморочиться голова. А зараз видно лише гілки під ногами, та й то ледь-ледь.</w:t>
      </w:r>
    </w:p>
    <w:p>
      <w:r>
        <w:br/>
        <w:t>Гілок на ялині росло багато, і всі дуже близько одна до одної, так що лізли було зовсім легко – майже як по драбинці.</w:t>
      </w:r>
    </w:p>
    <w:p>
      <w:r>
        <w:br/>
        <w:t>– Де ти, мій хрущику? Я вже близько… Я ще трішечки… Ось іще, як білочка, з гілочки на гілочку – і все…</w:t>
      </w:r>
    </w:p>
    <w:p>
      <w:r>
        <w:br/>
        <w:t>Угорі було красиво.</w:t>
      </w:r>
    </w:p>
    <w:p>
      <w:r>
        <w:br/>
        <w:t>Дуже красиво!</w:t>
      </w:r>
    </w:p>
    <w:p>
      <w:r>
        <w:br/>
        <w:t>Стефі аж дух перехопило!</w:t>
      </w:r>
    </w:p>
    <w:p>
      <w:r>
        <w:br/>
        <w:t>Просвітлене місяцем небо, всіяне зорями, скидалося на велетенську казкову країну, де живуть білесенькі гуси-лебеді й добрі чарівники.</w:t>
      </w:r>
    </w:p>
    <w:p>
      <w:r>
        <w:br/>
        <w:t>На сході вже ледь прозирали перші зайчики. Ще несміливі, ще зовсім тендітні, вони тулилися теплими вусиками до зірок і, здавалося, щось їм муркотіли, наче кошенята.</w:t>
      </w:r>
    </w:p>
    <w:p>
      <w:r>
        <w:br/>
        <w:t>І довкола ледь-ледь погойдувалися на легесенькому вітерці теплі хвилі нічного лісу. Хвилі, по яких пливти б і пливти… Аж додому…</w:t>
      </w:r>
    </w:p>
    <w:p>
      <w:r>
        <w:br/>
        <w:t>Хрущика ніде не було, але Стефа вирішила, що його просто не видно серед гілок. А насправді він тут, бо де б йому ще бути – його ж прислала сестричка!</w:t>
      </w:r>
    </w:p>
    <w:p>
      <w:r>
        <w:br/>
        <w:t>Раптом звідкись ізнизу почулися чиїсь важкі захекані кроки. Спершу ледь чутні, а тоді все голосніші й голосніші. На галявину висунула темна постать, важко несучи на плечах величезний мішок.</w:t>
      </w:r>
    </w:p>
    <w:p>
      <w:r>
        <w:br/>
        <w:t>– Ой! – скрикнула Стефа, і її сердечко забилося голосно-голосно. На весь ліс…</w:t>
      </w:r>
    </w:p>
    <w:p>
      <w:r>
        <w:br/>
        <w:t>Це була Чакалка!</w:t>
      </w:r>
    </w:p>
    <w:p>
      <w:r>
        <w:br/>
        <w:t>Певно, вже встигла сходити до міста, і тепер несе нам компанію…</w:t>
      </w:r>
    </w:p>
    <w:p>
      <w:r>
        <w:br/>
        <w:t>Чакалка дочапала до ялини; важко, але обережно поставила на землю свій звуконепроникний мішок, сіла поруч, притулилася спиною до стовбура і… заплакала.</w:t>
      </w:r>
    </w:p>
    <w:p>
      <w:r>
        <w:br/>
        <w:t>Вона плакала довго й так гірко, що Стефі стало не по собі. Вона – гілочка по гілочці – почала помаленьку підбиратися вниз. Плачучи, Чакалка щось бурмотіла собі під ніс, але тут, угорі, це було не розчути, – а Стефі дуже захотілося знати, яке ж таке горе сталося в Чакалки, що змушує її аж так гірко плакати.</w:t>
      </w:r>
    </w:p>
    <w:p>
      <w:r>
        <w:br/>
        <w:t>"Хоч вона й Чакалка, – думала собі, – а все таки жива істота. І, видно, нещасна. Жаль її. Може, втішу хоч чимось…"</w:t>
      </w:r>
    </w:p>
    <w:p>
      <w:r>
        <w:br/>
        <w:t>Хруснула під ніжкою суха гілочка і полетіла вниз, але Чакалка навіть не зреагувала.</w:t>
      </w:r>
    </w:p>
    <w:p>
      <w:r>
        <w:br/>
        <w:t>"Певно, справді біда", – подумала на це Стефа і почала підбиратися ще ближче.</w:t>
      </w:r>
    </w:p>
    <w:p>
      <w:r>
        <w:br/>
        <w:t>– І чого ти там шукала? – запитала раптом Чакалка охриплим від плачу голосом. – Гадаєш, легко мені вас як не з-під руїн, то з дерев визбирувати?</w:t>
      </w:r>
    </w:p>
    <w:p>
      <w:r>
        <w:br/>
        <w:t>– Із-під яких руїн? – здивувалася Стефа.</w:t>
      </w:r>
    </w:p>
    <w:p>
      <w:r>
        <w:br/>
        <w:t>– Із-під тих, які твої друзяки сотворили.</w:t>
      </w:r>
    </w:p>
    <w:p>
      <w:r>
        <w:br/>
        <w:t>– А що з ними? – захвилювалася дівчинка.</w:t>
      </w:r>
    </w:p>
    <w:p>
      <w:r>
        <w:br/>
        <w:t>– Та що їм станеться! – махнула рукою Чакалка. – Он-о сплять без задніх ніг.</w:t>
      </w:r>
    </w:p>
    <w:p>
      <w:r>
        <w:br/>
        <w:t>Стефа про всяк випадок зупинилася. Може, виманює?</w:t>
      </w:r>
    </w:p>
    <w:p>
      <w:r>
        <w:br/>
        <w:t>Присіла на товсту гілку й, вичікувально уп’ялася очима в свою згорьовану кривдницю.</w:t>
      </w:r>
    </w:p>
    <w:p>
      <w:r>
        <w:br/>
        <w:t>– Ой, біда мені з вами, – приповідала тим часом Чакалка, і далі схлипуючи. – Це ж треба було аж таких неслухняних дітей набрати, що під ними й світ валиться!</w:t>
      </w:r>
    </w:p>
    <w:p>
      <w:r>
        <w:br/>
        <w:t>– Та що ж вони такого натворили?</w:t>
      </w:r>
    </w:p>
    <w:p>
      <w:r>
        <w:br/>
        <w:t>– Ти коли пішла, вони знайшли в холодильнику моє пиво. А по телевізору якраз показували фільм про те, як тубільці на островах Океанії зустрічали Миклухо-Маклая… Ой, горе мені! – запричитала з новою силою Чакалка, обливаючись гіркими сльозами. – Нема-а-а-ає в мене більше своєї школи… Її й так шашіль побив за стільки років, доки там діти не вчилися. А тут іще й ці – тубільці! І нічо-о-о-ого в мене більше нема-а-ає…</w:t>
      </w:r>
    </w:p>
    <w:p>
      <w:r>
        <w:br/>
        <w:t>– Та не побивайтеся ви так! – заходилася розраджувати її Стефа. – Мій тато каже, що проблеми вирішуються з усмішкою, а з плачем лише нагромаджуються. Подумаєш, школу розвалили… Ви ж самі того хотіли! Ви ж самі казали, що тут усе можна, навіть справжню зброю мати. А що може бути миліше для шкодливої дитини, як розвалити школу! Ось моя сестричка про це тільки й мріє…</w:t>
      </w:r>
    </w:p>
    <w:p>
      <w:r>
        <w:br/>
        <w:t>– Ага, мріє… Я, може, теж мріяла… Я, може, все життя мріяла хорошою вчителькою стати. А мені всі казали: чого ти в школі не бачила? Лобуряк? Пиши дисертацію. Із педагогіки! І я написа-а-а-ала… А старенький професор, коли прочитав мою дисертацію, знаєш, що мені сказав?</w:t>
      </w:r>
    </w:p>
    <w:p>
      <w:r>
        <w:br/>
        <w:t>– Що?</w:t>
      </w:r>
    </w:p>
    <w:p>
      <w:r>
        <w:br/>
        <w:t>– Що мене до дітей і на гарматний постріл допускати не можна! Ось і нака-а-аркав… Нема-а-ає в мене більше школи, – і Чакалка заридала ще дужче.</w:t>
      </w:r>
    </w:p>
    <w:p>
      <w:r>
        <w:br/>
        <w:t>Стефа була геть заскочена. Адже її мама, як ми знаємо, була вчителькою вчителів, і нерідко студенти в неї, замість писати модулі, писали дулі! То, може, з таких студентів якраз і виходять Чакалки, яких до дітей не можна й та той… гарматний постріл?..</w:t>
      </w:r>
    </w:p>
    <w:p>
      <w:r>
        <w:br/>
        <w:t>Певно, що так!</w:t>
      </w:r>
    </w:p>
    <w:p>
      <w:r>
        <w:br/>
        <w:t>– Ні! Досить! – побивалася й далі Чакалка. – Ось повідношу цих тубільців, звідки взяла, – хай із ними батьки морочаться, – а сама покину все й піду у двірники! Хоч якась із мене користь буде…</w:t>
      </w:r>
    </w:p>
    <w:p>
      <w:r>
        <w:br/>
        <w:t>– А чому у двірники? – щиро здивувалася Стефа. – Ви ж так цікаво розказували про те, як орієнтуватися в лісі! Може, вам краще цього діток навчати? У справжній школі, а не тут, серед лісу&amp;hellip</w:t>
      </w:r>
    </w:p>
    <w:p>
      <w:r>
        <w:br/>
        <w:t>– Ти гадаєш? – Чакалка замислилася.</w:t>
      </w:r>
    </w:p>
    <w:p>
      <w:r>
        <w:br/>
        <w:t>– Звісно! Це ж так захоплююче! А звідки ви, до речі, знаєте, що в цьому лісі вовків нема?</w:t>
      </w:r>
    </w:p>
    <w:p>
      <w:r>
        <w:br/>
        <w:t>– Та ж зі слідів. Ох, як же я намучилася, доки цю школу знайшла… Усі ліси довкола обнишпорила. Знаю, де які звірі водяться, птахи, комахи, де які дерева, кущі ростуть…</w:t>
      </w:r>
    </w:p>
    <w:p>
      <w:r>
        <w:br/>
        <w:t>– Ось бачите! І діткам із вами було б цікаво на справжніх уроках.</w:t>
      </w:r>
    </w:p>
    <w:p>
      <w:r>
        <w:br/>
        <w:t>– Що ж… Може, й твоя правда… – уперше усміхнулася Чакалка. А відтак запитала:</w:t>
      </w:r>
    </w:p>
    <w:p>
      <w:r>
        <w:br/>
        <w:t>– Чого ж ти на ялину видерлася?</w:t>
      </w:r>
    </w:p>
    <w:p>
      <w:r>
        <w:br/>
        <w:t>– Бо ви – казка. Коли мене вами лякали, я уявляла вас із трьома хвостами. Та хоч у вас жодного хвоста нема – а ви все одно казка. Ось я й подумала, що казку тільки по-казковому подолати можна. Вилізти на високе-превисоке дерево і чекати, коли гуси-лебеді летітимуть. А я тоді попрошу: "Гуси-гуси-гусенята, візьміть мене на крилята!" А вони скажуть: "Нехай тебе задні візьмуть". А тоді прийдете ви і гризтимете ялину…</w:t>
      </w:r>
    </w:p>
    <w:p>
      <w:r>
        <w:br/>
        <w:t>– Що ти! Я нічого не гризтиму – в мене зуби болять.</w:t>
      </w:r>
    </w:p>
    <w:p>
      <w:r>
        <w:br/>
        <w:t>– Дуже?</w:t>
      </w:r>
    </w:p>
    <w:p>
      <w:r>
        <w:br/>
        <w:t>– Дуже!</w:t>
      </w:r>
    </w:p>
    <w:p>
      <w:r>
        <w:br/>
        <w:t>– Тоді вам треба до стоматолога.</w:t>
      </w:r>
    </w:p>
    <w:p>
      <w:r>
        <w:br/>
        <w:t>– Треба. Але я його боюсь!</w:t>
      </w:r>
    </w:p>
    <w:p>
      <w:r>
        <w:br/>
        <w:t>– Це нічого. Його навіть тато боїться! Але коли треба – то треба. Я он висоти теж дуже боюся – а на ялину полізла…</w:t>
      </w:r>
    </w:p>
    <w:p>
      <w:r>
        <w:br/>
        <w:t>– Гаразд. Віднесу вас додому, і піду до стоматолога. А після цього, певно, і до школи не страшно…</w:t>
      </w:r>
    </w:p>
    <w:p>
      <w:r>
        <w:br/>
        <w:t>– Тільки не треба мене в мішок, – попросила Стефа, злізаючи. – Краще я вам просто на плечі сяду.</w:t>
      </w:r>
    </w:p>
    <w:p>
      <w:r>
        <w:br/>
        <w:t>– Ох-ох! Гаразд уже…</w:t>
      </w:r>
    </w:p>
    <w:p>
      <w:r>
        <w:br/>
        <w:t>12.</w:t>
      </w:r>
    </w:p>
    <w:p>
      <w:r>
        <w:br/>
        <w:t>…Стефу розбудив сонячний зайчик. Він так ніжно танцював їй по щічці, що вона ще трохи поніжилася, перш ніж розплющити оченята.</w:t>
      </w:r>
    </w:p>
    <w:p>
      <w:r>
        <w:br/>
        <w:t>А тоді раптом згадала все – і різко підвелася!</w:t>
      </w:r>
    </w:p>
    <w:p>
      <w:r>
        <w:br/>
        <w:t>У сусідньому ліжечку мирно сопіла у сні Лізонька.</w:t>
      </w:r>
    </w:p>
    <w:p>
      <w:r>
        <w:br/>
        <w:t>Із кімнати батьків чулося розмірене поклацування – тато сидів за комп’ютером і, здавалося, навіть не лягав.</w:t>
      </w:r>
    </w:p>
    <w:p>
      <w:r>
        <w:br/>
        <w:t>На кухні шкварчала олійка на пательні – сьогодні був не вихідний, тому смакоту готувала мама.</w:t>
      </w:r>
    </w:p>
    <w:p>
      <w:r>
        <w:br/>
        <w:t>– То що, мені все це наснилося? – вголос здивувалася Стефа.</w:t>
      </w:r>
    </w:p>
    <w:p>
      <w:r>
        <w:br/>
        <w:t>А тоді глянула на свою футболку, акуратно складену на стільчику поруч, і завмерла: на рукаві сидів хрущ.</w:t>
      </w:r>
    </w:p>
    <w:p>
      <w:r>
        <w:br/>
        <w:t>Справжній!</w:t>
      </w:r>
    </w:p>
    <w:p>
      <w:r>
        <w:br/>
        <w:t>Саме той!</w:t>
      </w:r>
    </w:p>
    <w:p>
      <w:r>
        <w:br/>
        <w:t>Він жив колись на вишнях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Стефа і її Чакалка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