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Ставок</w:t>
      </w:r>
    </w:p>
    <w:p>
      <w:r>
        <w:br/>
        <w:t xml:space="preserve"> Ой, за садом у нас,&lt;br /&gt;</w:t>
        <w:br/>
        <w:t>за городом у нас&lt;br /&gt;</w:t>
        <w:br/>
        <w:t>є великий, ставок&lt;br /&gt;</w:t>
        <w:br/>
        <w:t>глибокий ставок.&lt;br /&gt;</w:t>
        <w:br/>
        <w:t>А кругом бережок,&lt;br /&gt;</w:t>
        <w:br/>
        <w:t>жовтенький пісок:</w:t>
      </w:r>
    </w:p>
    <w:p>
      <w:r>
        <w:br/>
        <w:t>а кругом лужок —&lt;br /&gt;</w:t>
        <w:br/>
        <w:t>зелений муріжок;&lt;br /&gt;</w:t>
        <w:br/>
        <w:t>а кругом трава&lt;br /&gt;</w:t>
        <w:br/>
        <w:t>та високі дерева,&lt;br /&gt;</w:t>
        <w:br/>
        <w:t>та ліси та поля,&lt;br /&gt;</w:t>
        <w:br/>
        <w:t>та уся земля.</w:t>
      </w:r>
    </w:p>
    <w:p>
      <w:r>
        <w:br/>
        <w:t>Вийшов Петрик на горбок,&lt;br /&gt;</w:t>
        <w:br/>
        <w:t>злетів бусол на ставок.&lt;br /&gt;</w:t>
        <w:br/>
        <w:t>Поховалися жабки&lt;br /&gt;</w:t>
        <w:br/>
        <w:t>під хрещаті листки.</w:t>
      </w:r>
    </w:p>
    <w:p>
      <w:r>
        <w:br/>
        <w:t>в гущині зеленкуватій&lt;br /&gt;</w:t>
        <w:br/>
        <w:t>поміж ряскою й лататтям.&lt;br /&gt;</w:t>
        <w:br/>
        <w:t>Бусол же собі стоїть,&lt;br /&gt;</w:t>
        <w:br/>
        <w:t>на жабок і не глядить.&lt;br /&gt;</w:t>
        <w:br/>
        <w:t>а летіти не летить.</w:t>
      </w:r>
    </w:p>
    <w:p>
      <w:r>
        <w:br/>
        <w:t>Люба ходить бережком.&lt;br /&gt;</w:t>
        <w:br/>
        <w:t>Качка плаває ставком.&lt;br /&gt;</w:t>
        <w:br/>
        <w:t>Кря-кря-кря...&lt;br /&gt;</w:t>
        <w:br/>
        <w:t>Більший за моря&lt;br /&gt;</w:t>
        <w:br/>
        <w:t>наш ставок. Скок у воду, скок...&lt;br /&gt;</w:t>
        <w:br/>
        <w:t>Попливли рядочком по синьому ставочку.</w:t>
      </w:r>
    </w:p>
    <w:p>
      <w:r>
        <w:br/>
        <w:t>Клим лежить на муріжку.&lt;br /&gt;</w:t>
        <w:br/>
        <w:t>Дід рибалить у ставку.&lt;br /&gt;</w:t>
        <w:br/>
        <w:t>Золотий карась,&lt;br /&gt;</w:t>
        <w:br/>
        <w:t>отакий карась!—&lt;br /&gt;</w:t>
        <w:br/>
        <w:t>придивляйся до гачка,&lt;br /&gt;</w:t>
        <w:br/>
        <w:t>до смачного хробачка;&lt;br /&gt;</w:t>
        <w:br/>
        <w:t>додивляйся, роздивлявся,&lt;br /&gt;</w:t>
        <w:br/>
        <w:t>сам не зчувся,&lt;br /&gt;</w:t>
        <w:br/>
        <w:t>як піймався:</w:t>
      </w:r>
    </w:p>
    <w:p>
      <w:r>
        <w:br/>
        <w:t>Браві йдуть хлоп'ята&lt;br /&gt;</w:t>
        <w:br/>
        <w:t>у штанцях строкатих.&lt;br /&gt;</w:t>
        <w:br/>
        <w:t>Раз, два, три, чотири, п'ять —-&lt;br /&gt;</w:t>
        <w:br/>
        <w:t>струнко всі ступають влад.&lt;br /&gt;</w:t>
        <w:br/>
        <w:t>І заперши в грудях дух.&lt;br /&gt;</w:t>
        <w:br/>
        <w:t>всі з місточка в воду бух !&lt;br /&gt;</w:t>
        <w:br/>
        <w:t>Мить — і виринули знов!&lt;br /&gt;</w:t>
        <w:br/>
        <w:t>Раз, два, три. чотири, п'ять...&lt;br /&gt;</w:t>
        <w:br/>
        <w:t>Будь готов!&lt;br /&gt;</w:t>
        <w:br/>
        <w:t>Посміхаються, кричать:&lt;br /&gt;</w:t>
        <w:br/>
        <w:t>Будь готов!&lt;br /&gt;</w:t>
        <w:br/>
        <w:t>Завжди готов!</w:t>
      </w:r>
    </w:p>
    <w:p>
      <w:r>
        <w:br/>
        <w:t>Оля бавилась піском.&lt;br /&gt;</w:t>
        <w:br/>
        <w:t>Тітка прала за містком.&lt;br /&gt;</w:t>
        <w:br/>
        <w:t>Лись-хлюп!&lt;br /&gt;</w:t>
        <w:br/>
        <w:t>Лись-хлюп!&lt;br /&gt;</w:t>
        <w:br/>
        <w:t>На все плече&lt;br /&gt;</w:t>
        <w:br/>
        <w:t>тяжким прачем&lt;br /&gt;</w:t>
        <w:br/>
        <w:t>по сорочках&lt;br /&gt;</w:t>
        <w:br/>
        <w:t>та по штанцях,&lt;br /&gt;</w:t>
        <w:br/>
        <w:t>по рушничках&lt;br /&gt;</w:t>
        <w:br/>
        <w:t>та хусточках.</w:t>
      </w:r>
    </w:p>
    <w:p>
      <w:r>
        <w:br/>
        <w:t>Гриць бродив по ситняку,&lt;br /&gt;</w:t>
        <w:br/>
        <w:t>Хлопці бігли по лужку.</w:t>
      </w:r>
    </w:p>
    <w:p>
      <w:r>
        <w:br/>
        <w:t>Як немає роси,&lt;br /&gt;</w:t>
        <w:br/>
        <w:t>в лійці воду носи.&lt;br /&gt;</w:t>
        <w:br/>
        <w:t>Отоді городина&lt;br /&gt;</w:t>
        <w:br/>
        <w:t>добре вродить нам:&lt;br /&gt;</w:t>
        <w:br/>
        <w:t>виженуться буряки&lt;br /&gt;</w:t>
        <w:br/>
        <w:t>темнобурим листям,&lt;br /&gt;</w:t>
        <w:br/>
        <w:t>зарясніють огірки,&lt;br /&gt;</w:t>
        <w:br/>
        <w:t>тугенькі та чисті,&lt;br /&gt;</w:t>
        <w:br/>
        <w:t>й капустяні кочани&lt;br /&gt;</w:t>
        <w:br/>
        <w:t>повдягають жупани.</w:t>
      </w:r>
    </w:p>
    <w:p>
      <w:r>
        <w:br/>
        <w:t>У ставу купався Павлик&lt;br /&gt;</w:t>
        <w:br/>
        <w:t>і в ставу коня купали.&lt;br /&gt;</w:t>
        <w:br/>
        <w:t>У воду на поводі&lt;br /&gt;</w:t>
        <w:br/>
        <w:t>розкидає кінь ногами,&lt;br /&gt;</w:t>
        <w:br/>
        <w:t>підкидає гривою.&lt;br /&gt;</w:t>
        <w:br/>
        <w:t>По воді; по воді&lt;br /&gt;</w:t>
        <w:br/>
        <w:t>хвиля котиться кругами&lt;br /&gt;</w:t>
        <w:br/>
        <w:t>аж береться піною,&lt;br /&gt;</w:t>
        <w:br/>
        <w:t>Брьох — брьох...&lt;br /&gt;</w:t>
        <w:br/>
        <w:t>На ногах на чотирьох.&lt;br /&gt;</w:t>
        <w:br/>
        <w:t>Й скільки голосу його,&lt;br /&gt;</w:t>
        <w:br/>
        <w:t>кінь гігоче: і-го-го!</w:t>
      </w:r>
    </w:p>
    <w:p>
      <w:r>
        <w:br/>
        <w:t>Зійшлися гуртом&lt;br /&gt;</w:t>
        <w:br/>
        <w:t>хлоп'ята над ставком.&lt;br /&gt;</w:t>
        <w:br/>
        <w:t>Петрик. Люба,&lt;br /&gt;</w:t>
        <w:br/>
        <w:t>Клим та Оля&lt;br /&gt;</w:t>
        <w:br/>
        <w:t>з Грицем і Павликом...&lt;br /&gt;</w:t>
        <w:br/>
        <w:t>Зійшлися,&lt;br /&gt;</w:t>
        <w:br/>
        <w:t>пустили кораблика.</w:t>
      </w:r>
    </w:p>
    <w:p>
      <w:r>
        <w:br/>
        <w:t>Подули щосили,&lt;br /&gt;</w:t>
        <w:br/>
        <w:t>напнулись вітрила —&lt;br /&gt;</w:t>
        <w:br/>
        <w:t>поплив корабель&lt;br /&gt;</w:t>
        <w:br/>
        <w:t>до далеких земель.&lt;br /&gt;</w:t>
        <w:br/>
        <w:t>Заплив на глиб&lt;br /&gt;</w:t>
        <w:br/>
        <w:t>до жабок та риб.</w:t>
      </w:r>
    </w:p>
    <w:p>
      <w:r>
        <w:br/>
        <w:t>Не дійти до нього,&lt;br /&gt;</w:t>
        <w:br/>
        <w:t>не добрести —&lt;br /&gt;</w:t>
        <w:br/>
        <w:t>тільки доплисти&lt;br /&gt;</w:t>
        <w:br/>
        <w:t>Он серед ставу&lt;br /&gt;</w:t>
        <w:br/>
        <w:t>він стоїть:&lt;br /&gt;</w:t>
        <w:br/>
        <w:t>а ні хить-хить.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Ставок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