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Стара настурція</w:t>
      </w:r>
    </w:p>
    <w:p>
      <w:r>
        <w:br/>
        <w:t xml:space="preserve"> &lt;p&gt;У великому зеленому ящику жили Айстри — Фіолетка і Біланка. Красувались вони високо над землею, на балконі сьомого поверху. Айстри дуже пишалися — адже під ними розстилався такий великий світ!</w:t>
      </w:r>
    </w:p>
    <w:p>
      <w:r>
        <w:br/>
        <w:t>Рано-пораненьку десь там внизу двірник починав поливати асфальтові доріжки, і Айстри прокидалися. Граціозно підводили голівки і милувалися Сонечком, ранковим повітрям і кучерявими хвильками хмар. Поливали водицею і їх, і вони почувалися щасливими. Айстри не єдині мешкали на балконі. Мали сусідку — стару Настурцію. Вона не була старшою за них, але не могла зрівнятися з Айстрами свіжістю і ніжністю своїх пелюстків. А хто їй винен? Подейкують, наче хазяйка загубила її, коли висаджувала квіти, аж потім, уже прив'ялену, знайшов хлопчик і посадив, та ще й у невеличку бляшанку з-під консервів.</w:t>
      </w:r>
    </w:p>
    <w:p>
      <w:r>
        <w:br/>
        <w:t>Отож Настурції випала кепська доля. Але яке діло до того гарним і свіжим Айстрам? Хіба можуть вони втриматися від спокуси похизуватися Своїми перевагами над іншою квіткою, коли стара Настурція своїм кволим виглядом дає їм таку нагоду?</w:t>
      </w:r>
    </w:p>
    <w:p>
      <w:r>
        <w:br/>
        <w:t>Якось господиня винесла на балкон велике барильце з водою, а в ньому--жовто-сліпучі, величні Гладіолуси. Айстри занепокоїлися. Адже їхня трохи холоднувата краса потемнішала на тлі шляхетних і ніжних Гладіолусів.</w:t>
      </w:r>
    </w:p>
    <w:p>
      <w:r>
        <w:br/>
        <w:t>Як вони пишаються! — шепнула Біланці Фіо-</w:t>
      </w:r>
    </w:p>
    <w:p>
      <w:r>
        <w:br/>
        <w:t>летка.</w:t>
      </w:r>
    </w:p>
    <w:p>
      <w:r>
        <w:br/>
        <w:t>Хизуються, що прибули з Великого Саду,— похитала голівкою у відповідь білява красуня.</w:t>
      </w:r>
    </w:p>
    <w:p>
      <w:r>
        <w:br/>
        <w:t>— Таке скажеш!—чомусь почала сердитись на подругу Фіолетка.— Де б там вони не росли, а зараз їх купили на ярмарку.</w:t>
      </w:r>
    </w:p>
    <w:p>
      <w:r>
        <w:br/>
        <w:t>— А вас хіба не купили? — несподівано озвалася стара Настурція.</w:t>
      </w:r>
    </w:p>
    <w:p>
      <w:r>
        <w:br/>
        <w:t>Тітонько,— уїдливо відказала Фіолетка,— квітам не можна сваритися, бо вони втрачають красу і свіжість.</w:t>
      </w:r>
    </w:p>
    <w:p>
      <w:r>
        <w:br/>
        <w:t>— Кому ти говориш? — голосно підхопила Біланка.— Вона ж приїхала з села!</w:t>
      </w:r>
    </w:p>
    <w:p>
      <w:r>
        <w:br/>
        <w:t>Квітам досить набридли шкилювання Айстр над старою Настурцією. Дивно, чому вони злостивлять-ся? Живуть довше всіх — до пізньої осені, милуватися б світом, радіти. А вони невдоволені, всім заздрять.</w:t>
      </w:r>
    </w:p>
    <w:p>
      <w:r>
        <w:br/>
        <w:t>Ніхто не чекав, що Гладіолуси втрутяться в цю небезпечну розмову.</w:t>
      </w:r>
    </w:p>
    <w:p>
      <w:r>
        <w:br/>
        <w:t>— Ми ніколи не були в селі,— сказали вони тихо.— Чи не могли б ви розповісти нам про нього? — чемно звернулися вони до старої Настурції.</w:t>
      </w:r>
    </w:p>
    <w:p>
      <w:r>
        <w:br/>
        <w:t>А Біланка невгавала.</w:t>
      </w:r>
    </w:p>
    <w:p>
      <w:r>
        <w:br/>
        <w:t>— Що там може бути цікавого?</w:t>
      </w:r>
    </w:p>
    <w:p>
      <w:r>
        <w:br/>
        <w:t>— Коли я згадую наш квітник у селі, я почуваю себе щасливою,— почала стара Настурція, наче й не чула Біланки.— Я пам'ятаю ласкавий дотик Літнього Вітер ця, брата Літнього Дощика, відчуваю глибоку і пухку землю. Жилося там, наче у казці, і навіть траплялися з нами майже казкові історії. Якось наша улюблена Мальва закохалася в Літака.</w:t>
      </w:r>
    </w:p>
    <w:p>
      <w:r>
        <w:br/>
        <w:t>— Як то? — стрепенулися Айстри. Вони теж над усе любили історії про кохання.</w:t>
      </w:r>
    </w:p>
    <w:p>
      <w:r>
        <w:br/>
        <w:t>— О! Розкажіть, будьте ласкаві,— так ніжно попросили Гладіолуси, аж всім здалося, що вони теж когось кохали.</w:t>
      </w:r>
    </w:p>
    <w:p>
      <w:r>
        <w:br/>
        <w:t>— Мальва була першою красунею в нашому квітнику, але ніхто не заздрив, кожна квітка визнавала її першість. До того ж вона була ще й доброю і милою до всіх, тож і мала прихильність. Але найбільш марив нею чорноокий Соняшник. Життя здавалося йому прекрасним, бо на світі є Мальва. Вона теж примітила ставного красеня. Квіти вже й готуватися почали до весілля — бучного та радісного, як водиться. Мабуть, все воно так і було б, та одного ранку Мальва побачила Літака. Він кружляв високо в небі, блискучий, сріблястий, і Мальва відчувала, як радісно затремтіло її серце від його далекого мужнього гуркоту. Волошки першими помітили хвилювання Мальви.</w:t>
      </w:r>
    </w:p>
    <w:p>
      <w:r>
        <w:br/>
        <w:t>— Мальво, Мальво, схаменися,— раяли вони.— Хіба можеш сподіватися на ту далеку птицю? Ти глянь, який навколо нього вітер свище!</w:t>
      </w:r>
    </w:p>
    <w:p>
      <w:r>
        <w:br/>
        <w:t>— Не чіпайте її! Нікому не вільно чуже серце судити,— гнівалися Чорнобривці.</w:t>
      </w:r>
    </w:p>
    <w:p>
      <w:r>
        <w:br/>
        <w:t>А Соняшник усього того не помічав. І навіть тоді, коли Мальва підіймала свої блакитні очі до неба, шукаючи в ньому Літак. Соняшник бачив тільки її замріяний, прекрасний погляд і ще більш розквітав од щастя.</w:t>
      </w:r>
    </w:p>
    <w:p>
      <w:r>
        <w:br/>
        <w:t>Йому хотілося піклуватися про Мальву, і коли довго не було дощу, збирав по крапельці нічну росу на своє лапате листя, щоб напоїти свою спраглу кохану квітку.</w:t>
      </w:r>
    </w:p>
    <w:p>
      <w:r>
        <w:br/>
        <w:t>А Мальва вмивалася тією росою, чепурилася, і виглядала Літак, і тремтіла схвильовано пелюстками, і все чекала на своє сріблясте кохання.</w:t>
      </w:r>
    </w:p>
    <w:p>
      <w:r>
        <w:br/>
        <w:t>Соняшник не наважувався зізнатись Мальві, а тільки милувався нею та пильнував, щоб не продрімати нічну росу.</w:t>
      </w:r>
    </w:p>
    <w:p>
      <w:r>
        <w:br/>
        <w:t>Одного разу десь узялося кривоноге Жабеня та й, чалапаючи, перехилило Соняшників лист, розлило росу.</w:t>
      </w:r>
    </w:p>
    <w:p>
      <w:r>
        <w:br/>
        <w:t>— Що ж ти накоїло? — жахнувся Соняшник.</w:t>
      </w:r>
    </w:p>
    <w:p>
      <w:r>
        <w:br/>
        <w:t>— Даруйте, я не навмисне,— проквакало вайлувате Жабеня. Воно, як і всі, поважало Соняшника.</w:t>
      </w:r>
    </w:p>
    <w:p>
      <w:r>
        <w:br/>
        <w:t>— Чим же тепер вмиється Мальва?— тужно прошепотів Соняшник.</w:t>
      </w:r>
    </w:p>
    <w:p>
      <w:r>
        <w:br/>
        <w:t>Жабеняті стало жаль Соняшника, який віддав свою вологу і вже так перевівся, що аж дивитись на нього сумно.</w:t>
      </w:r>
    </w:p>
    <w:p>
      <w:r>
        <w:br/>
        <w:t>— Ви б краще подбали про себе! — з обуренням відказало Жабеня.—А Мальві нехай дає воду її Літак!</w:t>
      </w:r>
    </w:p>
    <w:p>
      <w:r>
        <w:br/>
        <w:t>І пострибало, а Соняшник враз усе пригадав, зрозумів, і з того часу почав ще більше в'янути.</w:t>
      </w:r>
    </w:p>
    <w:p>
      <w:r>
        <w:br/>
        <w:t>— Нехай,— шепотів він,— аби вона була біля мене, аби вона була щаслива,— і його гарна, важка голова схилялася ще нижче.</w:t>
      </w:r>
    </w:p>
    <w:p>
      <w:r>
        <w:br/>
        <w:t>Вдосвіта Мальва, як завжди, чекала, коли Соняшник віддасть їй нічну росу. Час минав, а від Соняшника — ні краплі.</w:t>
      </w:r>
    </w:p>
    <w:p>
      <w:r>
        <w:br/>
        <w:t>— Отак він кохає мене! — з викликом, щоб чув Соняшник, скопилила свої милі вуста.</w:t>
      </w:r>
    </w:p>
    <w:p>
      <w:r>
        <w:br/>
        <w:t>— Знає, що мені треба вмитись, причепуритись, ось-ось Літак пролетить, а він ту росу, мабуть, сам випив.</w:t>
      </w:r>
    </w:p>
    <w:p>
      <w:r>
        <w:br/>
        <w:t>Глянули всі на Соняшника і принишкли. Коли і Мальва озирнулась, побачила схилену до самого долу Соняшникову голову. Його зів'яле, пошерхле листя звисало до землі, і тільки в одному з них блищали, наче сльози, кілька крапель вологи.</w:t>
      </w:r>
    </w:p>
    <w:p>
      <w:r>
        <w:br/>
        <w:t>А в цей час високо в небі гуркотів, зникаючи в блакитному безмежжі, сріблястий красень Літак.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Стара настурція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