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казка на новий лад</w:t>
      </w:r>
    </w:p>
    <w:p>
      <w:r>
        <w:br/>
        <w:t xml:space="preserve"> СТАРА КАЗКА НА НОВИЙ ЛАД&lt;br /&gt;</w:t>
        <w:br/>
        <w:t>Для дітей і дорослих&lt;br /&gt;</w:t>
        <w:br/>
        <w:t>&lt;blockquote&gt;&lt;br /&gt;</w:t>
        <w:br/>
        <w:t>Человек сказал Днепру:</w:t>
      </w:r>
    </w:p>
    <w:p>
      <w:r>
        <w:br/>
        <w:t>— Я стеной тебя запру!</w:t>
      </w:r>
    </w:p>
    <w:p>
      <w:r>
        <w:br/>
        <w:t>… Где вчера качались лодки –</w:t>
      </w:r>
    </w:p>
    <w:p>
      <w:r>
        <w:br/>
        <w:t>Заработали лебедки.</w:t>
      </w:r>
    </w:p>
    <w:p>
      <w:r>
        <w:br/>
        <w:t>Где шумел речной тростник –</w:t>
      </w:r>
    </w:p>
    <w:p>
      <w:r>
        <w:br/>
        <w:t>Разьезжает паровик.</w:t>
      </w:r>
    </w:p>
    <w:p>
      <w:r>
        <w:br/>
        <w:t>Где вчера плескались рьібьі –</w:t>
      </w:r>
    </w:p>
    <w:p>
      <w:r>
        <w:br/>
        <w:t>Динамит взрьшает гльїбьі…</w:t>
      </w:r>
    </w:p>
    <w:p>
      <w:r>
        <w:br/>
        <w:t>С. МАРШАК, "Война с Днепром"&lt;/blockquote&gt;</w:t>
      </w:r>
    </w:p>
    <w:p>
      <w:r>
        <w:br/>
        <w:t>1&lt;br /&gt;</w:t>
        <w:br/>
        <w:t>Людина —&lt;br /&gt;</w:t>
        <w:br/>
        <w:t>Природи&lt;br /&gt;</w:t>
        <w:br/>
        <w:t>володар одвічний&lt;br /&gt;</w:t>
        <w:br/>
        <w:t>звернулася&lt;br /&gt;</w:t>
        <w:br/>
        <w:t>якось&lt;br /&gt;</w:t>
        <w:br/>
        <w:t>до тихої річки,&lt;br /&gt;</w:t>
        <w:br/>
        <w:t>до чистої,&lt;br /&gt;</w:t>
        <w:br/>
        <w:t>наче сльозина,&lt;br /&gt;</w:t>
        <w:br/>
        <w:t>води:&lt;br /&gt;</w:t>
        <w:br/>
        <w:t>— Течеш ти,&lt;br /&gt;</w:t>
        <w:br/>
        <w:t>старенька,&lt;br /&gt;</w:t>
        <w:br/>
        <w:t>кудись&lt;br /&gt;</w:t>
        <w:br/>
        <w:t>не туди.&lt;br /&gt;</w:t>
        <w:br/>
        <w:t>Вихляєш&lt;br /&gt;</w:t>
        <w:br/>
        <w:t>лісами,&lt;br /&gt;</w:t>
        <w:br/>
        <w:t>вихляєш&lt;br /&gt;</w:t>
        <w:br/>
        <w:t>лугами…&lt;br /&gt;</w:t>
        <w:br/>
        <w:t>У мене,&lt;br /&gt;</w:t>
        <w:br/>
        <w:t>в Людини,&lt;br /&gt;</w:t>
        <w:br/>
        <w:t>тектимеш ти&lt;br /&gt;</w:t>
        <w:br/>
        <w:t>прямо!&lt;br /&gt;</w:t>
        <w:br/>
        <w:t>Доволі&lt;br /&gt;</w:t>
        <w:br/>
        <w:t>Поволі&lt;br /&gt;</w:t>
        <w:br/>
        <w:t>як хочеш&lt;br /&gt;</w:t>
        <w:br/>
        <w:t>вихляти!&lt;br /&gt;</w:t>
        <w:br/>
        <w:t>Почну-но&lt;br /&gt;</w:t>
        <w:br/>
        <w:t>я зараз&lt;br /&gt;</w:t>
        <w:br/>
        <w:t>тебе&lt;br /&gt;</w:t>
        <w:br/>
        <w:t>випрямляти!..&lt;br /&gt;</w:t>
        <w:br/>
        <w:t>2&lt;br /&gt;</w:t>
        <w:br/>
        <w:t>Сказано —&lt;br /&gt;</w:t>
        <w:br/>
        <w:t>зроблено:&lt;br /&gt;</w:t>
        <w:br/>
        <w:t>слово Людини&lt;br /&gt;</w:t>
        <w:br/>
        <w:t>бути&lt;br /&gt;</w:t>
        <w:br/>
        <w:t>у всьому&lt;br /&gt;</w:t>
        <w:br/>
        <w:t>несхитним&lt;br /&gt;</w:t>
        <w:br/>
        <w:t>повинно!&lt;br /&gt;</w:t>
        <w:br/>
        <w:t>Людина,&lt;br /&gt;</w:t>
        <w:br/>
        <w:t>Бульдозер&lt;br /&gt;</w:t>
        <w:br/>
        <w:t>та ще&lt;br /&gt;</w:t>
        <w:br/>
        <w:t>екскаватор&lt;br /&gt;</w:t>
        <w:br/>
        <w:t>Взялися&lt;br /&gt;</w:t>
        <w:br/>
        <w:t>стареньку ріку&lt;br /&gt;</w:t>
        <w:br/>
        <w:t>випрямляти.&lt;br /&gt;</w:t>
        <w:br/>
        <w:t>3&lt;br /&gt;</w:t>
        <w:br/>
        <w:t>Що?&lt;br /&gt;</w:t>
        <w:br/>
        <w:t>Якісь&lt;br /&gt;</w:t>
        <w:br/>
        <w:t>старі човни?!&lt;br /&gt;</w:t>
        <w:br/>
        <w:t>Непотрібні&lt;br /&gt;</w:t>
        <w:br/>
        <w:t>Нам&lt;br /&gt;</w:t>
        <w:br/>
        <w:t>вони!&lt;br /&gt;</w:t>
        <w:br/>
        <w:t>Що?&lt;br /&gt;</w:t>
        <w:br/>
        <w:t>Якийсь там&lt;br /&gt;</w:t>
        <w:br/>
        <w:t>очерет?!&lt;br /&gt;</w:t>
        <w:br/>
        <w:t>А бульдозер&lt;br /&gt;</w:t>
        <w:br/>
        <w:t>нащо?&lt;br /&gt;</w:t>
        <w:br/>
        <w:t>Геть!&lt;br /&gt;</w:t>
        <w:br/>
        <w:t>А рвонем&lt;br /&gt;</w:t>
        <w:br/>
        <w:t>гранітну&lt;br /&gt;</w:t>
        <w:br/>
        <w:t>глибу —&lt;br /&gt;</w:t>
        <w:br/>
        <w:t>тільки&lt;br /&gt;</w:t>
        <w:br/>
        <w:t>булькне&lt;br /&gt;</w:t>
        <w:br/>
        <w:t>в річці&lt;br /&gt;</w:t>
        <w:br/>
        <w:t>риба!..&lt;br /&gt;</w:t>
        <w:br/>
        <w:t>4&lt;br /&gt;</w:t>
        <w:br/>
        <w:t>І от&lt;br /&gt;</w:t>
        <w:br/>
        <w:t>тече&lt;br /&gt;</w:t>
        <w:br/>
        <w:t>пряма ріка…&lt;br /&gt;</w:t>
        <w:br/>
        <w:t>Та вже&lt;br /&gt;</w:t>
        <w:br/>
        <w:t>якась&lt;br /&gt;</w:t>
        <w:br/>
        <w:t>і не така:&lt;br /&gt;</w:t>
        <w:br/>
        <w:t>аж надто&lt;br /&gt;</w:t>
        <w:br/>
        <w:t>рівні&lt;br /&gt;</w:t>
        <w:br/>
        <w:t>береги&lt;br /&gt;</w:t>
        <w:br/>
        <w:t>не забігають&lt;br /&gt;</w:t>
        <w:br/>
        <w:t>на луги,&lt;br /&gt;</w:t>
        <w:br/>
        <w:t>не ронять&lt;br /&gt;</w:t>
        <w:br/>
        <w:t>листячко&lt;br /&gt;</w:t>
        <w:br/>
        <w:t>ліси&lt;br /&gt;</w:t>
        <w:br/>
        <w:t>у води&lt;br /&gt;</w:t>
        <w:br/>
        <w:t>дивної краси…&lt;br /&gt;</w:t>
        <w:br/>
        <w:t>5&lt;br /&gt;</w:t>
        <w:br/>
        <w:t>Луги —&lt;br /&gt;</w:t>
        <w:br/>
        <w:t>висихають!&lt;br /&gt;</w:t>
        <w:br/>
        <w:t>Ліси —&lt;br /&gt;</w:t>
        <w:br/>
        <w:t>засихають!&lt;br /&gt;</w:t>
        <w:br/>
        <w:t>Веселі&lt;br /&gt;</w:t>
        <w:br/>
        <w:t>птахи&lt;br /&gt;</w:t>
        <w:br/>
        <w:t>від ріки&lt;br /&gt;</w:t>
        <w:br/>
        <w:t>утікають!..&lt;br /&gt;</w:t>
        <w:br/>
        <w:t>6&lt;br /&gt;</w:t>
        <w:br/>
        <w:t>А питали&lt;br /&gt;</w:t>
        <w:br/>
        <w:t>у човнів,&lt;br /&gt;</w:t>
        <w:br/>
        <w:t>хто&lt;br /&gt;</w:t>
        <w:br/>
        <w:t>такого&lt;br /&gt;</w:t>
        <w:br/>
        <w:t>з них&lt;br /&gt;</w:t>
        <w:br/>
        <w:t>хотів?!&lt;br /&gt;</w:t>
        <w:br/>
        <w:t>А питали&lt;br /&gt;</w:t>
        <w:br/>
        <w:t>в тих же глиб:&lt;br /&gt;</w:t>
        <w:br/>
        <w:t>Може&lt;br /&gt;</w:t>
        <w:br/>
        <w:t>глибам&lt;br /&gt;</w:t>
        <w:br/>
        <w:t>жалко&lt;br /&gt;</w:t>
        <w:br/>
        <w:t>риб?&lt;br /&gt;</w:t>
        <w:br/>
        <w:t>Ні для кого ж&lt;br /&gt;</w:t>
        <w:br/>
        <w:t>не секрет:&lt;br /&gt;</w:t>
        <w:br/>
        <w:t>річці&lt;br /&gt;</w:t>
        <w:br/>
        <w:t>треба&lt;br /&gt;</w:t>
        <w:br/>
        <w:t>очерет,&lt;br /&gt;</w:t>
        <w:br/>
        <w:t>а не динаміт&lt;br /&gt;</w:t>
        <w:br/>
        <w:t>і глиби…&lt;br /&gt;</w:t>
        <w:br/>
        <w:t>Це —&lt;br /&gt;</w:t>
        <w:br/>
        <w:t>відомо&lt;br /&gt;</w:t>
        <w:br/>
        <w:t>навіть&lt;br /&gt;</w:t>
        <w:br/>
        <w:t>рибам…&lt;br /&gt;</w:t>
        <w:br/>
        <w:t>7&lt;br /&gt;</w:t>
        <w:br/>
        <w:t>А в річки&lt;br /&gt;</w:t>
        <w:br/>
        <w:t>питали,&lt;br /&gt;</w:t>
        <w:br/>
        <w:t>чи хочеться&lt;br /&gt;</w:t>
        <w:br/>
        <w:t>їй&lt;br /&gt;</w:t>
        <w:br/>
        <w:t>до моря&lt;br /&gt;</w:t>
        <w:br/>
        <w:t>летіти&lt;br /&gt;</w:t>
        <w:br/>
        <w:t>лише&lt;br /&gt;</w:t>
        <w:br/>
        <w:t>по прямій?!&lt;br /&gt;</w:t>
        <w:br/>
        <w:t>А хто&lt;br /&gt;</w:t>
        <w:br/>
        <w:t>запитав&lt;br /&gt;</w:t>
        <w:br/>
        <w:t>у старого села,&lt;br /&gt;</w:t>
        <w:br/>
        <w:t>якому&lt;br /&gt;</w:t>
        <w:br/>
        <w:t>ця річка&lt;br /&gt;</w:t>
        <w:br/>
        <w:t>за матір&lt;br /&gt;</w:t>
        <w:br/>
        <w:t>була,&lt;br /&gt;</w:t>
        <w:br/>
        <w:t>яка&lt;br /&gt;</w:t>
        <w:br/>
        <w:t>напувала,&lt;br /&gt;</w:t>
        <w:br/>
        <w:t>яка&lt;br /&gt;</w:t>
        <w:br/>
        <w:t>годувала,&lt;br /&gt;</w:t>
        <w:br/>
        <w:t>красою&lt;br /&gt;</w:t>
        <w:br/>
        <w:t>святою&lt;br /&gt;</w:t>
        <w:br/>
        <w:t>людей&lt;br /&gt;</w:t>
        <w:br/>
        <w:t>дарувала?!&lt;br /&gt;</w:t>
        <w:br/>
        <w:t>8&lt;br /&gt;</w:t>
        <w:br/>
        <w:t>Дерева&lt;br /&gt;</w:t>
        <w:br/>
        <w:t>стогнали:&lt;br /&gt;</w:t>
        <w:br/>
        <w:t>— як бути&lt;br /&gt;</w:t>
        <w:br/>
        <w:t>без річки?!&lt;br /&gt;</w:t>
        <w:br/>
        <w:t>Без неї —&lt;br /&gt;</w:t>
        <w:br/>
        <w:t>нам лячно!&lt;br /&gt;</w:t>
        <w:br/>
        <w:t>Без неї —&lt;br /&gt;</w:t>
        <w:br/>
        <w:t>незвично!&lt;br /&gt;</w:t>
        <w:br/>
        <w:t>Луги&lt;br /&gt;</w:t>
        <w:br/>
        <w:t>висихали&lt;br /&gt;</w:t>
        <w:br/>
        <w:t>і ридма&lt;br /&gt;</w:t>
        <w:br/>
        <w:t>ридали:&lt;br /&gt;</w:t>
        <w:br/>
        <w:t>— Навіщо&lt;br /&gt;</w:t>
        <w:br/>
        <w:t>Людина&lt;br /&gt;</w:t>
        <w:br/>
        <w:t>в нас річку&lt;br /&gt;</w:t>
        <w:br/>
        <w:t>забрала?!&lt;br /&gt;</w:t>
        <w:br/>
        <w:t>9&lt;br /&gt;</w:t>
        <w:br/>
        <w:t>Не стало&lt;br /&gt;</w:t>
        <w:br/>
        <w:t>невдовзі&lt;br /&gt;</w:t>
        <w:br/>
        <w:t>лугів&lt;br /&gt;</w:t>
        <w:br/>
        <w:t>і лісів.&lt;br /&gt;</w:t>
        <w:br/>
        <w:t>Не чути&lt;br /&gt;</w:t>
        <w:br/>
        <w:t>навколо&lt;br /&gt;</w:t>
        <w:br/>
        <w:t>веселих&lt;br /&gt;</w:t>
        <w:br/>
        <w:t>птахів.&lt;br /&gt;</w:t>
        <w:br/>
        <w:t>Не стало&lt;br /&gt;</w:t>
        <w:br/>
        <w:t>краси&lt;br /&gt;</w:t>
        <w:br/>
        <w:t>і старого села.&lt;br /&gt;</w:t>
        <w:br/>
        <w:t>І річка&lt;br /&gt;</w:t>
        <w:br/>
        <w:t>нікуди&lt;br /&gt;</w:t>
        <w:br/>
        <w:t>уже&lt;br /&gt;</w:t>
        <w:br/>
        <w:t>не текла,&lt;br /&gt;</w:t>
        <w:br/>
        <w:t>бо зникла,&lt;br /&gt;</w:t>
        <w:br/>
        <w:t>старенька,&lt;br /&gt;</w:t>
        <w:br/>
        <w:t>ні в чому&lt;br /&gt;</w:t>
        <w:br/>
        <w:t>не винна…&lt;br /&gt;</w:t>
        <w:br/>
        <w:t>10&lt;br /&gt;</w:t>
        <w:br/>
        <w:t>Так знов&lt;br /&gt;</w:t>
        <w:br/>
        <w:t>довела&lt;br /&gt;</w:t>
        <w:br/>
        <w:t>всім навколо&lt;br /&gt;</w:t>
        <w:br/>
        <w:t>Людина,&lt;br /&gt;</w:t>
        <w:br/>
        <w:t>що вічний&lt;br /&gt;</w:t>
        <w:br/>
        <w:t>володар&lt;br /&gt;</w:t>
        <w:br/>
        <w:t>природи —&lt;br /&gt;</w:t>
        <w:br/>
        <w:t>вона!..&lt;br /&gt;</w:t>
        <w:br/>
        <w:t>Так чом же&lt;br /&gt;</w:t>
        <w:br/>
        <w:t>ця казка&lt;br /&gt;</w:t>
        <w:br/>
        <w:t>про річку —&lt;br /&gt;</w:t>
        <w:br/>
        <w:t>сумна?..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казка на 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