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Спроба октави</w:t>
      </w:r>
    </w:p>
    <w:p>
      <w:r>
        <w:br/>
        <w:t xml:space="preserve"> Удар, душе, удар, небого,&lt;br /&gt;</w:t>
        <w:br/>
        <w:t>По струнах мислей-веселух!&lt;br /&gt;</w:t>
        <w:br/>
        <w:t>Розворуши життя мойого&lt;br /&gt;</w:t>
        <w:br/>
        <w:t>Мінливого оспалий дух.&lt;br /&gt;</w:t>
        <w:br/>
        <w:t>Хай, ставши на папері строго,&lt;br /&gt;</w:t>
        <w:br/>
        <w:t>Думки потішать братній слух,&lt;br /&gt;</w:t>
        <w:br/>
        <w:t>Народу хай прийде пора&lt;br /&gt;</w:t>
        <w:br/>
        <w:t>Згадати часом пісняра!&lt;br /&gt;</w:t>
        <w:br/>
        <w:t>Для щастя нам так мало треба —&lt;br /&gt;</w:t>
        <w:br/>
        <w:t>Малий привіт зі сторони,&lt;br /&gt;</w:t>
        <w:br/>
        <w:t>І ми вже скачемо до неба,&lt;br /&gt;</w:t>
        <w:br/>
        <w:t>Вже снуємо щасливі сни;&lt;br /&gt;</w:t>
        <w:br/>
        <w:t>То ж ви, кого гнітить ганеба&lt;br /&gt;</w:t>
        <w:br/>
        <w:t>Убогості, хто без весни&lt;br /&gt;</w:t>
        <w:br/>
        <w:t>Живе, дивіться, що за гра —&lt;br /&gt;</w:t>
        <w:br/>
        <w:t>В душі та в слові пісняра!&lt;br /&gt;</w:t>
        <w:br/>
        <w:t>Ми плачемо над власним горем,&lt;br /&gt;</w:t>
        <w:br/>
        <w:t>Знавці своїх пекельних бід,&lt;br /&gt;</w:t>
        <w:br/>
        <w:t>Пісняр же соколиним зором&lt;br /&gt;</w:t>
        <w:br/>
        <w:t>Повинен обійняти світ,&lt;br /&gt;</w:t>
        <w:br/>
        <w:t>За всіх терпіти, бути хворим,&lt;br /&gt;</w:t>
        <w:br/>
        <w:t>Щоб людський поздоровшав рід.&lt;br /&gt;</w:t>
        <w:br/>
        <w:t>Чи ж пожаліли брат, сестра&lt;br /&gt;</w:t>
        <w:br/>
        <w:t>За ті боління пісняра?&lt;br /&gt;</w:t>
        <w:br/>
        <w:t>Мішку, набитому рублями,&lt;br /&gt;</w:t>
        <w:br/>
        <w:t>Б'є кожен шанівний поклін,&lt;br /&gt;</w:t>
        <w:br/>
        <w:t>Хоч би злодійськими руками&lt;br /&gt;</w:t>
        <w:br/>
        <w:t>Та з кривди наповнявся він…&lt;br /&gt;</w:t>
        <w:br/>
        <w:t>Хто ж бачить бідних поміж нами,&lt;br /&gt;</w:t>
        <w:br/>
        <w:t>Хто чув нещастя плач і дзвін?&lt;br /&gt;</w:t>
        <w:br/>
        <w:t>Хто, хоч почути вже пора,&lt;br /&gt;</w:t>
        <w:br/>
        <w:t>Послухав пісню пісняра?!&lt;br /&gt;</w:t>
        <w:br/>
        <w:t>Стоїть палац високий, білий,&lt;br /&gt;</w:t>
        <w:br/>
        <w:t>Будова гарна, все – під шнур, —&lt;br /&gt;</w:t>
        <w:br/>
        <w:t>Чи там живуть майстри, що вміли&lt;br /&gt;</w:t>
        <w:br/>
        <w:t>Поставити штудерний мур?&lt;br /&gt;</w:t>
        <w:br/>
        <w:t>Та ні! Куди? Вони згоріли&lt;br /&gt;</w:t>
        <w:br/>
        <w:t>Від блискавок життєвих бур.&lt;br /&gt;</w:t>
        <w:br/>
        <w:t>Зоря трудів, зоря добра&lt;br /&gt;</w:t>
        <w:br/>
        <w:t>Веде так само пісняра.&lt;br /&gt;</w:t>
        <w:br/>
        <w:t>Все тлінне, все долає змора,&lt;br /&gt;</w:t>
        <w:br/>
        <w:t>Ніщо не вічне на землі,&lt;br /&gt;</w:t>
        <w:br/>
        <w:t>Хіба лиш сльози правди й горя&lt;br /&gt;</w:t>
        <w:br/>
        <w:t>Не гаснуть у віків імлі.&lt;br /&gt;</w:t>
        <w:br/>
        <w:t>Помер пісняр.&lt;br /&gt;</w:t>
        <w:br/>
        <w:t>Дружки при скорбному столі&lt;br /&gt;</w:t>
        <w:br/>
        <w:t>Сидять – не плач, а машкара…&lt;br /&gt;</w:t>
        <w:br/>
        <w:t>Гірка ти, доле пісняра!</w:t>
      </w:r>
    </w:p>
    <w:p>
      <w:r>
        <w:br/>
        <w:t>1906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Спроба октави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