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Справжня добрість (Писулька до Грицька Прокази)</w:t>
      </w:r>
    </w:p>
    <w:p>
      <w:r>
        <w:br/>
        <w:t xml:space="preserve"> Хто Добрість, Грицьку, нам намалював плаксиву,&lt;br /&gt;</w:t>
        <w:br/>
        <w:t>Понуру, мов чернець турецький, і сопливу,&lt;br /&gt;</w:t>
        <w:br/>
        <w:t>Той бісів син, коли не москаля підвіз,&lt;br /&gt;</w:t>
        <w:br/>
        <w:t>Той Добрості не зна, не бачив і не чує.&lt;br /&gt;</w:t>
        <w:br/>
        <w:t>Не пензлем той її, але квачем малює,&lt;br /&gt;</w:t>
        <w:br/>
        <w:t>Той Добрість обікрав. Не любить Добрість сліз,&lt;br /&gt;</w:t>
        <w:br/>
        <w:t>Вона на всіх глядить так гарно й веселенько,&lt;br /&gt;</w:t>
        <w:br/>
        <w:t>Як дівка, од свого ідучи панотця&lt;br /&gt;</w:t>
        <w:br/>
        <w:t>До церкви — до вінця,&lt;br /&gt;</w:t>
        <w:br/>
        <w:t>Глядить на парубка, мов ясочка, пильненько.&lt;br /&gt;</w:t>
        <w:br/>
        <w:t>Не квасить Добрість губ, бо із її очей&lt;br /&gt;</w:t>
        <w:br/>
        <w:t>Палає ласка до людей.</w:t>
      </w:r>
    </w:p>
    <w:p>
      <w:r>
        <w:br/>
        <w:t>Вона регоче там, де і другі регочуть,&lt;br /&gt;</w:t>
        <w:br/>
        <w:t>Сокоче без брехні, де і другі сокочуть,&lt;br /&gt;</w:t>
        <w:br/>
        <w:t>І не цурається гульні і вечорниць,&lt;br /&gt;</w:t>
        <w:br/>
        <w:t>Чорнявеньких дівчат і круглих молодиць.&lt;br /&gt;</w:t>
        <w:br/>
        <w:t>Вона й до милого пригорнеться поволі,&lt;br /&gt;</w:t>
        <w:br/>
        <w:t>Та ба! та не дає рукам, як кажуть, волі,&lt;br /&gt;</w:t>
        <w:br/>
        <w:t>Вона й горілочки ряди-вгоди хлисне,&lt;br /&gt;</w:t>
        <w:br/>
        <w:t>Та носом, мов свиня, по улиці не риє,&lt;br /&gt;</w:t>
        <w:br/>
        <w:t>По-сороміцькому не кобенить, не виє,&lt;br /&gt;</w:t>
        <w:br/>
        <w:t>Під лавкою в шинку, мов цуцик, не засне.&lt;br /&gt;</w:t>
        <w:br/>
        <w:t>Вона, де треба, пожартує,&lt;br /&gt;</w:t>
        <w:br/>
        <w:t>Та з глуздом жарти всі і з розумом міркує.</w:t>
      </w:r>
    </w:p>
    <w:p>
      <w:r>
        <w:br/>
        <w:t>Вона не виверта спідлоба білків,&lt;br /&gt;</w:t>
        <w:br/>
        <w:t>Мов цап, задушений в кошарі од вовків,&lt;br /&gt;</w:t>
        <w:br/>
        <w:t>Не стогне, не сопе і нігтів не кусає,&lt;br /&gt;</w:t>
        <w:br/>
        <w:t>То з тим, то з сим таки слів скільки погадає.&lt;br /&gt;</w:t>
        <w:br/>
        <w:t>Як патока, так річ у неї на губах,&lt;br /&gt;</w:t>
        <w:br/>
        <w:t>І сміх її цвіте, мов мак, що на грядках.&lt;br /&gt;</w:t>
        <w:br/>
        <w:t>Для неї все одно, що в згоді, що в пригоді:&lt;br /&gt;</w:t>
        <w:br/>
        <w:t>Бог лучче, каже, зна; він сам зна — поки годі.&lt;br /&gt;</w:t>
        <w:br/>
        <w:t>Хоч кіл на голові, як кажуть, їй теши,&lt;br /&gt;</w:t>
        <w:br/>
        <w:t>Хоч ти візьми її — печи або души,&lt;br /&gt;</w:t>
        <w:br/>
        <w:t>Не зна вона, що то людські переполохи,&lt;br /&gt;</w:t>
        <w:br/>
        <w:t>І не лякається ні од чого нітрохи.</w:t>
      </w:r>
    </w:p>
    <w:p>
      <w:r>
        <w:br/>
        <w:t>Як паля в лотоках, простісінько стримить,&lt;br /&gt;</w:t>
        <w:br/>
        <w:t>Хоч хвилі як в неї бушують і бурхають,&lt;br /&gt;</w:t>
        <w:br/>
        <w:t>Хоч на неї шматки із криги напирають,&lt;br /&gt;</w:t>
        <w:br/>
        <w:t>І Добрість так в біді і в лісі так стоїть.&lt;br /&gt;</w:t>
        <w:br/>
        <w:t>Нехай гострить свою, мов бритву, доля косу,&lt;br /&gt;</w:t>
        <w:br/>
        <w:t>А Добрість вигляда, як камінь з-під покосу:&lt;br /&gt;</w:t>
        <w:br/>
        <w:t>Наскочить на його коса, задзеленчить...&lt;br /&gt;</w:t>
        <w:br/>
        <w:t>Хрусь надвоє!.. мов скло, а камінь все лежить!</w:t>
      </w:r>
    </w:p>
    <w:p>
      <w:r>
        <w:br/>
        <w:t>Нехай, як хоче, море грає,&lt;br /&gt;</w:t>
        <w:br/>
        <w:t>Нехай роз'юшений так, як бугай, Нептун&lt;br /&gt;</w:t>
        <w:br/>
        <w:t>Тризубцем байдаки і човни вивертає, —&lt;br /&gt;</w:t>
        <w:br/>
        <w:t>А човник Добрості, шамкенький, мов цвіркун,&lt;br /&gt;</w:t>
        <w:br/>
        <w:t>Як селезень, на дно за качкою пірнає&lt;br /&gt;</w:t>
        <w:br/>
        <w:t>Та вп'ять звідтіль наверх без шкоди виринає —&lt;br /&gt;</w:t>
        <w:br/>
        <w:t>До берега ставка ціленький допливає.&lt;br /&gt;</w:t>
        <w:br/>
        <w:t>Не любить Добрість сліз. Буває черваку&lt;br /&gt;</w:t>
        <w:br/>
        <w:t>Всього, як кажуть, на віку!</w:t>
      </w:r>
    </w:p>
    <w:p>
      <w:r>
        <w:br/>
        <w:t>Бува, що і її зле панство зневажає,&lt;br /&gt;</w:t>
        <w:br/>
        <w:t>Мов товарякою, так нею повертає, —&lt;br /&gt;</w:t>
        <w:br/>
        <w:t>Чи вже ж і голосить? І, в лихоті своїй&lt;br /&gt;</w:t>
        <w:br/>
        <w:t>Розприндившись, скакать у яму їй живій?&lt;br /&gt;</w:t>
        <w:br/>
        <w:t>Здихне там нищечком під ніс собі до бога,&lt;br /&gt;</w:t>
        <w:br/>
        <w:t>Із лиха заспіва, та й за своє, небога:&lt;br /&gt;</w:t>
        <w:br/>
        <w:t>Бо серце їй, що тьох, знай, шепче, що той є,&lt;br /&gt;</w:t>
        <w:br/>
        <w:t>Хто за терпіннячко спасіннячко дає.&lt;br /&gt;</w:t>
        <w:br/>
        <w:t>Зна Добрість, що який бог змочить їй свитинку,&lt;br /&gt;</w:t>
        <w:br/>
        <w:t>Той висушить з неї останню капелинку,&lt;br /&gt;</w:t>
        <w:br/>
        <w:t>Що бог не мачуха: хоч трошки й поскубе,&lt;br /&gt;</w:t>
        <w:br/>
        <w:t>Та вп'ять пожалує, пригорне до себе.</w:t>
      </w:r>
    </w:p>
    <w:p>
      <w:r>
        <w:br/>
        <w:t>Трапляється і те, що паплюга, брехня,&lt;br /&gt;</w:t>
        <w:br/>
        <w:t>Із висолопленим жалом, неначе списом,&lt;br /&gt;</w:t>
        <w:br/>
        <w:t>Як циндря гаспидська, до ворогів ганя.&lt;br /&gt;</w:t>
        <w:br/>
        <w:t>Сектує на неї і позирає бісом;&lt;br /&gt;</w:t>
        <w:br/>
        <w:t>Що заздрість з жовтими очима, мов жовтки,&lt;br /&gt;</w:t>
        <w:br/>
        <w:t>З кошачими, мов чорт, на пальцях пазурами,&lt;br /&gt;</w:t>
        <w:br/>
        <w:t>Де ступить Добрість, скрізь копа під нею ями:&lt;br /&gt;</w:t>
        <w:br/>
        <w:t>Пекельнії її губки, мов пауки,&lt;br /&gt;</w:t>
        <w:br/>
        <w:t>Чи на василечки, чи на чебрець наскочуть, —&lt;br /&gt;</w:t>
        <w:br/>
        <w:t>Замість щоб мед з їх брать, одну отруту смокчуть.</w:t>
      </w:r>
    </w:p>
    <w:p>
      <w:r>
        <w:br/>
        <w:t>А Добрість не вважа на злії язики,&lt;br /&gt;</w:t>
        <w:br/>
        <w:t>Не пристають людські до неї побрехеньки,&lt;br /&gt;</w:t>
        <w:br/>
        <w:t>І як в калюжах в дощ хлюпощуться гуски,&lt;br /&gt;</w:t>
        <w:br/>
        <w:t>То, стрепенувшись, вп'ять виходять з їх сухенькі, —&lt;br /&gt;</w:t>
        <w:br/>
        <w:t>Так Добрість чепурна виходить із брехні,&lt;br /&gt;</w:t>
        <w:br/>
        <w:t>У неї ворогам одкази все одні:&lt;br /&gt;</w:t>
        <w:br/>
        <w:t>Хто часнику не їв, той і смердіть не буде,&lt;br /&gt;</w:t>
        <w:br/>
        <w:t>А добрий ворогів завсігди перебуде.&lt;br /&gt;</w:t>
        <w:br/>
        <w:t>Псу вільно й на попа брехать, як кажуть, все&lt;br /&gt;</w:t>
        <w:br/>
        <w:t>Собака гавкає, а вітер те несе.&lt;br /&gt;</w:t>
        <w:br/>
        <w:t>Од злиднів не втечеш ні вдень, ні серед ночі:&lt;br /&gt;</w:t>
        <w:br/>
        <w:t>У Заздрості, мовляв Пархім, попівські очі.&lt;br /&gt;</w:t>
        <w:br/>
        <w:t>Бог з нею!.. Їй — в завість,&lt;br /&gt;</w:t>
        <w:br/>
        <w:t>А Добрості — в користь!&lt;br /&gt;</w:t>
        <w:br/>
        <w:t>"Сіль в вічі, в зуби їй печина", — Добрість каже&lt;br /&gt;</w:t>
        <w:br/>
        <w:t>Та й хоч якій брехні сим словом рот замаже.</w:t>
      </w:r>
    </w:p>
    <w:p>
      <w:r>
        <w:br/>
        <w:t>Як шкурка з бузівка у шевчика в руках&lt;br /&gt;</w:t>
        <w:br/>
        <w:t>Або у лимаря в зубах,&lt;br /&gt;</w:t>
        <w:br/>
        <w:t>Чого не витерпить, що їй не виробляють!&lt;br /&gt;</w:t>
        <w:br/>
        <w:t>Смердячим дьогтем їй і жиром доїдають!&lt;br /&gt;</w:t>
        <w:br/>
        <w:t>Крий боже! що їй мук, голубці, завдають!&lt;br /&gt;</w:t>
        <w:br/>
        <w:t>І крутять, і вертять, і пруть, і мнуть, і труть,&lt;br /&gt;</w:t>
        <w:br/>
        <w:t>І в дудку зцуплюють, і рвуть, і натягають,&lt;br /&gt;</w:t>
        <w:br/>
        <w:t>І в сто погибелей муцують, і згинають...&lt;br /&gt;</w:t>
        <w:br/>
        <w:t>Що збоку чоловік, зирнувши, задрижить!&lt;br /&gt;</w:t>
        <w:br/>
        <w:t>Подума: тільки вже на світі їй і жить!&lt;br /&gt;</w:t>
        <w:br/>
        <w:t>Аж ось! Глянь: лимар наш сю шкурку підіймає&lt;br /&gt;</w:t>
        <w:br/>
        <w:t>І юхтою її або габельком величає,&lt;br /&gt;</w:t>
        <w:br/>
        <w:t>І щоб за шкурку мав п'ять золотих узять,&lt;br /&gt;</w:t>
        <w:br/>
        <w:t>То за габелька він не хоче й десять брать!&lt;br /&gt;</w:t>
        <w:br/>
        <w:t>Так Добрість на світі чим більш в нудьзі помнеться,&lt;br /&gt;</w:t>
        <w:br/>
        <w:t>Чим більш, мов реп'яхів, лихоти набереться,&lt;br /&gt;</w:t>
        <w:br/>
        <w:t>Чим сала більшенько за шкуру їй заллють, —&lt;br /&gt;</w:t>
        <w:br/>
        <w:t>Тим більше за неї, де повернись, дають.&lt;br /&gt;</w:t>
        <w:br/>
        <w:t>Адже ж за битого, наші батьки мовляли,&lt;br /&gt;</w:t>
        <w:br/>
        <w:t>Небитих двох колись не раз притьмом давали,&lt;br /&gt;</w:t>
        <w:br/>
        <w:t>Та ба! та й чотирьох не квапились, не брали!</w:t>
      </w:r>
    </w:p>
    <w:p>
      <w:r>
        <w:br/>
        <w:t>Нехай в олійниці олійник тараном&lt;br /&gt;</w:t>
        <w:br/>
        <w:t>Макухам завдає якмога гіршу муку, —&lt;br /&gt;</w:t>
        <w:br/>
        <w:t>Так не завгорить їм, а здавить в каменюку,&lt;br /&gt;</w:t>
        <w:br/>
        <w:t>Що потім чорта й сам вдовбе їх долотом.&lt;br /&gt;</w:t>
        <w:br/>
        <w:t>Нехай вовтузають і Добрість кулаками,&lt;br /&gt;</w:t>
        <w:br/>
        <w:t>Мов воскобійними нехай з неї клинками&lt;br /&gt;</w:t>
        <w:br/>
        <w:t>Останню слізоньку видавлюють і п'ють, —&lt;br /&gt;</w:t>
        <w:br/>
        <w:t>Овва! дурні! того не знають, що дають&lt;br /&gt;</w:t>
        <w:br/>
        <w:t>Таку принаду їй до стусанів частеньких,&lt;br /&gt;</w:t>
        <w:br/>
        <w:t>До штовхання під бік, до кулаків тугеньких,&lt;br /&gt;</w:t>
        <w:br/>
        <w:t>Що хоч в потилицю тоді їй і обух,&lt;br /&gt;</w:t>
        <w:br/>
        <w:t>Хоч довбню в лоб, то все не випре з неї дух.&lt;br /&gt;</w:t>
        <w:br/>
        <w:t>І довбня, я ж кажу, тогді їй так дошкулить,&lt;br /&gt;</w:t>
        <w:br/>
        <w:t>Як вош за коміром або постіл замулить.&lt;br /&gt;</w:t>
        <w:br/>
        <w:t>По сім-то, братику, і Добрість пізнають:&lt;br /&gt;</w:t>
        <w:br/>
        <w:t>Клеймо їй — канчуки, імення їй — терпіння.&lt;br /&gt;</w:t>
        <w:br/>
        <w:t>Хто їх не скоштував, не буде мать спасіння,&lt;br /&gt;</w:t>
        <w:br/>
        <w:t>Того нехай поміж святими не кладуть!&lt;br /&gt;</w:t>
        <w:br/>
        <w:t>Бо той, до котрого, знай, доля зуби скалить,&lt;br /&gt;</w:t>
        <w:br/>
        <w:t>Трохи лиш на того не скинувся синка,&lt;br /&gt;</w:t>
        <w:br/>
        <w:t>Що матінка пестить і до голівці гладить, —&lt;br /&gt;</w:t>
        <w:br/>
        <w:t>Поки не візьметься пестунчик до замка!</w:t>
      </w:r>
    </w:p>
    <w:p>
      <w:r>
        <w:br/>
        <w:t>Але всьому свій час і черга, Грицьку, буде!&lt;br /&gt;</w:t>
        <w:br/>
        <w:t>Ми під богом, як бач, всі ходим, грішні люде:&lt;br /&gt;</w:t>
        <w:br/>
        <w:t>До часу глек, — мовляв один розумний лях, —&lt;br /&gt;</w:t>
        <w:br/>
        <w:t>До часу, голубе, нам глечик носить воду;&lt;br /&gt;</w:t>
        <w:br/>
        <w:t>І на його пошле зла доля ту невзгоду,&lt;br /&gt;</w:t>
        <w:br/>
        <w:t>Що глек побачимо в череп'яних шматках!&lt;br /&gt;</w:t>
        <w:br/>
        <w:t>До часу над слабим, хто дужчий, вередує,&lt;br /&gt;</w:t>
        <w:br/>
        <w:t>До часу мужиків ледачий пан мордує, —&lt;br /&gt;</w:t>
        <w:br/>
        <w:t>Колись до їх усіх смерть в гості примандрує,&lt;br /&gt;</w:t>
        <w:br/>
        <w:t>То, мов єхлейтар, їм в вікно заторохтить&lt;br /&gt;</w:t>
        <w:br/>
        <w:t>І по-московській їм гукне: ''В паход ітить!"&lt;br /&gt;</w:t>
        <w:br/>
        <w:t>Не гляне, чи то їх кульками хата вшита,&lt;br /&gt;</w:t>
        <w:br/>
        <w:t>Чи, може, дереном земляночка накрита, —&lt;br /&gt;</w:t>
        <w:br/>
        <w:t>Всіх нас сира земля до себе прибере,&lt;br /&gt;</w:t>
        <w:br/>
        <w:t>Але ледачий так, як добрий, не умре!</w:t>
      </w:r>
    </w:p>
    <w:p>
      <w:r>
        <w:br/>
        <w:t>Як з Городищ чумак, пішовши в Крим за сіллю,&lt;br /&gt;</w:t>
        <w:br/>
        <w:t>В дорозі нидіє двадцяту вже неділю,&lt;br /&gt;</w:t>
        <w:br/>
        <w:t>Обшарпавсь до рубця, в коломазь обліпивсь,&lt;br /&gt;</w:t>
        <w:br/>
        <w:t>Та ба! та як другі — дощенту не пропивсь,&lt;br /&gt;</w:t>
        <w:br/>
        <w:t>Щодень, то неборак, знай, молиться все богу,&lt;br /&gt;</w:t>
        <w:br/>
        <w:t>Щоб швидше дівчину побачити небогу,&lt;br /&gt;</w:t>
        <w:br/>
        <w:t>І чулих воликів, знай, хльоста батогом,&lt;br /&gt;</w:t>
        <w:br/>
        <w:t>Поки опиниться перед своїм двором, —&lt;br /&gt;</w:t>
        <w:br/>
        <w:t>Так Добрість квапиться із світу в домовину,&lt;br /&gt;</w:t>
        <w:br/>
        <w:t>Терпить нудьгу й біду, пропасницю й гостець,&lt;br /&gt;</w:t>
        <w:br/>
        <w:t>І так попа він жде в останнюю годину,&lt;br /&gt;</w:t>
        <w:br/>
        <w:t>Як на великдень всі червоних ждуть яєць.</w:t>
      </w:r>
    </w:p>
    <w:p>
      <w:r>
        <w:br/>
        <w:t>Але ти, Грицьку, більш, ніж я, учився в школі,&lt;br /&gt;</w:t>
        <w:br/>
        <w:t>Далеко більш, ніж я, помазавсь ти письмом;&lt;br /&gt;</w:t>
        <w:br/>
        <w:t>Ти й греків, ти й латин, ти знаєш всіх доволі,&lt;br /&gt;</w:t>
        <w:br/>
        <w:t>Ти в церков хоч яку годився б буть дяком;&lt;br /&gt;</w:t>
        <w:br/>
        <w:t>Ти краще Добрості обличчя наригуєш,&lt;br /&gt;</w:t>
        <w:br/>
        <w:t>Бо й добрий сам єси, і добре всіх малюєш!&lt;br /&gt;</w:t>
        <w:br/>
        <w:t>Послухай, Грицьку, лиш! чи це тобі втямки,&lt;br /&gt;</w:t>
        <w:br/>
        <w:t>Як зійдуться, було, до тебе нарубки,&lt;br /&gt;</w:t>
        <w:br/>
        <w:t>А ти, було, й звелиш граматку їм читати,&lt;br /&gt;</w:t>
        <w:br/>
        <w:t>А сам почнеш, було, псавтир перевертати,&lt;br /&gt;</w:t>
        <w:br/>
        <w:t>Скрізь нишпорить — під тмою, мною, здом,&lt;br /&gt;</w:t>
        <w:br/>
        <w:t>Під азом-ангелом або і в ярмолої&lt;br /&gt;</w:t>
        <w:br/>
        <w:t>Од палітурочки в часловці до другої,&lt;br /&gt;</w:t>
        <w:br/>
        <w:t>І спинишся, було, аж на октоїхом,&lt;br /&gt;</w:t>
        <w:br/>
        <w:t>Та й об якімсь, було, почнеш читать Сократі —&lt;br /&gt;</w:t>
        <w:br/>
        <w:t>Так гарно, що було аж сумно всидіть в хаті!&lt;br /&gt;</w:t>
        <w:br/>
        <w:t>Нехай над ним сира земля пером лежить!&lt;br /&gt;</w:t>
        <w:br/>
        <w:t>Дивіться, хлопці, лиш, — казав ти нам, — глядіть,&lt;br /&gt;</w:t>
        <w:br/>
        <w:t>Як Добрість на світі живе і умирає,&lt;br /&gt;</w:t>
        <w:br/>
        <w:t>Як, не злякавшися, кайдани надіває!&lt;br /&gt;</w:t>
        <w:br/>
        <w:t>З якою радощою держить у руці мишак&lt;br /&gt;</w:t>
        <w:br/>
        <w:t>І кухличок коли б, скривившись, випиває,&lt;br /&gt;</w:t>
        <w:br/>
        <w:t>До бога рученьки невинні простягає!&lt;br /&gt;</w:t>
        <w:br/>
        <w:t>Отак-то, братики, умер Сократ, отак!&lt;br /&gt;</w:t>
        <w:br/>
        <w:t>Чого ви, дурники? — сказав він веселенько&lt;br /&gt;</w:t>
        <w:br/>
        <w:t>Своїм заплаканим в хурдизі школярам. —&lt;br /&gt;</w:t>
        <w:br/>
        <w:t>Чого голосите? Чкурніть лиш ви швиденько&lt;br /&gt;</w:t>
        <w:br/>
        <w:t>Та дайте півня ви скулаповим попам!&lt;br /&gt;</w:t>
        <w:br/>
        <w:t>Отак-то, братця, й ви, — казав ти, — хліб ви їжте,&lt;br /&gt;</w:t>
        <w:br/>
        <w:t>А правду, хоч яким панам вельможним, ріжте!&lt;br /&gt;</w:t>
        <w:br/>
        <w:t>Не скрізь ледачі так, як грецькії пани,&lt;br /&gt;</w:t>
        <w:br/>
        <w:t>Хоч скрізь на світі єсть ахвинські брехуни,&lt;br /&gt;</w:t>
        <w:br/>
        <w:t>І єсть земля така правдива і заможна,&lt;br /&gt;</w:t>
        <w:br/>
        <w:t>Де правду і панам сказать, як богу, можна.&lt;br /&gt;</w:t>
        <w:br/>
        <w:t>Дивіться, — ти казав, — як вірний Довгорук&lt;br /&gt;</w:t>
        <w:br/>
        <w:t>Писульку царську рве із єдноральських рук&lt;br /&gt;</w:t>
        <w:br/>
        <w:t>І на шматки її із серця роздирає!&lt;br /&gt;</w:t>
        <w:br/>
        <w:t>Чи бач, як старшина із ляку умирає!&lt;br /&gt;</w:t>
        <w:br/>
        <w:t>А Довгорук сидить і усом не моргне!&lt;br /&gt;</w:t>
        <w:br/>
        <w:t>"Ай, що ж ти наробив! — усі заверещали. —&lt;br /&gt;</w:t>
        <w:br/>
        <w:t>Тепер же поминай, як Довгорука звали! "&lt;br /&gt;</w:t>
        <w:br/>
        <w:t>А Довгорук сказав: "Не бійтесь за мене!&lt;br /&gt;</w:t>
        <w:br/>
        <w:t>Нехай лиш прийде сам Петро сюди Великий!&lt;br /&gt;</w:t>
        <w:br/>
        <w:t>Я покажу, що й він, як всі ми, чоловіки,&lt;br /&gt;</w:t>
        <w:br/>
        <w:t>Помилиться, згрішить, спіткнеться і впаде,&lt;br /&gt;</w:t>
        <w:br/>
        <w:t>І ворог той йому, його хто не зведе".&lt;br /&gt;</w:t>
        <w:br/>
        <w:t>Аж бач! Таки воно й на правду вийшло, хлопці, —&lt;br /&gt;</w:t>
        <w:br/>
        <w:t>Прибіг Петро, гукнув, затупав, загурчав,&lt;br /&gt;</w:t>
        <w:br/>
        <w:t>Уже й був кинувсь бить, але як розпитав,&lt;br /&gt;</w:t>
        <w:br/>
        <w:t>Аж Довгорукого погладив по головці,&lt;br /&gt;</w:t>
        <w:br/>
        <w:t>І цмокнув в лисину та ще й перепрохав —&lt;br /&gt;</w:t>
        <w:br/>
        <w:t>Та ще й на змирщини кіп з п'ять він грошей дав.</w:t>
      </w:r>
    </w:p>
    <w:p>
      <w:r>
        <w:br/>
        <w:t>17 сентября 1817 г.&lt;br /&gt;</w:t>
        <w:br/>
        <w:t>Харьков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Справжня добрість (Писулька до Грицька Прокази)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