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Спокута</w:t>
      </w:r>
    </w:p>
    <w:p>
      <w:r>
        <w:br/>
        <w:t xml:space="preserve"> &lt;p&gt;Коли б вона знала, чим все це закінчиться...</w:t>
      </w:r>
    </w:p>
    <w:p>
      <w:r>
        <w:br/>
        <w:t>Коли б вона знала...</w:t>
      </w:r>
    </w:p>
    <w:p>
      <w:r>
        <w:br/>
        <w:t>І</w:t>
      </w:r>
    </w:p>
    <w:p>
      <w:r>
        <w:br/>
        <w:t>Пісок і вода... золото й синь... і молодий Бог, який виходить із хвилі морської до неї.</w:t>
      </w:r>
    </w:p>
    <w:p>
      <w:r>
        <w:br/>
        <w:t>І — бухтонька.</w:t>
      </w:r>
    </w:p>
    <w:p>
      <w:r>
        <w:br/>
        <w:t>Де лише вони, обласкані сонцем, обціловані сонцем, позолочені сонцем, що впродовж безкінечно-кінечного дня світить лише для них... Сходить лише для них... Закохано й віддано...</w:t>
      </w:r>
    </w:p>
    <w:p>
      <w:r>
        <w:br/>
        <w:t>Обганяючи ранок, поспіша їх зустріти. Ще по дорозі до моря. Бо й там, в таємничих глибинах підводних, думало лише про них... Ними тільки і марило...</w:t>
      </w:r>
    </w:p>
    <w:p>
      <w:r>
        <w:br/>
        <w:t>А небо!..</w:t>
      </w:r>
    </w:p>
    <w:p>
      <w:r>
        <w:br/>
        <w:t>Такої блакиті бездонної вона ще не бачила. Хіба що вві сні...</w:t>
      </w:r>
    </w:p>
    <w:p>
      <w:r>
        <w:br/>
        <w:t>Та й сни були тут не такі, як удома. Як тиждень... два тижні тому. Бо вона і вві сні відчувала його ласкаву присутність: рука до руки, тіло до тіла, подих до подиху... І свої губенята, що брунькувались нестримним бажанням його обціловувати...</w:t>
      </w:r>
    </w:p>
    <w:p>
      <w:r>
        <w:br/>
        <w:t>Вона й своє тіло любила лиш тому, що воно вже їй не належало...</w:t>
      </w:r>
    </w:p>
    <w:p>
      <w:r>
        <w:br/>
        <w:t>Йому!.. Тільки йому!.. До останнього нігтика... До клітинки останньої...</w:t>
      </w:r>
    </w:p>
    <w:p>
      <w:r>
        <w:br/>
        <w:t>І коли прощалися з бухтою, вона свою єдину прикрасу (срібні сережки) потай зарила під скелю. Принесла їх у жертву...</w:t>
      </w:r>
    </w:p>
    <w:p>
      <w:r>
        <w:br/>
        <w:t>А потім був поїзд. Абсолютно не схожий на всі поїзди, що їх вона бачила досі. Кожен вагон наче скупаний в морі, морем пахло і зовні, й всередині, довкола аж сяяло од засмаглих облич, приязних усміхів, закоханих поглядів. Наче дивовижний поїзд оцей зібрав тільки пошлюблених, які щойно відсвяткували свій місяць медовий.</w:t>
      </w:r>
    </w:p>
    <w:p>
      <w:r>
        <w:br/>
        <w:t>II</w:t>
      </w:r>
    </w:p>
    <w:p>
      <w:r>
        <w:br/>
        <w:t>"Ох, яка ж я щаслива!"</w:t>
      </w:r>
    </w:p>
    <w:p>
      <w:r>
        <w:br/>
        <w:t>III</w:t>
      </w:r>
    </w:p>
    <w:p>
      <w:r>
        <w:br/>
        <w:t>Вони й познайомились не так, як усі. У цьому принаймні вона була переконана.</w:t>
      </w:r>
    </w:p>
    <w:p>
      <w:r>
        <w:br/>
        <w:t>Їй уже починало здаватись, що взагалі не існує хлопців, гідних якоїсь уваги.</w:t>
      </w:r>
    </w:p>
    <w:p>
      <w:r>
        <w:br/>
        <w:t>Викосила, вигубила дощенту люта війна, лишилися хіба що каліки. Та оті, що їх і в ступі не влучиш. І ціни їм зараз не скласти. Вишуковували, винюховували, як би одружитись повигідніше. Щоб і красива була (коханка в постелі), й хазяйновита (хазяйка на кухні), щоб мала квартиру, бажано в центрі, і щоб її татусь був цабе неабияке: надійна щабелька до кар'єри успішної.</w:t>
      </w:r>
    </w:p>
    <w:p>
      <w:r>
        <w:br/>
        <w:t>Замалим не заморську царівну винюхували.</w:t>
      </w:r>
    </w:p>
    <w:p>
      <w:r>
        <w:br/>
        <w:t>А вона ж не була ні царівною, а ні красунею. Хоч ледь не пов'язала своє життя з отаким людоловом. Добре ж, що схаменулася вчасно!</w:t>
      </w:r>
    </w:p>
    <w:p>
      <w:r>
        <w:br/>
        <w:t>Краще вже так: вузеньке ліжко дівоче, що старітиме разом із нею, маленька кімнатка на трьох, таких же, як і вона, незаміжніх, і робота, робота, робота, якій вона до кінця себе віддаватиме. І навчання заочне у вузі.</w:t>
      </w:r>
    </w:p>
    <w:p>
      <w:r>
        <w:br/>
        <w:t>Про кіно, про театр годі й думати.</w:t>
      </w:r>
    </w:p>
    <w:p>
      <w:r>
        <w:br/>
        <w:t>Синя панчоха?</w:t>
      </w:r>
    </w:p>
    <w:p>
      <w:r>
        <w:br/>
        <w:t>Що ж, синім панчохам теж треба якось жити на світі.</w:t>
      </w:r>
    </w:p>
    <w:p>
      <w:r>
        <w:br/>
        <w:t>А тут — зустріч раптова.</w:t>
      </w:r>
    </w:p>
    <w:p>
      <w:r>
        <w:br/>
        <w:t>Він стояв у гурті чоловіків — вона, поспішаючи, вирізнила тільки його.</w:t>
      </w:r>
    </w:p>
    <w:p>
      <w:r>
        <w:br/>
        <w:t>"Є ще такі хлопці на світі!"</w:t>
      </w:r>
    </w:p>
    <w:p>
      <w:r>
        <w:br/>
        <w:t>Хоч пройшла мимо, ледь глянувши, могла б присягтися, що упізнає його з першого ж погляду.</w:t>
      </w:r>
    </w:p>
    <w:p>
      <w:r>
        <w:br/>
        <w:t>І на всю ніч, до ранку самісінького — щемом переповнене серце. Так, наче втратила щось найцінніше в житті.</w:t>
      </w:r>
    </w:p>
    <w:p>
      <w:r>
        <w:br/>
        <w:t>А потім вона поспішала на поїзд. Зібралась до хворої матері, яка прислала листа. Не мати прислала — сестра. "Ти хоча б навідалась, мама ж тільки тобою і марить!"</w:t>
      </w:r>
    </w:p>
    <w:p>
      <w:r>
        <w:br/>
        <w:t>Оте "марить" всерйоз її налякало. Відпросилась у директора школи, зібралася похапцем і на вокзал.</w:t>
      </w:r>
    </w:p>
    <w:p>
      <w:r>
        <w:br/>
        <w:t>А там черги до кас — кілометрові, наче все місто вирішило саме сьогодні зрушити з місця.</w:t>
      </w:r>
    </w:p>
    <w:p>
      <w:r>
        <w:br/>
        <w:t>"Як же я до мами поїду?"</w:t>
      </w:r>
    </w:p>
    <w:p>
      <w:r>
        <w:br/>
        <w:t>У розпачі застигла посеред залу.</w:t>
      </w:r>
    </w:p>
    <w:p>
      <w:r>
        <w:br/>
        <w:t>— Не пощастило з квитком?</w:t>
      </w:r>
    </w:p>
    <w:p>
      <w:r>
        <w:br/>
        <w:t>Оглянулась: ВІН!</w:t>
      </w:r>
    </w:p>
    <w:p>
      <w:r>
        <w:br/>
        <w:t>Стоїть, усміхається приязно.</w:t>
      </w:r>
    </w:p>
    <w:p>
      <w:r>
        <w:br/>
        <w:t>— Вам на який поїзд?.. Стійте на місці, спробую допомогти.</w:t>
      </w:r>
    </w:p>
    <w:p>
      <w:r>
        <w:br/>
        <w:t>А вона й без цього застигла на місці.</w:t>
      </w:r>
    </w:p>
    <w:p>
      <w:r>
        <w:br/>
        <w:t>(Потім він сказав, що такого втілення розпачу не було на весь зал. Тим більше що втілення це мало напрочуд миле обличчя).</w:t>
      </w:r>
    </w:p>
    <w:p>
      <w:r>
        <w:br/>
        <w:t>Повертавсь, вимахуючи переможно квитком:</w:t>
      </w:r>
    </w:p>
    <w:p>
      <w:r>
        <w:br/>
        <w:t>— Побігли!.. Бо запізнимось.</w:t>
      </w:r>
    </w:p>
    <w:p>
      <w:r>
        <w:br/>
        <w:t>Підхопив її валізку зашморгану, побіг попереду.</w:t>
      </w:r>
    </w:p>
    <w:p>
      <w:r>
        <w:br/>
        <w:t>Уже в тамбурі згадала про гроші:</w:t>
      </w:r>
    </w:p>
    <w:p>
      <w:r>
        <w:br/>
        <w:t>— А гроші!.. Гроші за квиток!..</w:t>
      </w:r>
    </w:p>
    <w:p>
      <w:r>
        <w:br/>
        <w:t>Полізла до сумочки, боючись, що от-от рушить поїзд і вона не встигне розрахуватись.</w:t>
      </w:r>
    </w:p>
    <w:p>
      <w:r>
        <w:br/>
        <w:t>— Потім! — недбало відмахнувся рукою. — Ви коли повертаєтесь?</w:t>
      </w:r>
    </w:p>
    <w:p>
      <w:r>
        <w:br/>
        <w:t>— За два дні!</w:t>
      </w:r>
    </w:p>
    <w:p>
      <w:r>
        <w:br/>
        <w:t>— Точно?</w:t>
      </w:r>
    </w:p>
    <w:p>
      <w:r>
        <w:br/>
        <w:t>Кивнула, що точно.</w:t>
      </w:r>
    </w:p>
    <w:p>
      <w:r>
        <w:br/>
        <w:t>— Я вас зустріну!.. Щасливої!..</w:t>
      </w:r>
    </w:p>
    <w:p>
      <w:r>
        <w:br/>
        <w:t>Потяг уже рушив, і він майже біг поряд з вагоном.</w:t>
      </w:r>
    </w:p>
    <w:p>
      <w:r>
        <w:br/>
        <w:t>IV</w:t>
      </w:r>
    </w:p>
    <w:p>
      <w:r>
        <w:br/>
        <w:t>Мама, здається, тому й захворіла, що вік доні не бачила. Яку любила найдужче, потай нею гордилася. Вона єдина приносила додому лише відмінні оцінки, здобула хоч і неповну, та все ж вищу освіту. Як здобувала, про це свідчив лиш одяг, що його доводилось ушивати та звужувати. Бо які статки у мами — вдови, що не діждалася чоловіка із фронту! "Пропав безвісти", то й не платили навіть злиденної пенсії.</w:t>
      </w:r>
    </w:p>
    <w:p>
      <w:r>
        <w:br/>
        <w:t>Мама враз ожила, вгледівши свого "мазунчика". Тримала за руку, наче боялася, що дочка ось-ось зведеться і зникне. Весь звіт оддавала за тиху розмову з дочкою.</w:t>
      </w:r>
    </w:p>
    <w:p>
      <w:r>
        <w:br/>
        <w:t>А вона, невдячна, навіть розмовляючи з мамою, думала про нього.</w:t>
      </w:r>
    </w:p>
    <w:p>
      <w:r>
        <w:br/>
        <w:t>"Невже це кохання?"</w:t>
      </w:r>
    </w:p>
    <w:p>
      <w:r>
        <w:br/>
        <w:t>V</w:t>
      </w:r>
    </w:p>
    <w:p>
      <w:r>
        <w:br/>
        <w:t>Перед тим, як сідати до поїзда, однесла до перукарні останню десятку. Перманент, манікюр-педикюр, хоч могла й обійтись без останнього: не буде ж перед ним роззуватися!</w:t>
      </w:r>
    </w:p>
    <w:p>
      <w:r>
        <w:br/>
        <w:t>Сама на себе задивилася в люстро: "А я ще мов би й нічого!"</w:t>
      </w:r>
    </w:p>
    <w:p>
      <w:r>
        <w:br/>
        <w:t>Пальцем послинила брови і вперше вийшла надвір нормальною дівчиною. Не панчохою синьою.</w:t>
      </w:r>
    </w:p>
    <w:p>
      <w:r>
        <w:br/>
        <w:t>Їхала в плацкартному — сидячи спала-дрімала. Щоб не зіпсувати зачіску. І все в ній стискалось: зустріне?.. Роздумає?..</w:t>
      </w:r>
    </w:p>
    <w:p>
      <w:r>
        <w:br/>
        <w:t>Перон, майже порожній, поплив, поплив, смикнувся, застиг.</w:t>
      </w:r>
    </w:p>
    <w:p>
      <w:r>
        <w:br/>
        <w:t>Не зустрів!..</w:t>
      </w:r>
    </w:p>
    <w:p>
      <w:r>
        <w:br/>
        <w:t>Валізка, харчами натовчена (мама була переконана, що вона голодує і досі), валізка мовби ще дужче поважчала, обриваючи руку.</w:t>
      </w:r>
    </w:p>
    <w:p>
      <w:r>
        <w:br/>
        <w:t>"Теж мені красуня заморська!"</w:t>
      </w:r>
    </w:p>
    <w:p>
      <w:r>
        <w:br/>
        <w:t>Зупинилася посеред залу — поміняти руку. І хоч люди з обох боків обтікали її, й розмовляли, і кричали, й сміялися — нічого не чула, не бачила. Оглушлива тиша опустилась на неї, відділила од світу. Що застиг, здається, навіки.</w:t>
      </w:r>
    </w:p>
    <w:p>
      <w:r>
        <w:br/>
        <w:t>— Пробачте, що запізнився!</w:t>
      </w:r>
    </w:p>
    <w:p>
      <w:r>
        <w:br/>
        <w:t>Довкола враз усе ожило, зарухалось, гаряча хвиля так і хлюпонула у груди, а він усміхався до неї, голублячи поглядом.</w:t>
      </w:r>
    </w:p>
    <w:p>
      <w:r>
        <w:br/>
        <w:t>— Давайте вашу валізку. — Ухопив, аж присів. — Ви що, цеглу везете?.. Ходімо, бо нас тут і затовчуть.</w:t>
      </w:r>
    </w:p>
    <w:p>
      <w:r>
        <w:br/>
        <w:t>Поцікавився одразу ж:</w:t>
      </w:r>
    </w:p>
    <w:p>
      <w:r>
        <w:br/>
        <w:t>— Паспорт при вас?</w:t>
      </w:r>
    </w:p>
    <w:p>
      <w:r>
        <w:br/>
        <w:t>— При мені.</w:t>
      </w:r>
    </w:p>
    <w:p>
      <w:r>
        <w:br/>
        <w:t>— Дайте сюди.</w:t>
      </w:r>
    </w:p>
    <w:p>
      <w:r>
        <w:br/>
        <w:t>— Навіщо?</w:t>
      </w:r>
    </w:p>
    <w:p>
      <w:r>
        <w:br/>
        <w:t>— На виході міліція. Перевіря документи.</w:t>
      </w:r>
    </w:p>
    <w:p>
      <w:r>
        <w:br/>
        <w:t>І хоч давно уже скінчилась війна, коли зупиняли на кожному кроці, вона не здивувалась ніскілечки: дістала із сумочки паспорт.</w:t>
      </w:r>
    </w:p>
    <w:p>
      <w:r>
        <w:br/>
        <w:t>— Отак буде краще. — Чомусь одразу ж сховав паспорт до бічної кишені.</w:t>
      </w:r>
    </w:p>
    <w:p>
      <w:r>
        <w:br/>
        <w:t>Міліції вже не було. Та вона одразу ж і забула про паспорт. Йшла поруч з ним, ловила на собі його погляди. Весь час переживала за перманент: уцілів?.. Не розкуйовдився?..</w:t>
      </w:r>
    </w:p>
    <w:p>
      <w:r>
        <w:br/>
        <w:t>Зупинилися перед якимось будинком.</w:t>
      </w:r>
    </w:p>
    <w:p>
      <w:r>
        <w:br/>
        <w:t>— Заскочимо на секунду. Мені треба документи оддати.</w:t>
      </w:r>
    </w:p>
    <w:p>
      <w:r>
        <w:br/>
        <w:t>Не здивувалася, чому і їй треба заскакувати. Покірно пішла. Зупинилися вже в коридорі перед дверима високими.</w:t>
      </w:r>
    </w:p>
    <w:p>
      <w:r>
        <w:br/>
        <w:t>— Тут, — сказав він.</w:t>
      </w:r>
    </w:p>
    <w:p>
      <w:r>
        <w:br/>
        <w:t>Дістав її паспорт, глянув мигцем на першу й останню сторінки:</w:t>
      </w:r>
    </w:p>
    <w:p>
      <w:r>
        <w:br/>
        <w:t>— Оксана?.. Вік мріяв зустріти Оксану!</w:t>
      </w:r>
    </w:p>
    <w:p>
      <w:r>
        <w:br/>
        <w:t>Штовхнув двері, і вони зі скрипом-рипом неохоче впустили їх досередини.</w:t>
      </w:r>
    </w:p>
    <w:p>
      <w:r>
        <w:br/>
        <w:t>Кімната, вузька, як пенал. Вичовгана доріжка до єдиного канцелярського столу та двох рахітичних стільців перед ним. Голі-голісінькі стіни з височезним, як у соборі, вікном... Ні, на стіні, що навпроти, засиджений мухами плакат ще з воєнних часів: червоноармієць у шоломі націлився пальцем їм прямо межи очі: "А ты записался на фронт?"</w:t>
      </w:r>
    </w:p>
    <w:p>
      <w:r>
        <w:br/>
        <w:t>За столом — жінка віку невиразного.</w:t>
      </w:r>
    </w:p>
    <w:p>
      <w:r>
        <w:br/>
        <w:t>Звелася, ступила назустріч:</w:t>
      </w:r>
    </w:p>
    <w:p>
      <w:r>
        <w:br/>
        <w:t>— Зустріли, Олег Павлович?</w:t>
      </w:r>
    </w:p>
    <w:p>
      <w:r>
        <w:br/>
        <w:t>— Зустрів, зустрів... Познайомтесь.</w:t>
      </w:r>
    </w:p>
    <w:p>
      <w:r>
        <w:br/>
        <w:t>І поки Оксана тисла руку збляклої жіночки, Олег додав до її паспорта свій та й ляснув ними по столу:</w:t>
      </w:r>
    </w:p>
    <w:p>
      <w:r>
        <w:br/>
        <w:t>— Можна без церемоній?.. Запитань і відповідей?.. У нас усе давно вирішено.</w:t>
      </w:r>
    </w:p>
    <w:p>
      <w:r>
        <w:br/>
        <w:t>— Гаразд, гаразд, — заквапилась жіночка.</w:t>
      </w:r>
    </w:p>
    <w:p>
      <w:r>
        <w:br/>
        <w:t>Взяла паспорти, стала щось записувати до товстелезної книжки. "Регистрация смертей, разводов, браков, рождений",— прочитала Оксана на палітурці, коли жіночка закрила книжку. Оцій збляклій жіночці, мов присипаній попелом, таки й справді більше личило реєструвати смерті-розлучення.</w:t>
      </w:r>
    </w:p>
    <w:p>
      <w:r>
        <w:br/>
        <w:t>— Вітаю з законним браком! — повернула їм паспорти.</w:t>
      </w:r>
    </w:p>
    <w:p>
      <w:r>
        <w:br/>
        <w:t>— Дякую, Ніно Василівно! — цьомкнув її в щоку Олег. — Шампанське за мною.</w:t>
      </w:r>
    </w:p>
    <w:p>
      <w:r>
        <w:br/>
        <w:t>Вийшла на вулицю Оксана — зовсім ошелешена. Все було наче в тумані, наче й не з нею це щойно скоїлось. Не помітила навіть, як пройшли повз школу, де вона викладала, повз будинок, в якому жила, здається, трохи отямилась, коли піднялись на другий поверх вже будинку іншого й Олег відчинив двері:</w:t>
      </w:r>
    </w:p>
    <w:p>
      <w:r>
        <w:br/>
        <w:t>— Ось тут я й живу... А це — твоя кімната...</w:t>
      </w:r>
    </w:p>
    <w:p>
      <w:r>
        <w:br/>
        <w:t>Кімната гола-голісінька, лише на підлозі кинуті недбало газети та на шнурові під стелею теліпалася лампочка.</w:t>
      </w:r>
    </w:p>
    <w:p>
      <w:r>
        <w:br/>
        <w:t>"Як же тут жити?" — безпорадно оглянулась.</w:t>
      </w:r>
    </w:p>
    <w:p>
      <w:r>
        <w:br/>
        <w:t>А він, опустивши на підлогу валізку, повів її до сусідньої:</w:t>
      </w:r>
    </w:p>
    <w:p>
      <w:r>
        <w:br/>
        <w:t>— А це вже моя.</w:t>
      </w:r>
    </w:p>
    <w:p>
      <w:r>
        <w:br/>
        <w:t>Хоч ця сяк-так умебльована.</w:t>
      </w:r>
    </w:p>
    <w:p>
      <w:r>
        <w:br/>
        <w:t>Сказати, що дуже, то ні (свідомість потроху поверталась до неї, у ній уже просиналася жінка, господиня гніздечка сімейного), спасибі, що хоч є на чому сидіти та спати... Спати?.. Та на ліжкові ж отому тісно й одному!.. Та ще стіл посередині: пляшка вермуту, дві тарілки, як слід і не вимиті, дві виделки, два кухлі, нарізаний хліб на газеті...</w:t>
      </w:r>
    </w:p>
    <w:p>
      <w:r>
        <w:br/>
        <w:t>— Треба ж відсвяткувати одруження, — сказав, мов виправдовуючись.— Сідай до столу, я зараз.</w:t>
      </w:r>
    </w:p>
    <w:p>
      <w:r>
        <w:br/>
        <w:t>І подався на кухню.</w:t>
      </w:r>
    </w:p>
    <w:p>
      <w:r>
        <w:br/>
        <w:t>Постояла-постояла, що мала робити — сіла. Тернула пальцем по стільниці — палець враз узявся сірим. Дістала хустину, витерла хоч із столу пилюку.</w:t>
      </w:r>
    </w:p>
    <w:p>
      <w:r>
        <w:br/>
        <w:t>За спиною зашкварчало: появився Олег. Ніс величезну сковороду, повну яєчні. Вбухав зо два десятки яєць, як не більше...</w:t>
      </w:r>
    </w:p>
    <w:p>
      <w:r>
        <w:br/>
        <w:t>Він побіг до редакції: конче потрібно було здати в номер якусь бздушку-замітку, Оксана ж заходилася порядкувати у квартирі. Що прибиралася, мабуть, ще до війни.</w:t>
      </w:r>
    </w:p>
    <w:p>
      <w:r>
        <w:br/>
        <w:t>Прибирала і сама себе запитувала: "Коли ж він мене поцілує?"</w:t>
      </w:r>
    </w:p>
    <w:p>
      <w:r>
        <w:br/>
        <w:t>Цьомкнув же в загсі оту сіреньку курочку, а не її.</w:t>
      </w:r>
    </w:p>
    <w:p>
      <w:r>
        <w:br/>
        <w:t>І ще в неї було таке відчуття, наче вона просто зайшла сюди в гості. Ось прибере, візьме валізку, що сиротою стояла в сусідній кімнаті, і піде додому.</w:t>
      </w:r>
    </w:p>
    <w:p>
      <w:r>
        <w:br/>
        <w:t>Таке все було нереальне.</w:t>
      </w:r>
    </w:p>
    <w:p>
      <w:r>
        <w:br/>
        <w:t>VI</w:t>
      </w:r>
    </w:p>
    <w:p>
      <w:r>
        <w:br/>
        <w:t>Пізніше, набагато пізніше вона поцікавилась:</w:t>
      </w:r>
    </w:p>
    <w:p>
      <w:r>
        <w:br/>
        <w:t>— Що тебе так у шию гнало женитися?</w:t>
      </w:r>
    </w:p>
    <w:p>
      <w:r>
        <w:br/>
        <w:t>Відповів не задумуючись. Оксана вже звикла до того, що на будь-яке запитання у нього завжди була готова відповідь. Скаже, а потім уже думає, що він сказав.</w:t>
      </w:r>
    </w:p>
    <w:p>
      <w:r>
        <w:br/>
        <w:t>— Тебе й кулі не могли наздогнати! — сміялась Оксана.</w:t>
      </w:r>
    </w:p>
    <w:p>
      <w:r>
        <w:br/>
        <w:t>А й не могли! Повернувся з фронту — подряпини жодної. Тож і тут: відповів не задумуючись:</w:t>
      </w:r>
    </w:p>
    <w:p>
      <w:r>
        <w:br/>
        <w:t>— Для цього були дві важливі обставини.</w:t>
      </w:r>
    </w:p>
    <w:p>
      <w:r>
        <w:br/>
        <w:t>— Які, якщо не секрет?</w:t>
      </w:r>
    </w:p>
    <w:p>
      <w:r>
        <w:br/>
        <w:t>— Не секрет... По-перше — закохався нестямно...</w:t>
      </w:r>
    </w:p>
    <w:p>
      <w:r>
        <w:br/>
        <w:t>— Отак з першого погляду і закохався?</w:t>
      </w:r>
    </w:p>
    <w:p>
      <w:r>
        <w:br/>
        <w:t>— Ні, там, у вокзалі, коли я тебе вперше побачив, мені тебе стало жалко. До щему у серці! Така ти була нещасна й беззахисна... А коли ти поїхала, коли тебе не було три дні, отоді я й закохався по-справжньому. Страшенно боявся, що ти назавжди залишишся коло хворої матері. А я ж і адреси твоєї не мав...</w:t>
      </w:r>
    </w:p>
    <w:p>
      <w:r>
        <w:br/>
        <w:t>Вона одразу ж повірила, що отак можна закохатися. Згадала себе, там, біля хворої матері. Але — щоб сходу до загсу!..</w:t>
      </w:r>
    </w:p>
    <w:p>
      <w:r>
        <w:br/>
        <w:t>— А по-друге?</w:t>
      </w:r>
    </w:p>
    <w:p>
      <w:r>
        <w:br/>
        <w:t>— По-друге, почали квартири ущільнювати. Підселяти тих, що стояли у чергах. А в мене ж двокімнатна на одного...</w:t>
      </w:r>
    </w:p>
    <w:p>
      <w:r>
        <w:br/>
        <w:t>Ось воно що!</w:t>
      </w:r>
    </w:p>
    <w:p>
      <w:r>
        <w:br/>
        <w:t>— Ти ж і жук!</w:t>
      </w:r>
    </w:p>
    <w:p>
      <w:r>
        <w:br/>
        <w:t>Аж тепер зрозуміла, чому він так квапився її прописати. Другого ж дня прописав!</w:t>
      </w:r>
    </w:p>
    <w:p>
      <w:r>
        <w:br/>
        <w:t>Сказав би раніше про це — смертельно образилася б.</w:t>
      </w:r>
    </w:p>
    <w:p>
      <w:r>
        <w:br/>
        <w:t>— Так я ж тебе по-справжньому полюбив! — переконував гаряче.</w:t>
      </w:r>
    </w:p>
    <w:p>
      <w:r>
        <w:br/>
        <w:t>А її не треба було й переконувати.</w:t>
      </w:r>
    </w:p>
    <w:p>
      <w:r>
        <w:br/>
        <w:t>У перший же вечір, коли знову заїли вермут жахливою яєчнею тією, він запитав:</w:t>
      </w:r>
    </w:p>
    <w:p>
      <w:r>
        <w:br/>
        <w:t>— Ти могла б ще трохи пожити у себе? Доки я умеблюю кімнату. Сама бачиш, на чому я сплю...</w:t>
      </w:r>
    </w:p>
    <w:p>
      <w:r>
        <w:br/>
        <w:t>"Оце так заміжжя! Чоловік у перший же вечір виряджає із дому!" Однак не заперечила.</w:t>
      </w:r>
    </w:p>
    <w:p>
      <w:r>
        <w:br/>
        <w:t>Олег провів її до гуртожитку з наполовину спорожнілою валізкою: вирішила, щоб він хоч обідав по-людськи. "Хоч тепер поцілує?"</w:t>
      </w:r>
    </w:p>
    <w:p>
      <w:r>
        <w:br/>
        <w:t>Поцілував!</w:t>
      </w:r>
    </w:p>
    <w:p>
      <w:r>
        <w:br/>
        <w:t>Тицьнувся губами холодними, притис, наче боявся затриматись...</w:t>
      </w:r>
    </w:p>
    <w:p>
      <w:r>
        <w:br/>
        <w:t>— То я побіг... Завтра ж о сьомій вечора... — По дорозі домовилися сходити в кіно.</w:t>
      </w:r>
    </w:p>
    <w:p>
      <w:r>
        <w:br/>
        <w:t>— Біжи, — сказала прикро Оксана. Дивилася вслід, і чомусь їй хотілося плакати.</w:t>
      </w:r>
    </w:p>
    <w:p>
      <w:r>
        <w:br/>
        <w:t>VII</w:t>
      </w:r>
    </w:p>
    <w:p>
      <w:r>
        <w:br/>
        <w:t>А потім вона була йому вдячна за оті десять днів. Коли губи його ставали все тепліші й тепліші. Коли щовечора йшли у кіно чи то парком гуляли і деревина кожна їм кланялась. А в неділю — на річці цілісінький день, де він учив її плавати, і в перший же день ледь не втопив. Потягнув на глибоке, а вона ж вище колін зроду-віку не заходила у воду.</w:t>
      </w:r>
    </w:p>
    <w:p>
      <w:r>
        <w:br/>
        <w:t>Вона засинала й просиналася з думкою про зустріч наступну, і дівчата, які жили разом з нею, все допитувались, в кого вона отак закохалася, а вона соромилася їм признатись, що вже заміжня, їй самій починало здаватись, що одруження ще жде їх попереду, — аж до того дня, коли розпочалися канікули, і він приніс їй два квитки на поїзд у Крим, до Феодосії.</w:t>
      </w:r>
    </w:p>
    <w:p>
      <w:r>
        <w:br/>
        <w:t>— Ледь відпросився в редактора. Їдемо завтра.</w:t>
      </w:r>
    </w:p>
    <w:p>
      <w:r>
        <w:br/>
        <w:t>— Завтра? — жахнулась Оксана. — Та мені ж треба зібратись.</w:t>
      </w:r>
    </w:p>
    <w:p>
      <w:r>
        <w:br/>
        <w:t>— Та що там збиратись! Я вже дав телеграму, щоб зустрічали.</w:t>
      </w:r>
    </w:p>
    <w:p>
      <w:r>
        <w:br/>
        <w:t>— Телеграму?.. Кому?</w:t>
      </w:r>
    </w:p>
    <w:p>
      <w:r>
        <w:br/>
        <w:t>— Однокашникові. Разом училися. Він там редактором. Зустріне й прилаштує де слід.</w:t>
      </w:r>
    </w:p>
    <w:p>
      <w:r>
        <w:br/>
        <w:t>Рано-вранці заскочив (поїзд о сьомій), вихопив її майже з постелі (збиралася — всю ніч очей не зімкнула), у вагоні одразу ж з усіма перезнайомився, і всі уже знали, що вони щойно одружені, і поступилися їм місцем найкращим, і кожне запрошувало скуштувати смачненького, а у Феодосії їх справді зустрів однокашник, такий же яснооко веселий, як і Олег, і запхнув до "вілліса", що нагадував пофарбованого в зелене жука на колесах, і повіз за кілька десятків кілометрів до татарського селища, що примостилось над морем (татарами тут і не пахло: вивезли всіх до одного, бо розгнівали Сталіна. Навіть Героя Радянського Союзу, разом з росіянкою дружиною, з якою він одразу ж по шлюбові приїхав на деньок погостювати в батьків), і вони, облаштувавшись сяк-так, одразу ж до моря й побігли, й облюбували крихітну бухтоньку, якій Оксана в знак великої вдячності подарувала срібні сережки.</w:t>
      </w:r>
    </w:p>
    <w:p>
      <w:r>
        <w:br/>
        <w:t>VIII</w:t>
      </w:r>
    </w:p>
    <w:p>
      <w:r>
        <w:br/>
        <w:t>Вони досхочу й накохатися не встигли: Олега викликали до військкомату та й запроторили на перепідготовку командного складу.</w:t>
      </w:r>
    </w:p>
    <w:p>
      <w:r>
        <w:br/>
        <w:t>— Привезу ще одну зірочку, — нахвалявсь, сміючись. А їй хотілося плакати:</w:t>
      </w:r>
    </w:p>
    <w:p>
      <w:r>
        <w:br/>
        <w:t>— Я ж тебе й провідать не зможу! Бо не поруч — десь на Кавказі.</w:t>
      </w:r>
    </w:p>
    <w:p>
      <w:r>
        <w:br/>
        <w:t>— Не тужи: два місяці пробіжать — і незчуємось.</w:t>
      </w:r>
    </w:p>
    <w:p>
      <w:r>
        <w:br/>
        <w:t>Все в нього біжить!</w:t>
      </w:r>
    </w:p>
    <w:p>
      <w:r>
        <w:br/>
        <w:t>Щодня писав бадьорі листи. Що в нього прекрасно, служба йде як по маслу. Та їх не дуже й муштрують: офіцери ж, не рядові.</w:t>
      </w:r>
    </w:p>
    <w:p>
      <w:r>
        <w:br/>
        <w:t>І в кінці — обов'язкова приписка: "А як пожива наше ліжечко?"</w:t>
      </w:r>
    </w:p>
    <w:p>
      <w:r>
        <w:br/>
        <w:t>Тільки він міг до такого додуматись: змотатися аж у Київ по ліжко. Он воно і стоїть. Антикварне. Розкішне. З берези карельської. Пропахчене їхніми любощами. Молодими. Ненаситними. Сповненими такою ніжністю, що й сльози навертались на очі.</w:t>
      </w:r>
    </w:p>
    <w:p>
      <w:r>
        <w:br/>
        <w:t>IX</w:t>
      </w:r>
    </w:p>
    <w:p>
      <w:r>
        <w:br/>
        <w:t>До його приїзду лишався тиждень, коли подруга покликала на іменини.</w:t>
      </w:r>
    </w:p>
    <w:p>
      <w:r>
        <w:br/>
        <w:t>Не хотіла йти, але подруга пригрозила, що перестане й вітатись.</w:t>
      </w:r>
    </w:p>
    <w:p>
      <w:r>
        <w:br/>
        <w:t>Й от же плем'я жіноче: сумувать сумувала, кожен день рахувала, коли побіжить стрічати Олега, а про перманент не забула, й манікюром кігтики оновила, і перед люстром, розглядаючи сукню нову, Олега зустрічати і придбану, навертілась уволю.</w:t>
      </w:r>
    </w:p>
    <w:p>
      <w:r>
        <w:br/>
        <w:t>І була тим щаслива, що всі чоловіки зупиняли на ній погляди. Особливо колега, який сидів за столом поруч і смішив її дотепами. Обволікав поглядом приязним: одне око світліше, а друге темніше. Вона вперше стріла людину з такими очима.</w:t>
      </w:r>
    </w:p>
    <w:p>
      <w:r>
        <w:br/>
        <w:t>З кожним тостом, що лунали за столом, їй ставало веселіше й розкутіше. Фліртувала з сусідом — отим легким фліртуваннячком, що ні до чого не зобов'язує, і вальсувала з ним, дозволяючи йому себе притискати, бо випила й одну чарчину, і другу ("Е, хто ж так за іменинницю п'є? До дна треба, до дна!") напрочуд смачного вина.</w:t>
      </w:r>
    </w:p>
    <w:p>
      <w:r>
        <w:br/>
        <w:t>І коли стали розходитись, відчула, що таки добре сп'яніла.</w:t>
      </w:r>
    </w:p>
    <w:p>
      <w:r>
        <w:br/>
        <w:t>— Я вас проведу, — шепнув він їй на вухо. І вже на вулиці взяв міцніше під руку.</w:t>
      </w:r>
    </w:p>
    <w:p>
      <w:r>
        <w:br/>
        <w:t>Довів до будинку, піднявся по сходинах...</w:t>
      </w:r>
    </w:p>
    <w:p>
      <w:r>
        <w:br/>
        <w:t>— Дякую, я вже сама.</w:t>
      </w:r>
    </w:p>
    <w:p>
      <w:r>
        <w:br/>
        <w:t>А він не йшов. Чекав, мабуть, поки вона зайде до квартири. Тикала ключем — не могла попасти в замок.</w:t>
      </w:r>
    </w:p>
    <w:p>
      <w:r>
        <w:br/>
        <w:t>— Дайте я,— прошепотів, наче до чужої квартири скрадалися. Одімкнув двері, зайшов слідом до кімнати, накинувся грубо і жадібно... "Ні!.. Ні!.. Ні-і-і!!!" — волав її мозок, а зрадливе тіло її враз ослабло, розкрилося і впустило у себе...</w:t>
      </w:r>
    </w:p>
    <w:p>
      <w:r>
        <w:br/>
        <w:t>Пішов, наче втік. А вона лежала розтоптана, розтерзана, знищена. На шлюбному ліжкові.</w:t>
      </w:r>
    </w:p>
    <w:p>
      <w:r>
        <w:br/>
        <w:t>Згодом зсунулася з постелі пом'ятої, побрела важко до ванни...</w:t>
      </w:r>
    </w:p>
    <w:p>
      <w:r>
        <w:br/>
        <w:t>Напустила майже окропу, з головою ледь не пірнула: милась — ніяк не могла одмитися. Усе в ній тремтіло, здригалося від огиди, вона так ненавиділа своє тіло підступне, що ладна була його знищити, а разом і болісно нестерпну свідомість. Й оте "Ні!" в розпачі билось під черепом.</w:t>
      </w:r>
    </w:p>
    <w:p>
      <w:r>
        <w:br/>
        <w:t>Як вона у ту ніч не покінчила життя самогубством, не знала й сама.</w:t>
      </w:r>
    </w:p>
    <w:p>
      <w:r>
        <w:br/>
        <w:t>X</w:t>
      </w:r>
    </w:p>
    <w:p>
      <w:r>
        <w:br/>
        <w:t>Від тієї жахливої події минув місяць, і за цей місяць сталося от що. Впродовж тижня, коли чекала — не чекала Олега (не знала, якого Бога молити, щоб він там надовше затримався... Хай пізніше... Ну хоч трохи пізніше... З якими очима його зустрічатиму?..)... За оцей тиждень вона позбулася ліжка.</w:t>
      </w:r>
    </w:p>
    <w:p>
      <w:r>
        <w:br/>
        <w:t>Антикварного. З берези карельської.</w:t>
      </w:r>
    </w:p>
    <w:p>
      <w:r>
        <w:br/>
        <w:t>Не могла не те що спати — дивитись на нього!</w:t>
      </w:r>
    </w:p>
    <w:p>
      <w:r>
        <w:br/>
        <w:t>А як доведеться лягати з Олегом?..</w:t>
      </w:r>
    </w:p>
    <w:p>
      <w:r>
        <w:br/>
        <w:t>Краще померти!</w:t>
      </w:r>
    </w:p>
    <w:p>
      <w:r>
        <w:br/>
        <w:t>За півціни оддала, і коли Олег спитав зачудовано: "А ліжко куди поділося?" — пояснила, ховаючи очі, що розвелися клопи. Легіони клопів, замалим кров з неї не виссали, жодним робом не могла од них врятуватися.</w:t>
      </w:r>
    </w:p>
    <w:p>
      <w:r>
        <w:br/>
        <w:t>— Невже ж я завіз разом із ліжком? — дивувався Олег. — Як же я їх тоді не помітив?.. І вони наче нас не кусали...</w:t>
      </w:r>
    </w:p>
    <w:p>
      <w:r>
        <w:br/>
        <w:t>Не знала... Нічого не знала... Знала тільки одне: клопи її ледь не з'їли...</w:t>
      </w:r>
    </w:p>
    <w:p>
      <w:r>
        <w:br/>
        <w:t>Це був жах, про який не варто і згадувати!</w:t>
      </w:r>
    </w:p>
    <w:p>
      <w:r>
        <w:br/>
        <w:t>Аж сама дивувалася, що отак переконливо бреше.</w:t>
      </w:r>
    </w:p>
    <w:p>
      <w:r>
        <w:br/>
        <w:t>— А на чому ми спатимемо?</w:t>
      </w:r>
    </w:p>
    <w:p>
      <w:r>
        <w:br/>
        <w:t>— На підлозі.— Бо оте, парубоцьке, затовчене, Олег сам відніс другові, який спав на газетах. Не забирати ж назад. Та вони на ньому й не вмістяться. Навіть "валетами".</w:t>
      </w:r>
    </w:p>
    <w:p>
      <w:r>
        <w:br/>
        <w:t>— Гаразд,— не довго тужив за антикваріатом Олег.— Дістанемо інше... Металеве...</w:t>
      </w:r>
    </w:p>
    <w:p>
      <w:r>
        <w:br/>
        <w:t>І, пославши газети, а зверху — постіль, вляглись на підлозі.</w:t>
      </w:r>
    </w:p>
    <w:p>
      <w:r>
        <w:br/>
        <w:t>Олег невдовзі заснув, нею натішившись, а Оксана всю ніч плакала. Тихенько, щоб не розбудити Олега...</w:t>
      </w:r>
    </w:p>
    <w:p>
      <w:r>
        <w:br/>
        <w:t>Здавалося, що життя безнадійно поламане, що між нею й Олегом виросла непробивна стіна, яку ні повалити, ні переступити.</w:t>
      </w:r>
    </w:p>
    <w:p>
      <w:r>
        <w:br/>
        <w:t>XI</w:t>
      </w:r>
    </w:p>
    <w:p>
      <w:r>
        <w:br/>
        <w:t>Спершу хотіла звільнитися з школи... Зустрічатися щоденно з отим було понад її сили: так його ненавиділа!.. До того ж здавалося, що всі уже все знають... Панічно боялася, що хтось про те розкаже Олегові, який мав звичку заходити за нею після уроків. Але куди влаштуєшся, коли українська школа одна-єдина в їхньому місті?..</w:t>
      </w:r>
    </w:p>
    <w:p>
      <w:r>
        <w:br/>
        <w:t>І основна подія, що сталася вже після місячних, що їх Оксана чекала — не могла дочекатись,— вона завагітніла.</w:t>
      </w:r>
    </w:p>
    <w:p>
      <w:r>
        <w:br/>
        <w:t>Збожеволіла б, коли б те сталось раніше!</w:t>
      </w:r>
    </w:p>
    <w:p>
      <w:r>
        <w:br/>
        <w:t>І, дитину виношуючи, — від Олега, Олега, Олега! — дзвеніло у ній, — потроху до тями приходила.</w:t>
      </w:r>
    </w:p>
    <w:p>
      <w:r>
        <w:br/>
        <w:t>Не те що забула зовсім, таке неможливо забути, але відчуття гостре жаху, нестерпної перед Олегом провини, коли лишалось одне: упасти перед ним на коліна і в усьому зізнатися, а потім піти... на край світу забігти... потроху зникало у часові, огорталося мовби туманом, не так її терзало і мучило.</w:t>
      </w:r>
    </w:p>
    <w:p>
      <w:r>
        <w:br/>
        <w:t>Їй уже починало здаватись, що з появою дитини все зникне, забудеться...</w:t>
      </w:r>
    </w:p>
    <w:p>
      <w:r>
        <w:br/>
        <w:t>XII</w:t>
      </w:r>
    </w:p>
    <w:p>
      <w:r>
        <w:br/>
        <w:t>І пологи, неймовірно важкі пологи, коли вона ніяк не могла розродитись... коли потуги то накочувались гарячими хвилями, то відступали... щоб вона не померла одразу, а довше помучилась... а дитина все ніяк не хотіла полишити материнського лона, в якому їй було так зручно і затишно... Пологи ці вона сприйняла як спокуту, і в потьмареній свідомості билось одне: "Так тобі й треба!.. Так тобі й треба!.."</w:t>
      </w:r>
    </w:p>
    <w:p>
      <w:r>
        <w:br/>
        <w:t>І довге, нескінченно довге одужання, коли до болісно набряклих грудей не доторкнутися — не те що годувати дитину (годували інші, які поруч лежали),— теж сприйняла як спокуту.</w:t>
      </w:r>
    </w:p>
    <w:p>
      <w:r>
        <w:br/>
        <w:t>А він засипав її квітами.</w:t>
      </w:r>
    </w:p>
    <w:p>
      <w:r>
        <w:br/>
        <w:t>Щодня — отакенний букет... Щодня — коротенька, всього з одного слова записка: "Дякую!.. Дякую!.. Дякую!.."</w:t>
      </w:r>
    </w:p>
    <w:p>
      <w:r>
        <w:br/>
        <w:t>І коли вона врешті одужала, коли винесла обережно акуратний пакуночок, у якому мирно посапував маленький Олежик, посадив її в таксі... Не в "Победу" — до машини розкішної, що возила пошлюблених, хоч до їхнього дому — три кроки ступити...</w:t>
      </w:r>
    </w:p>
    <w:p>
      <w:r>
        <w:br/>
        <w:t>XIII</w:t>
      </w:r>
    </w:p>
    <w:p>
      <w:r>
        <w:br/>
        <w:t>Коли вона помітила, що в сина різного кольору очі? Коли її вдарило в груди... горло здушило... вогнем обпекли синові очі? Висмикнула з ліжечка, побігла до світла ("Здалося!.. Примарилось!..") — на неї дивилися різного кольору очі. Одне — світліше, друге — темніше. Помітив і Олег:</w:t>
      </w:r>
    </w:p>
    <w:p>
      <w:r>
        <w:br/>
        <w:t>— Ось поглянь, як нам синок догодив! Одне око твоє, а друге моє.</w:t>
      </w:r>
    </w:p>
    <w:p>
      <w:r>
        <w:br/>
        <w:t>Уже глянула... Ліпше б осліпла!..</w:t>
      </w:r>
    </w:p>
    <w:p>
      <w:r>
        <w:br/>
        <w:t>XIV</w:t>
      </w:r>
    </w:p>
    <w:p>
      <w:r>
        <w:br/>
        <w:t>Син підростав — тулився до тата.</w:t>
      </w:r>
    </w:p>
    <w:p>
      <w:r>
        <w:br/>
        <w:t>Без "жука" вже й заснути не міг:</w:t>
      </w:r>
    </w:p>
    <w:p>
      <w:r>
        <w:br/>
        <w:t>— Та, жук!..</w:t>
      </w:r>
    </w:p>
    <w:p>
      <w:r>
        <w:br/>
        <w:t>Олег схилявся над ліжечком, натхненно виводив:</w:t>
      </w:r>
    </w:p>
    <w:p>
      <w:r>
        <w:br/>
        <w:t>По дорозі жук, жук,</w:t>
      </w:r>
    </w:p>
    <w:p>
      <w:r>
        <w:br/>
        <w:t>По дорозі чорний,</w:t>
      </w:r>
    </w:p>
    <w:p>
      <w:r>
        <w:br/>
        <w:t>Подивися, дівчино,</w:t>
      </w:r>
    </w:p>
    <w:p>
      <w:r>
        <w:br/>
        <w:t>Який я моторний!</w:t>
      </w:r>
    </w:p>
    <w:p>
      <w:r>
        <w:br/>
        <w:t>Малий так і засинав, тримаючись за татів палець.</w:t>
      </w:r>
    </w:p>
    <w:p>
      <w:r>
        <w:br/>
        <w:t>Син підростав — з кожним роком ставав все більш схожим на того: і очі, і брови над переніссям шнурочком...</w:t>
      </w:r>
    </w:p>
    <w:p>
      <w:r>
        <w:br/>
        <w:t>Все ще не вірила, що таке могло скоїтись. Адже були місячні!</w:t>
      </w:r>
    </w:p>
    <w:p>
      <w:r>
        <w:br/>
        <w:t>Якось прочитала про молоду сім'ю, що розпалася. Після того, як народилась дитина. Мати цієї дитини до шлюбу гуляла із негром, і хоч від нього не завагітніла, все одно, вийшовши заміж за іншого, народила чорношкіре дитя.</w:t>
      </w:r>
    </w:p>
    <w:p>
      <w:r>
        <w:br/>
        <w:t>Поверталась з роботи — підгиналися ноги в колінах: Олег уже все знає. Одчинить двері — побачить його нещадне обличчя. Не зважувалась одразу ж зайти до квартири. Стояла, вслухалася: вдома Олег чи ще не прийшов...</w:t>
      </w:r>
    </w:p>
    <w:p>
      <w:r>
        <w:br/>
        <w:t>Сама себе не впізнавала — дратувала кожна дрібниця.</w:t>
      </w:r>
    </w:p>
    <w:p>
      <w:r>
        <w:br/>
        <w:t>Часто пуштрила сина (було за що пуштрити!), весь час зривалась на крик, й одного разу, коли його до школи відводила (найчастіше робив те Олег) і щось йому по дорозі вичитувала, син, зупинившись, сказав:</w:t>
      </w:r>
    </w:p>
    <w:p>
      <w:r>
        <w:br/>
        <w:t>— Ти мене, мамо, не любиш!</w:t>
      </w:r>
    </w:p>
    <w:p>
      <w:r>
        <w:br/>
        <w:t>Як по обличчі ударив!..</w:t>
      </w:r>
    </w:p>
    <w:p>
      <w:r>
        <w:br/>
        <w:t>Якось син прийшов зі школи — від нього тютюном так і несло.</w:t>
      </w:r>
    </w:p>
    <w:p>
      <w:r>
        <w:br/>
        <w:t>— Ти куриш?! Куриш?! — Лясь-лясь по обличчі. — Господи, за що мені така кара!</w:t>
      </w:r>
    </w:p>
    <w:p>
      <w:r>
        <w:br/>
        <w:t>Ледь діждалась Олега.</w:t>
      </w:r>
    </w:p>
    <w:p>
      <w:r>
        <w:br/>
        <w:t>— Дожилися! Хоч ти йому щось скажи!</w:t>
      </w:r>
    </w:p>
    <w:p>
      <w:r>
        <w:br/>
        <w:t>Олег обійняв сина за плечі, повів до кімнати сусідньої. Що йому там казав, про що розмовляли, так і не довідалась. Тільки вийшов син — сліз повні очі.</w:t>
      </w:r>
    </w:p>
    <w:p>
      <w:r>
        <w:br/>
        <w:t>— Я ніколи-ніколи не буду курити!</w:t>
      </w:r>
    </w:p>
    <w:p>
      <w:r>
        <w:br/>
        <w:t>Повертаючись із школи, ще з порога запитував:</w:t>
      </w:r>
    </w:p>
    <w:p>
      <w:r>
        <w:br/>
        <w:t>— Татко вдома?</w:t>
      </w:r>
    </w:p>
    <w:p>
      <w:r>
        <w:br/>
        <w:t>Біг до татка — ділитись новинами свіжими.</w:t>
      </w:r>
    </w:p>
    <w:p>
      <w:r>
        <w:br/>
        <w:t>Без татка вже й дихнути не міг.</w:t>
      </w:r>
    </w:p>
    <w:p>
      <w:r>
        <w:br/>
        <w:t>А татко — без нього.</w:t>
      </w:r>
    </w:p>
    <w:p>
      <w:r>
        <w:br/>
        <w:t>XV</w:t>
      </w:r>
    </w:p>
    <w:p>
      <w:r>
        <w:br/>
        <w:t>З року в рік, з місяця в місяць — череда днів безпросвітних. Без сподівань, без надії. Три богині, три парки, пряли нещадно тонку ниточку її долі лихої і в будь-яку мить могли її обірвати.</w:t>
      </w:r>
    </w:p>
    <w:p>
      <w:r>
        <w:br/>
        <w:t>Щоб не збожеволіла, лишали їй щороку невелике віконце: місяць у Карпатах. Куди вона втікала разом з чоловіком та сином. Бо Олег мав усього місяць відпустки.</w:t>
      </w:r>
    </w:p>
    <w:p>
      <w:r>
        <w:br/>
        <w:t>Воліла довіку лишатися тут. В найглухішому закуткові, де лише гори, небо, звірі і птахи.</w:t>
      </w:r>
    </w:p>
    <w:p>
      <w:r>
        <w:br/>
        <w:t>Переїхати ж до іншого міста — годі й надіятись. Олега уже призначили головним редактором, Олег став би дибки.</w:t>
      </w:r>
    </w:p>
    <w:p>
      <w:r>
        <w:br/>
        <w:t>XVI</w:t>
      </w:r>
    </w:p>
    <w:p>
      <w:r>
        <w:br/>
        <w:t>Його дружно ненавиділи учні.</w:t>
      </w:r>
    </w:p>
    <w:p>
      <w:r>
        <w:br/>
        <w:t>Особливо за те, що чіплявся до кожної, на їхній погляд, дрібниці. Зупиняв, довго й нудно вичитував. А то й вів до директора.</w:t>
      </w:r>
    </w:p>
    <w:p>
      <w:r>
        <w:br/>
        <w:t>І тоді виклик до школи батьків — забезпечений.</w:t>
      </w:r>
    </w:p>
    <w:p>
      <w:r>
        <w:br/>
        <w:t>Заочі називали Чумою.</w:t>
      </w:r>
    </w:p>
    <w:p>
      <w:r>
        <w:br/>
        <w:t>— Чума йде, тікаймо!</w:t>
      </w:r>
    </w:p>
    <w:p>
      <w:r>
        <w:br/>
        <w:t>— Хлопці, Чума!</w:t>
      </w:r>
    </w:p>
    <w:p>
      <w:r>
        <w:br/>
        <w:t>Навіть завуч якось йому зауважила:</w:t>
      </w:r>
    </w:p>
    <w:p>
      <w:r>
        <w:br/>
        <w:t>— Вікторе Семеновичу, чи не здається вам, що ви переборщуєте?</w:t>
      </w:r>
    </w:p>
    <w:p>
      <w:r>
        <w:br/>
        <w:t>— Олено Петрівно, я педагог, а не нянька!</w:t>
      </w:r>
    </w:p>
    <w:p>
      <w:r>
        <w:br/>
        <w:t>Оксана ж намагалася з ним не стрічатись. Десятою дорогою обходити.</w:t>
      </w:r>
    </w:p>
    <w:p>
      <w:r>
        <w:br/>
        <w:t>Як вона його ненавиділа!</w:t>
      </w:r>
    </w:p>
    <w:p>
      <w:r>
        <w:br/>
        <w:t>І коли син якось сказав:</w:t>
      </w:r>
    </w:p>
    <w:p>
      <w:r>
        <w:br/>
        <w:t>— Мамо, а Віктор Семенович дуже погана людина!</w:t>
      </w:r>
    </w:p>
    <w:p>
      <w:r>
        <w:br/>
        <w:t>Коли син це сказав — не заперечила. Не обірвала сердито: отаке — про учителя!</w:t>
      </w:r>
    </w:p>
    <w:p>
      <w:r>
        <w:br/>
        <w:t>— Він і справді нехороша людина. Ти од нього, синку, подалі... Найбільше боялась, що вони стануть поруч...</w:t>
      </w:r>
    </w:p>
    <w:p>
      <w:r>
        <w:br/>
        <w:t>XVII</w:t>
      </w:r>
    </w:p>
    <w:p>
      <w:r>
        <w:br/>
        <w:t>І настав рік тринадцятий...</w:t>
      </w:r>
    </w:p>
    <w:p>
      <w:r>
        <w:br/>
        <w:t>XVIII</w:t>
      </w:r>
    </w:p>
    <w:p>
      <w:r>
        <w:br/>
        <w:t>Олег нагло загинув, коли був у відрядженні. Їхній "Москвич" лоб у лоб зіткнувся із вантажівкою. Загорівся, зім'ятий, — не врятувався ніхто. Усіх так і ховали: в домовинах запаяних. Три могили — три невигойні рани. Тужна мелодія не могла заглушити ридань.</w:t>
      </w:r>
    </w:p>
    <w:p>
      <w:r>
        <w:br/>
        <w:t>Вона лише не плакала. Застигла у горі, і туга, слізьми нерозбавлена, так палила їй серце, що воно от-от мало згоріти...</w:t>
      </w:r>
    </w:p>
    <w:p>
      <w:r>
        <w:br/>
        <w:t>XIX</w:t>
      </w:r>
    </w:p>
    <w:p>
      <w:r>
        <w:br/>
        <w:t>А згодом повісився син: знайшлись добрі люди, які просвітили, хто його справжній батько. Лишив по собі коротку, як подих останній, записку: "Ти нас зрадила!.. Зрадила!.. Зра..." На останньому слові зламалось перо, і він пожбурив ручку додолу...</w:t>
      </w:r>
    </w:p>
    <w:p>
      <w:r>
        <w:br/>
        <w:t>XX</w:t>
      </w:r>
    </w:p>
    <w:p>
      <w:r>
        <w:br/>
        <w:t>І свідомість потьмарилась. І в голові ревіло, гуло, боляче било у скроні: "Зрадила!!! Зрадила!!! Зрадила!!!"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Спокута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