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Сплюха</w:t>
      </w:r>
    </w:p>
    <w:p>
      <w:r>
        <w:br/>
        <w:t xml:space="preserve"> В понеділок&lt;br /&gt;</w:t>
        <w:br/>
        <w:t>я проснувся,</w:t>
      </w:r>
    </w:p>
    <w:p>
      <w:r>
        <w:br/>
        <w:t>У вівторок&lt;br /&gt;</w:t>
        <w:br/>
        <w:t>позіхнув,</w:t>
      </w:r>
    </w:p>
    <w:p>
      <w:r>
        <w:br/>
        <w:t>У середу&lt;br /&gt;</w:t>
        <w:br/>
        <w:t>потягнувся.</w:t>
      </w:r>
    </w:p>
    <w:p>
      <w:r>
        <w:br/>
        <w:t>У четвер&lt;br /&gt;</w:t>
        <w:br/>
        <w:t>ізнов заснув.</w:t>
      </w:r>
    </w:p>
    <w:p>
      <w:r>
        <w:br/>
        <w:t>У п'ятницю&lt;br /&gt;</w:t>
        <w:br/>
        <w:t>я дрімав,</w:t>
      </w:r>
    </w:p>
    <w:p>
      <w:r>
        <w:br/>
        <w:t>У суботу&lt;br /&gt;</w:t>
        <w:br/>
        <w:t>спочивав,</w:t>
      </w:r>
    </w:p>
    <w:p>
      <w:r>
        <w:br/>
        <w:t>А в неділю&lt;br /&gt;</w:t>
        <w:br/>
        <w:t>днину цілу&lt;br /&gt;</w:t>
        <w:br/>
        <w:t>Хропака затинав.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Сплюха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