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Співець</w:t>
      </w:r>
    </w:p>
    <w:p>
      <w:r>
        <w:br/>
        <w:t xml:space="preserve"> Пишно займались багрянії зорі&lt;br /&gt;</w:t>
        <w:br/>
        <w:t>Колись навесні,&lt;br /&gt;</w:t>
        <w:br/>
        <w:t>Любо лилися в пташиному хорі&lt;br /&gt;</w:t>
        <w:br/>
        <w:t>Лісні голосні;</w:t>
      </w:r>
    </w:p>
    <w:p>
      <w:r>
        <w:br/>
        <w:t>Грала промінням, ясним самоцвітом&lt;br /&gt;</w:t>
        <w:br/>
        <w:t>Порання роса,&lt;br /&gt;</w:t>
        <w:br/>
        <w:t>І усміхалась весняним привітом&lt;br /&gt;</w:t>
        <w:br/>
        <w:t>Натури краса.</w:t>
      </w:r>
    </w:p>
    <w:p>
      <w:r>
        <w:br/>
        <w:t>Гордо палала троянда розкішна,&lt;br /&gt;</w:t>
        <w:br/>
        <w:t>Найкраща з квіток,-&lt;br /&gt;</w:t>
        <w:br/>
        <w:t>Барвою й пахом вродливиця пишна&lt;br /&gt;</w:t>
        <w:br/>
        <w:t>Красила садок.</w:t>
      </w:r>
    </w:p>
    <w:p>
      <w:r>
        <w:br/>
        <w:t>А соловейко троянді вродливій&lt;br /&gt;</w:t>
        <w:br/>
        <w:t>Так любо співав,&lt;br /&gt;</w:t>
        <w:br/>
        <w:t>Голосом дивним співець чарівливий&lt;br /&gt;</w:t>
        <w:br/>
        <w:t>Садки розвивав;</w:t>
      </w:r>
    </w:p>
    <w:p>
      <w:r>
        <w:br/>
        <w:t>Слав до вечірньої зорі прощання,&lt;br /&gt;</w:t>
        <w:br/>
        <w:t>Що гасла вгорі,&lt;br /&gt;</w:t>
        <w:br/>
        <w:t>Ще ж голосніше співав на вітання&lt;br /&gt;</w:t>
        <w:br/>
        <w:t>Поранній зорі...</w:t>
      </w:r>
    </w:p>
    <w:p>
      <w:r>
        <w:br/>
        <w:t>Вже пролетів, немов пташка зальотна,&lt;br /&gt;</w:t>
        <w:br/>
        <w:t>Весняний той час, —&lt;br /&gt;</w:t>
        <w:br/>
        <w:t>Осінь холодная, осінь вільготна&lt;br /&gt;</w:t>
        <w:br/>
        <w:t>Панує у нас.</w:t>
      </w:r>
    </w:p>
    <w:p>
      <w:r>
        <w:br/>
        <w:t>Тихо спускається нічка осіння, —&lt;br /&gt;</w:t>
        <w:br/>
        <w:t>Година сумна;&lt;br /&gt;</w:t>
        <w:br/>
        <w:t>Місяць холоднеє кида проміння;&lt;br /&gt;</w:t>
        <w:br/>
        <w:t>Здалека луна</w:t>
      </w:r>
    </w:p>
    <w:p>
      <w:r>
        <w:br/>
        <w:t>Пугача віщого крик — гук єдиний;&lt;br /&gt;</w:t>
        <w:br/>
        <w:t>Діброва німа.&lt;br /&gt;</w:t>
        <w:br/>
        <w:t>Де ж соловейко? де ж спів солов'їний?&lt;br /&gt;</w:t>
        <w:br/>
        <w:t>Ох, де ж він? Нема!</w:t>
      </w:r>
    </w:p>
    <w:p>
      <w:r>
        <w:br/>
        <w:t>В вирій полинув, де вічная весна,&lt;br /&gt;</w:t>
        <w:br/>
        <w:t>Натхненний співець.&lt;br /&gt;</w:t>
        <w:br/>
        <w:t>Вічно красув там рожа чудесна,&lt;br /&gt;</w:t>
        <w:br/>
        <w:t>Там теплий вітрець;</w:t>
      </w:r>
    </w:p>
    <w:p>
      <w:r>
        <w:br/>
        <w:t>Глухо і смутно кругом на просторі.&lt;br /&gt;</w:t>
        <w:br/>
        <w:t>Мій гаю сумний!&lt;br /&gt;</w:t>
        <w:br/>
        <w:t>Кинув співець тебе в тузі та в горі,&lt;br /&gt;</w:t>
        <w:br/>
        <w:t>Тебе й край рідний.</w:t>
      </w:r>
    </w:p>
    <w:p>
      <w:r>
        <w:br/>
        <w:t>Тиша така тепер всюди панує.&lt;br /&gt;</w:t>
        <w:br/>
        <w:t>Лиш в листі сухім&lt;br /&gt;</w:t>
        <w:br/>
        <w:t>Вітер зітха, мов дріада сумує,&lt;br /&gt;</w:t>
        <w:br/>
        <w:t>Із жалем глухим.</w:t>
      </w:r>
    </w:p>
    <w:p>
      <w:r>
        <w:br/>
        <w:t>Чом я не маю огнистого слова,&lt;br /&gt;</w:t>
        <w:br/>
        <w:t>Палкого, чому?&lt;br /&gt;</w:t>
        <w:br/>
        <w:t>Може б, та щира, гарячая мова&lt;br /&gt;</w:t>
        <w:br/>
        <w:t>Зломила зиму!</w:t>
      </w:r>
    </w:p>
    <w:p>
      <w:r>
        <w:br/>
        <w:t>І розлягалась би завжди по гаю&lt;br /&gt;</w:t>
        <w:br/>
        <w:t>Ясна-голосна&lt;br /&gt;</w:t>
        <w:br/>
        <w:t>Пісня, й розквітла б у рідному краю&lt;br /&gt;</w:t>
        <w:br/>
        <w:t>Новая весна.</w:t>
      </w:r>
    </w:p>
    <w:p>
      <w:r>
        <w:br/>
        <w:t>Та хоч би й крила мені солов'їні,&lt;br /&gt;</w:t>
        <w:br/>
        <w:t>І воля своя, —&lt;br /&gt;</w:t>
        <w:br/>
        <w:t>Я б не лишила тебе в самотині,&lt;br /&gt;</w:t>
        <w:br/>
        <w:t>Країно моя!&lt;br /&gt;</w:t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