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Спішімо</w:t>
      </w:r>
    </w:p>
    <w:p>
      <w:r>
        <w:br/>
        <w:t xml:space="preserve"> Ян Твардовський&lt;br /&gt;</w:t>
        <w:br/>
        <w:t>Спішімо</w:t>
      </w:r>
    </w:p>
    <w:p>
      <w:r>
        <w:br/>
        <w:t>Анні Камєньській</w:t>
      </w:r>
    </w:p>
    <w:p>
      <w:r>
        <w:br/>
        <w:t>Спішімо кохати людей так швидко відходять&lt;br /&gt;</w:t>
        <w:br/>
        <w:t>лишається після них взуття і глухий телефон&lt;br /&gt;</w:t>
        <w:br/>
        <w:t>тільки те що неважливе як корова волочиться&lt;br /&gt;</w:t>
        <w:br/>
        <w:t>а найважливіше таке швидке що раптово стається&lt;br /&gt;</w:t>
        <w:br/>
        <w:t>потім тиша звичайна зовсім нестерпна&lt;br /&gt;</w:t>
        <w:br/>
        <w:t>як чистота народжена просто з розпачу&lt;br /&gt;</w:t>
        <w:br/>
        <w:t>коли думаємо про когось залишаємось без нього</w:t>
      </w:r>
    </w:p>
    <w:p>
      <w:r>
        <w:br/>
        <w:t>Не будь впевнений що маєш час бо впевненість непевна&lt;br /&gt;</w:t>
        <w:br/>
        <w:t>заберає нам вразливість так як кожне счастя&lt;br /&gt;</w:t>
        <w:br/>
        <w:t>приходить одночасно як величне і смішне&lt;br /&gt;</w:t>
        <w:br/>
        <w:t>як дві пристасті слабші від однієї</w:t>
      </w:r>
    </w:p>
    <w:p>
      <w:r>
        <w:br/>
        <w:t>так швидко відходять як дрізд замовкає у липні&lt;br /&gt;</w:t>
        <w:br/>
        <w:t>як звук трохи незграбний або як сухий уклін&lt;br /&gt;</w:t>
        <w:br/>
        <w:t>щоб бачити насправді закривають очі&lt;br /&gt;</w:t>
        <w:br/>
        <w:t>хоча більш ризиковано народитися ніж вмерти&lt;br /&gt;</w:t>
        <w:br/>
        <w:t>любимо весь час за мало і постійно за пізно</w:t>
      </w:r>
    </w:p>
    <w:p>
      <w:r>
        <w:br/>
        <w:t>Не пиши про те зачасто але раз і назавжди&lt;br /&gt;</w:t>
        <w:br/>
        <w:t>і будеш такий як дельфін лагідний і сильний</w:t>
      </w:r>
    </w:p>
    <w:p>
      <w:r>
        <w:br/>
        <w:t>Спішімо любити людей так швидко відходять&lt;br /&gt;</w:t>
        <w:br/>
        <w:t>ті що не відходять не завжди повертаються&lt;br /&gt;</w:t>
        <w:br/>
        <w:t>ніколи не відомо коли йдеться про любов&lt;br /&gt;</w:t>
        <w:br/>
        <w:t>чи перша є остання чи остання перша</w:t>
      </w:r>
    </w:p>
    <w:p>
      <w:r>
        <w:br/>
        <w:t>1971,1986 Ян Твардовський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Спішімо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