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Спасибі вам, дельфіни!</w:t>
      </w:r>
    </w:p>
    <w:p>
      <w:r>
        <w:br/>
        <w:t xml:space="preserve"> &lt;p&gt;Наше судно підходило до Сангарської протоки. Рибалки пильно вдивлялися в море. Воно було безхвильне, наче випрасуване.</w:t>
      </w:r>
    </w:p>
    <w:p>
      <w:r>
        <w:br/>
        <w:t>Звідусюди на палубі чути було голоси:</w:t>
      </w:r>
    </w:p>
    <w:p>
      <w:r>
        <w:br/>
        <w:t>— Щось не видно їх...</w:t>
      </w:r>
    </w:p>
    <w:p>
      <w:r>
        <w:br/>
        <w:t>— Заждіть, ще приплинуть. Не раз уже вели вони судна цією протокою.</w:t>
      </w:r>
    </w:p>
    <w:p>
      <w:r>
        <w:br/>
        <w:t>— Якби музику ввімкнути, може б, почули нас швидше.</w:t>
      </w:r>
    </w:p>
    <w:p>
      <w:r>
        <w:br/>
        <w:t>— Радисте, вмикай магнітофон!</w:t>
      </w:r>
    </w:p>
    <w:p>
      <w:r>
        <w:br/>
        <w:t>Морський простір виповнився піснею. Настрій у всіх став іще бадьоріший. Усмішки ясніють на обличчях. Після довгих мандрів рибалки повертаються до своїх домівок. Там на них чекають із жагучим нетерпінням. Ще лишилося пройти Сангарською протокою, а там уже недалеко й до рідного радянського берега.</w:t>
      </w:r>
    </w:p>
    <w:p>
      <w:r>
        <w:br/>
        <w:t>Сангарська протока... По обидва боки горбисті береги Японії, під водою причаїлися підступні скелі. Небезпечно тут пливти. Хвилюються рибалки.</w:t>
      </w:r>
    </w:p>
    <w:p>
      <w:r>
        <w:br/>
        <w:t>— Ідуть... Ідуть просто на нас,— радісний вигук почувся крізь мелодію пісні.</w:t>
      </w:r>
    </w:p>
    <w:p>
      <w:r>
        <w:br/>
        <w:t>Розтинаючи водяне дзеркало, два дельфіни мчали назустріч нам. Потім зупинилися і стали вистрибувати понад водою, дуже легко торкаючись моря усім тілом. А перед носом судна розвернулися й попростували в протоку. Судно йшло за дельфінами. Минав час, а вони все пливли й пливли попереду, граючись у пронизаній сонцем воді. Зрідка дельфіни то виринали на поверхню моря,— і з їхніх голів, ніби з насоса, вилітало повітря з дрібнесенькими бризками води,— то поринали на глибину. Але й звідти блимали білими черевами, ніби промовляли: "Ми з вами, ми тут". А вирвавшись уперед, дельфіни стишували хід і чекали на судно. Півдня вели нас дельфіни Сангарською протокою. І коли небезпечний шлях був уже за кормою, вони кругом обійшли судно і повернули назад. Рибалки проводжали їх вдячними поглядами та вигуками:</w:t>
      </w:r>
    </w:p>
    <w:p>
      <w:r>
        <w:br/>
        <w:t>— Спасибі вам, дельфіни!</w:t>
      </w:r>
    </w:p>
    <w:p>
      <w:r>
        <w:br/>
        <w:t>— До зустрічі, дельфіни!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Спасибі вам, дельфіни!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