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Спалене літо</w:t>
      </w:r>
    </w:p>
    <w:p>
      <w:r>
        <w:br/>
        <w:t xml:space="preserve"> &lt;p&gt;День перший</w:t>
      </w:r>
    </w:p>
    <w:p>
      <w:r>
        <w:br/>
        <w:t>Щось змінилося. Вже все інакше, як вчора. Літо раптом стало кінцем літа. Дощ, зовсім не літній, а дрібновітряний, закінчиться, здається, вже восени. І нерівності кори каштанів — як химерні русла дощових річечок.</w:t>
      </w:r>
    </w:p>
    <w:p>
      <w:r>
        <w:br/>
        <w:t>Перегородивши таке русло пальцем, я не спинив води — вона знайшла іншу дорогу.</w:t>
      </w:r>
    </w:p>
    <w:p>
      <w:r>
        <w:br/>
        <w:t>Але я впіймаю цю осінь. Вона не вивернеться від мене.</w:t>
      </w:r>
    </w:p>
    <w:p>
      <w:r>
        <w:br/>
        <w:t>Я відчув її ще на початку літа. Тоді було літо сухості. Адже у літі багато літ. Тепер тяжко сказати — що я відчув. Але я казав — осінь вже незабаром, вона вже десь тут, хоч її трошки.</w:t>
      </w:r>
    </w:p>
    <w:p>
      <w:r>
        <w:br/>
        <w:t>Мені відповідали: звичайно, осінь незабаром, але хай мине літо; будеш мати осінь. А я знов — осінь можна мати і влітку.</w:t>
      </w:r>
    </w:p>
    <w:p>
      <w:r>
        <w:br/>
        <w:t>Наймусівніше — цей період літа, коли не знаєш вранці, чи почалося вже щось зовсім інше.</w:t>
      </w:r>
    </w:p>
    <w:p>
      <w:r>
        <w:br/>
        <w:t>Сьогодні, здається, почалося.</w:t>
      </w:r>
    </w:p>
    <w:p>
      <w:r>
        <w:br/>
        <w:t>День другий</w:t>
      </w:r>
    </w:p>
    <w:p>
      <w:r>
        <w:br/>
        <w:t>Існує мислення, неможливе без запахів. Або: існує мислення, чиїми категоріями є запахи. Або є такий тип мислення, де думка — запах, запах — думка.</w:t>
      </w:r>
    </w:p>
    <w:p>
      <w:r>
        <w:br/>
        <w:t>Якщо є таке мислення — запашне мислення, — мусить бути десь філософія, для якої запах — категорія і положення.</w:t>
      </w:r>
    </w:p>
    <w:p>
      <w:r>
        <w:br/>
        <w:t>От і сніп божого деревця, що пролежав цілий рік на шафі, пахнув лиш порохом, раптом знову вернувся до свого власного запаху. Або: одного ранку (це сьогодні) запах божого деревця опанував усім: цілий сніп його перестав пахнути порохом, як було зимою, весною і літом.</w:t>
      </w:r>
    </w:p>
    <w:p>
      <w:r>
        <w:br/>
        <w:t>Це справді тавро осені.</w:t>
      </w:r>
    </w:p>
    <w:p>
      <w:r>
        <w:br/>
        <w:t>Але що таке осінь? Осінь — привид.</w:t>
      </w:r>
    </w:p>
    <w:p>
      <w:r>
        <w:br/>
        <w:t>Або: осінь — привід.</w:t>
      </w:r>
    </w:p>
    <w:p>
      <w:r>
        <w:br/>
        <w:t>Або: осінь — це провід.</w:t>
      </w:r>
    </w:p>
    <w:p>
      <w:r>
        <w:br/>
        <w:t>В кожнім разі ми хотіли попрощатися. Наперед вибрали маленький підміський ресторанчик (маленький лісовий ресторанчик). Хотілося думати, що стіни з чистого дерева пронизані випарами смажених грибів. До них — темне пиво.</w:t>
      </w:r>
    </w:p>
    <w:p>
      <w:r>
        <w:br/>
        <w:t>Ми приїхали двоє на авті. Я провадив, бо вона хотіла багато курити. Грибами, розмоченими і розкришеними, пахло все повітря, що охоплювало нас поза автом. Ті слуги повітря виривалися неперервними з тунелів, які можна було простежити аж до повної темряви лісового муру.</w:t>
      </w:r>
    </w:p>
    <w:p>
      <w:r>
        <w:br/>
        <w:t>В ресторані запах грибів обірвався. Але ми їли так багато, що не встигли попрощатися.</w:t>
      </w:r>
    </w:p>
    <w:p>
      <w:r>
        <w:br/>
        <w:t>Бо вважається, що прощатися — це говорити, а не разом їсти.</w:t>
      </w:r>
    </w:p>
    <w:p>
      <w:r>
        <w:br/>
        <w:t>А потім дощ не припинявся. Ми сиділи в авті, відчи нивши двері, загорнулися у картаті пледи і говорили. Вона трусила на плед стільки попелу, що розпорошилася якась така сіра пляма, в якій можна було побачити не менше, ніж у вилитій з філіжанки кавовій гущі.</w:t>
      </w:r>
    </w:p>
    <w:p>
      <w:r>
        <w:br/>
        <w:t>Ми опустилися у відвертості аж до дитинства.</w:t>
      </w:r>
    </w:p>
    <w:p>
      <w:r>
        <w:br/>
        <w:t>Або: ми піднялися у своїй відвертості аж до дитинства.</w:t>
      </w:r>
    </w:p>
    <w:p>
      <w:r>
        <w:br/>
        <w:t>Дощ заливав вікна. Осінь хотіла погасити літо вщент. Я не витримав. Вибіг під дощ і поклав на шкло цілу долоню. На одну хвильку потік спинився нижче долоні. Я побачив її як червону цятку, потім — як білу пляму. Потім побачив усю. Як крізь діафрагму фотоапарата. Або: як ясну акварель. Вона дивилася на мене і, певно, посміхнулася. Але того я вже не міг бачити, бо вода перелилася через руку і вже не відсту пала. Вода перемогла, як вранці. Але вчора вранці.</w:t>
      </w:r>
    </w:p>
    <w:p>
      <w:r>
        <w:br/>
        <w:t>Ми поїхали до міста.</w:t>
      </w:r>
    </w:p>
    <w:p>
      <w:r>
        <w:br/>
        <w:t>Фройд би все зрозумів.</w:t>
      </w:r>
    </w:p>
    <w:p>
      <w:r>
        <w:br/>
        <w:t>Або: лиш Зіґі Фройд знав би, про що ми не говорили по дорозі.</w:t>
      </w:r>
    </w:p>
    <w:p>
      <w:r>
        <w:br/>
        <w:t>Або: професор Фройд знав би, про що питати завтра. Але з кожної фрази про Фройда випливало зовсім не те, що було з нами в місті.</w:t>
      </w:r>
    </w:p>
    <w:p>
      <w:r>
        <w:br/>
        <w:t>Ми приїхали прямо на вокзал. Вона поїде поїздом через Карпати й інші гори.</w:t>
      </w:r>
    </w:p>
    <w:p>
      <w:r>
        <w:br/>
        <w:t>День третій</w:t>
      </w:r>
    </w:p>
    <w:p>
      <w:r>
        <w:br/>
        <w:t>Мабуть, я б відчув зближення і вересня 1914 року, і вересня 1939 року. Бо чомусь настирливо передчуваю цей вересень.</w:t>
      </w:r>
    </w:p>
    <w:p>
      <w:r>
        <w:br/>
        <w:t>Але тепер я маю роман з вулицею.</w:t>
      </w:r>
    </w:p>
    <w:p>
      <w:r>
        <w:br/>
        <w:t>Або: вулиця фліртує зі мною.</w:t>
      </w:r>
    </w:p>
    <w:p>
      <w:r>
        <w:br/>
        <w:t>Цілий день я провів з нею. Від холоду подощової порожнечі ранку до переповненого людьми віддзеркалення мучівного, мало не осіннього сонця у блискучій від тисяч попередніх стежок бруківці.</w:t>
      </w:r>
    </w:p>
    <w:p>
      <w:r>
        <w:br/>
        <w:t>У цієї вулиці натура латиноамериканки. Вона — авеніда. Вона лиш цілий день п’є каву. Вона так заповнює безсен совність. Кава — її сенс.</w:t>
      </w:r>
    </w:p>
    <w:p>
      <w:r>
        <w:br/>
        <w:t>Або: її сенс — кава.</w:t>
      </w:r>
    </w:p>
    <w:p>
      <w:r>
        <w:br/>
        <w:t>Або: кава — засіб — мета, мета — кава.</w:t>
      </w:r>
    </w:p>
    <w:p>
      <w:r>
        <w:br/>
        <w:t>Або: кава — кава — кава…</w:t>
      </w:r>
    </w:p>
    <w:p>
      <w:r>
        <w:br/>
        <w:t>День четвертий</w:t>
      </w:r>
    </w:p>
    <w:p>
      <w:r>
        <w:br/>
        <w:t>Хронологія — річ непотрібна. Навіть для мого щоденника. Я просто хочу запам’ятати кожну риску. Цього досить, щоб обійтися без дат.</w:t>
      </w:r>
    </w:p>
    <w:p>
      <w:r>
        <w:br/>
        <w:t>Більше нічого не вловив із сьогоднішнього дня. Бо як можна вловити підступи осені.</w:t>
      </w:r>
    </w:p>
    <w:p>
      <w:r>
        <w:br/>
        <w:t>День п’ятий</w:t>
      </w:r>
    </w:p>
    <w:p>
      <w:r>
        <w:br/>
        <w:t>Вона прислала мені магнітну стрічку. Там сказано те, що вона не спромоглася сказати вголос. Те, що б знав Зіґі Фройд.</w:t>
      </w:r>
    </w:p>
    <w:p>
      <w:r>
        <w:br/>
        <w:t>Вона ще не знає, що неспроможність сказати вголос не замі нить ніщо. Але я слухаю її голос. Я їй якось допоможу багато чого зрозуміти.</w:t>
      </w:r>
    </w:p>
    <w:p>
      <w:r>
        <w:br/>
        <w:t>Добре допомагати мудрим жінкам — вони знають, хто їм допомагає.</w:t>
      </w:r>
    </w:p>
    <w:p>
      <w:r>
        <w:br/>
        <w:t>Або: добре рятувати мудрих жінок — вони завжди пам’я тають того, хто рятує.</w:t>
      </w:r>
    </w:p>
    <w:p>
      <w:r>
        <w:br/>
        <w:t>Хіба може в кінці літа статися горіхопад? А тепер стався. Значить, це вже не кінець, а початок.</w:t>
      </w:r>
    </w:p>
    <w:p>
      <w:r>
        <w:br/>
        <w:t>Болить голова: мої домашні мурашки кудись переби раються. Може — шукають, де зимувати, А може — зби раються за Карпати й інші гори. Вони звикли до неї.</w:t>
      </w:r>
    </w:p>
    <w:p>
      <w:r>
        <w:br/>
        <w:t>День шостий</w:t>
      </w:r>
    </w:p>
    <w:p>
      <w:r>
        <w:br/>
        <w:t>Приснився вірш. Це після вчорашніх</w:t>
      </w:r>
    </w:p>
    <w:p>
      <w:r>
        <w:br/>
        <w:t>горіхів.</w:t>
      </w:r>
    </w:p>
    <w:p>
      <w:r>
        <w:br/>
        <w:t>Чорним горіхом небо,</w:t>
      </w:r>
    </w:p>
    <w:p>
      <w:r>
        <w:br/>
        <w:t>здається, розколеться — буде крик,</w:t>
      </w:r>
    </w:p>
    <w:p>
      <w:r>
        <w:br/>
        <w:t>а здається, ми так, як незабаром буде</w:t>
      </w:r>
    </w:p>
    <w:p>
      <w:r>
        <w:br/>
        <w:t>повні жмені різних горіхів</w:t>
      </w:r>
    </w:p>
    <w:p>
      <w:r>
        <w:br/>
        <w:t>і ще кілька там на лавці.</w:t>
      </w:r>
    </w:p>
    <w:p>
      <w:r>
        <w:br/>
        <w:t>Це ті неба, що були колись вгорі.</w:t>
      </w:r>
    </w:p>
    <w:p>
      <w:r>
        <w:br/>
        <w:t>Докинь ще чорне,</w:t>
      </w:r>
    </w:p>
    <w:p>
      <w:r>
        <w:br/>
        <w:t>здається, розкришиться — буде крах.</w:t>
      </w:r>
    </w:p>
    <w:p>
      <w:r>
        <w:br/>
        <w:t>День сьомий</w:t>
      </w:r>
    </w:p>
    <w:p>
      <w:r>
        <w:br/>
        <w:t>Я піду пішки через Карпати. Я спалю цей міст.</w:t>
      </w:r>
    </w:p>
    <w:p>
      <w:r>
        <w:br/>
        <w:t>Або: я спалю це літо.</w:t>
      </w:r>
    </w:p>
    <w:p>
      <w:r>
        <w:br/>
        <w:t>Я спалю ці папери. Я хочу навічно запам’ятати спокусу осінніх гір. Сухість випаленої сонцем трави, крихкість перегрітого моху, запах подушених ожин. І з цим прийти до неї.</w:t>
      </w:r>
    </w:p>
    <w:p>
      <w:r>
        <w:br/>
        <w:t>Спалю літо — мені бракує її, як осені. Коли палять літо, є осінь. Буде осінь — буде вона. Вона сказала, що буде восени. А це — хіба не осінь.</w:t>
      </w:r>
    </w:p>
    <w:p>
      <w:r>
        <w:br/>
        <w:t>Нема лиш диму і попелу. Як палення листя на вулицях пізніми осінніми вечорами, коли не видно ні диму, ні попелу, але яскраво уявляєш собі хмари диму, що шарпають темряву розвіяними іскрами, і попіл, цілі гірки попелу, який ще довго зберігає форму листя.</w:t>
      </w:r>
    </w:p>
    <w:p>
      <w:r>
        <w:br/>
        <w:t>День восьмий</w:t>
      </w:r>
    </w:p>
    <w:p>
      <w:r>
        <w:br/>
        <w:t>Я ж учора до самої ночі просидів з авенідою. Її вечір пахнув жінкою, намащеною на ніч кремом. Обіцяв прийти сьогодні зранку на каву.</w:t>
      </w:r>
    </w:p>
    <w:p>
      <w:r>
        <w:br/>
        <w:t>Там, де я п’ю каву, було так накурено, що я опинився у пітьмі. Якась непрозора прірва. Але вона мене побачила з іншого кінця пивниці. Так, як я побачив її крізь воду. Лиш я, мабуть, нагадував ґравюру.</w:t>
      </w:r>
    </w:p>
    <w:p>
      <w:r>
        <w:br/>
        <w:t>Вона перейшла до мого стола зі своєю філіжанкою і сіла поруч. Вона дослухала до кінця власне ж послання на магнітофоні. Лиш тоді почала говорити. І спитала, чи в мене нема сиґарети. Вона вміла питати такі речі зовсім не банально. Але я не курю. Та сиґарета в мене є. Я тримаю в кишені одну з її сиґарет ще із залитого водою авта.</w:t>
      </w:r>
    </w:p>
    <w:p>
      <w:r>
        <w:br/>
        <w:t>Ми скуримо її разом. Я хотів би покурити після неї. Але вона обов’язково захоче хоч раз затягнутися після мене. Так ми вперше торкнулися губами. Ми таки спалили літо.</w:t>
      </w:r>
    </w:p>
    <w:p>
      <w:r>
        <w:br/>
        <w:t>Тим більше, що до мого берета прилип жовтий листочок.</w:t>
      </w:r>
    </w:p>
    <w:p>
      <w:r>
        <w:br/>
        <w:t>Тепер я спалю свої папери. Я попросив запальничку. Лиш напишу ще одну фразу.</w:t>
      </w:r>
    </w:p>
    <w:p>
      <w:r>
        <w:br/>
        <w:t>Хоч пали, хоч не пали — літо є тим, що не забувається.</w:t>
      </w:r>
    </w:p>
    <w:p>
      <w:r>
        <w:br/>
        <w:t>Теперот палю. Бо вже осінь.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Спалене літо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