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Соціальна несправедливість</w:t>
      </w:r>
    </w:p>
    <w:p>
      <w:r>
        <w:br/>
        <w:t xml:space="preserve"> Чи чули ви, щоб ворог лютий&lt;br /&gt;</w:t>
        <w:br/>
        <w:t>Міг зло сподіяне забути?&lt;br /&gt;</w:t>
        <w:br/>
        <w:t>Тиран гидує свого ката,&lt;br /&gt;</w:t>
        <w:br/>
        <w:t>А катенята люблять тата.&lt;br /&gt;</w:t>
        <w:br/>
        <w:t>І він їх гладить ніжно, щиро&lt;br /&gt;</w:t>
        <w:br/>
        <w:t>Рукою, що бере сокиру,&lt;br /&gt;</w:t>
        <w:br/>
        <w:t>А ще кохану обіймає&lt;br /&gt;</w:t>
        <w:br/>
        <w:t>Рука, що голови стинає.&lt;br /&gt;</w:t>
        <w:br/>
        <w:t>Кохана в ката, як і ваша,&lt;br /&gt;</w:t>
        <w:br/>
        <w:t>Незгірша, може, навіть краща,&lt;br /&gt;</w:t>
        <w:br/>
        <w:t>Несе додому масло, шпроти,&lt;br /&gt;</w:t>
        <w:br/>
        <w:t>Щоб муж мав силу до роботи:&lt;br /&gt;</w:t>
        <w:br/>
        <w:t>Так само дістає кросівки&lt;br /&gt;</w:t>
        <w:br/>
        <w:t>За сім банкнотів прогресивки:&lt;br /&gt;</w:t>
        <w:br/>
        <w:t>Так само ходить на аборти,&lt;br /&gt;</w:t>
        <w:br/>
        <w:t>Щороку їздить на курорти,&lt;br /&gt;</w:t>
        <w:br/>
        <w:t>На зиму квасить помідори,&lt;br /&gt;</w:t>
        <w:br/>
        <w:t>В суботу миє коридори,&lt;br /&gt;</w:t>
        <w:br/>
        <w:t>Дантисту гріш в кишеню тиче,&lt;br /&gt;</w:t>
        <w:br/>
        <w:t>Гостей на іменини кличе,&lt;br /&gt;</w:t>
        <w:br/>
        <w:t>Готує на шашлик барана…&lt;br /&gt;</w:t>
        <w:br/>
        <w:t>Все в хаті ката, як в тирана.&lt;br /&gt;</w:t>
        <w:br/>
        <w:t>Різнить лише їх колір мантій,&lt;br /&gt;</w:t>
        <w:br/>
        <w:t>Та в ката менше діамантів.&lt;br /&gt;</w:t>
        <w:br/>
        <w:t>А так усе в них на долоні,&lt;br /&gt;</w:t>
        <w:br/>
        <w:t>І знаються, як лисі коні.&lt;br /&gt;</w:t>
        <w:br/>
        <w:t>То що за доля розпроклята? —&lt;br /&gt;</w:t>
        <w:br/>
        <w:t>Тиран гидує свого ката.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Соціальна несправедливість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