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Сосюра</w:t>
      </w:r>
    </w:p>
    <w:p>
      <w:r>
        <w:br/>
        <w:t xml:space="preserve"> Любов'ю надірване серце,&lt;br /&gt;</w:t>
        <w:br/>
        <w:t>молла й моджахед України,&lt;br /&gt;</w:t>
        <w:br/>
        <w:t>стотисячний воїн Петлюри,&lt;br /&gt;</w:t>
        <w:br/>
        <w:t>піддослідний більшовиків,&lt;br /&gt;</w:t>
        <w:br/>
        <w:t>ти дервіш в халаті психушки,&lt;br /&gt;</w:t>
        <w:br/>
        <w:t>провидець з очима дитини,&lt;br /&gt;</w:t>
        <w:br/>
        <w:t>донецький сумний соловейко&lt;br /&gt;</w:t>
        <w:br/>
        <w:t>на всі українські гілки...</w:t>
      </w:r>
    </w:p>
    <w:p>
      <w:r>
        <w:br/>
        <w:t>Чому тебе вибрала доля — не знаєм,&lt;br /&gt;</w:t>
        <w:br/>
        <w:t>бо відки нам знати,&lt;br /&gt;</w:t>
        <w:br/>
        <w:t>знання лиш помножить скорботу&lt;br /&gt;</w:t>
        <w:br/>
        <w:t>за тим, що тебе вже нема.&lt;br /&gt;</w:t>
        <w:br/>
        <w:t>Тобі Україна була&lt;br /&gt;</w:t>
        <w:br/>
        <w:t>і сестра, і дружина, і мати —&lt;br /&gt;</w:t>
        <w:br/>
        <w:t>бувала ж, одначе, як мачуха люта,&lt;br /&gt;</w:t>
        <w:br/>
        <w:t>як чорна зима.</w:t>
      </w:r>
    </w:p>
    <w:p>
      <w:r>
        <w:br/>
        <w:t>Ти б міг розповісти, Поете,&lt;br /&gt;</w:t>
        <w:br/>
        <w:t>як в мушлі ховалися друзі,&lt;br /&gt;</w:t>
        <w:br/>
        <w:t>як, струєна співом нещирим,&lt;br /&gt;</w:t>
        <w:br/>
        <w:t>розколювалась голова,&lt;br /&gt;</w:t>
        <w:br/>
        <w:t>як раптом тобі серед ночі&lt;br /&gt;</w:t>
        <w:br/>
        <w:t>зривала поезія шлюзи,&lt;br /&gt;</w:t>
        <w:br/>
        <w:t>поставлені, наче капкани,&lt;br /&gt;</w:t>
        <w:br/>
        <w:t>і мислям твоїм, і словам...</w:t>
      </w:r>
    </w:p>
    <w:p>
      <w:r>
        <w:br/>
        <w:t>Та годі уже суєслів'я. Життя —&lt;br /&gt;</w:t>
        <w:br/>
        <w:t>то суцільна чернетка&lt;br /&gt;</w:t>
        <w:br/>
        <w:t>на камені, а чи папері,&lt;br /&gt;</w:t>
        <w:br/>
        <w:t>на лазерних дисках доби...&lt;br /&gt;</w:t>
        <w:br/>
        <w:t>Аби хоч єдиний нащадок здобув&lt;br /&gt;</w:t>
        <w:br/>
        <w:t>з глибини Інтернету&lt;br /&gt;</w:t>
        <w:br/>
        <w:t>й поклав собі десь біля серця:&lt;br /&gt;</w:t>
        <w:br/>
        <w:t>"Любіть Україну. Люби..."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Сосюра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