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сонна осінь з голубами янголів...</w:t>
      </w:r>
    </w:p>
    <w:p>
      <w:r>
        <w:br/>
        <w:t xml:space="preserve"> сонна осінь з голубами янголів.</w:t>
      </w:r>
    </w:p>
    <w:p>
      <w:r>
        <w:br/>
        <w:t>щось воно на денці тік то так.</w:t>
      </w:r>
    </w:p>
    <w:p>
      <w:r>
        <w:br/>
        <w:t>я б тобі повірив би та я б тобі</w:t>
      </w:r>
    </w:p>
    <w:p>
      <w:r>
        <w:br/>
        <w:t>хоч би якось, та подав би знак –</w:t>
      </w:r>
    </w:p>
    <w:p>
      <w:r>
        <w:br/>
        <w:t>&lt;br /&gt;</w:t>
        <w:br/>
        <w:t>най би не бровою, то бровинкою,</w:t>
      </w:r>
    </w:p>
    <w:p>
      <w:r>
        <w:br/>
        <w:t>най би розговівся і затих,</w:t>
      </w:r>
    </w:p>
    <w:p>
      <w:r>
        <w:br/>
        <w:t>алебастровим цілунком викупив</w:t>
      </w:r>
    </w:p>
    <w:p>
      <w:r>
        <w:br/>
        <w:t>від ламкої – в крапельку – води.</w:t>
      </w:r>
    </w:p>
    <w:p>
      <w:r>
        <w:br/>
        <w:t>&lt;br /&gt;</w:t>
        <w:br/>
        <w:t>вітер заголив би небо лев'яче,</w:t>
      </w:r>
    </w:p>
    <w:p>
      <w:r>
        <w:br/>
        <w:t>стер би з ока темних голубів.</w:t>
      </w:r>
    </w:p>
    <w:p>
      <w:r>
        <w:br/>
        <w:t>хтось тай звикне, щось тай перемелеться,</w:t>
      </w:r>
    </w:p>
    <w:p>
      <w:r>
        <w:br/>
        <w:t>от би тільки знак подав тобі.</w:t>
      </w:r>
    </w:p>
    <w:p>
      <w:r>
        <w:br/>
        <w:t>&lt;br /&gt;</w:t>
        <w:br/>
        <w:t>але ще цілунки непроявлені,</w:t>
      </w:r>
    </w:p>
    <w:p>
      <w:r>
        <w:br/>
        <w:t>ще душа не встоялась в душі,</w:t>
      </w:r>
    </w:p>
    <w:p>
      <w:r>
        <w:br/>
        <w:t>і збирає осінь теплих янголів,</w:t>
      </w:r>
    </w:p>
    <w:p>
      <w:r>
        <w:br/>
        <w:t>у вологий із лози кошіль.</w:t>
      </w:r>
    </w:p>
    <w:p>
      <w:r>
        <w:br/>
        <w:t>&lt;br /&gt;</w:t>
        <w:br/>
        <w:t>і ростуть тумани, наче яблука,</w:t>
      </w:r>
    </w:p>
    <w:p>
      <w:r>
        <w:br/>
        <w:t>і пантрують ласо кожен звук.</w:t>
      </w:r>
    </w:p>
    <w:p>
      <w:r>
        <w:br/>
        <w:t>я б тебе, та я б тебе, та я б тебе</w:t>
      </w:r>
    </w:p>
    <w:p>
      <w:r>
        <w:br/>
        <w:t>нині вже не випустив із рук,</w:t>
      </w:r>
    </w:p>
    <w:p>
      <w:r>
        <w:br/>
        <w:t>&lt;br /&gt;</w:t>
        <w:br/>
        <w:t>обійняв би лагідно і лакомо,</w:t>
      </w:r>
    </w:p>
    <w:p>
      <w:r>
        <w:br/>
        <w:t>від зорі холодної укрив.</w:t>
      </w:r>
    </w:p>
    <w:p>
      <w:r>
        <w:br/>
        <w:t>я тебе усього світу знаками</w:t>
      </w:r>
    </w:p>
    <w:p>
      <w:r>
        <w:br/>
        <w:t>кличу тебе, кличу тебе, кли…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сонна осінь з голубами янголів...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