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</w:t>
      </w:r>
    </w:p>
    <w:p>
      <w:r>
        <w:br/>
        <w:t xml:space="preserve"> Дівчинка книжку читала,&lt;br /&gt;</w:t>
        <w:br/>
        <w:t>І соняшника прохала.&lt;br /&gt;</w:t>
        <w:br/>
        <w:t>Може, так жартувала:&lt;br /&gt;</w:t>
        <w:br/>
        <w:t>Посвіти мені, посвіти.</w:t>
      </w:r>
    </w:p>
    <w:p>
      <w:r>
        <w:br/>
        <w:t>А соняшник мовив:&lt;br /&gt;</w:t>
        <w:br/>
        <w:t>— Ну, що ти? І&lt;br /&gt;</w:t>
        <w:br/>
        <w:t>Не мав би я вже роботи.&lt;br /&gt;</w:t>
        <w:br/>
        <w:t>Щоб свої золотисті соти&lt;br /&gt;</w:t>
        <w:br/>
        <w:t>На дрібниці перевести!..</w:t>
      </w:r>
    </w:p>
    <w:p>
      <w:r>
        <w:br/>
        <w:t>Соняшник дивився на Сонце,&lt;br /&gt;</w:t>
        <w:br/>
        <w:t>Дуже довго дивився на Сонце,&lt;br /&gt;</w:t>
        <w:br/>
        <w:t>І здалося йому, що Сонце —&lt;br /&gt;</w:t>
        <w:br/>
        <w:t>Квітка така ж, як він.</w:t>
      </w:r>
    </w:p>
    <w:p>
      <w:r>
        <w:br/>
        <w:t>І здалося йому, що Сонце&lt;br /&gt;</w:t>
        <w:br/>
        <w:t>На нього дивиться з неба,&lt;br /&gt;</w:t>
        <w:br/>
        <w:t>Йому посилає з неба&lt;br /&gt;</w:t>
        <w:br/>
        <w:t>Від захоплення свій уклін.</w:t>
      </w:r>
    </w:p>
    <w:p>
      <w:r>
        <w:br/>
        <w:t>І здалося йому, що Сонце —&lt;br /&gt;</w:t>
        <w:br/>
        <w:t>Блідніше й менше за нього,&lt;br /&gt;</w:t>
        <w:br/>
        <w:t>Що ніжне тепло не від Сонця,&lt;br /&gt;</w:t>
        <w:br/>
        <w:t>А від нього струмує в світ;</w:t>
      </w:r>
    </w:p>
    <w:p>
      <w:r>
        <w:br/>
        <w:t>І здалося йому, що хата,&lt;br /&gt;</w:t>
        <w:br/>
        <w:t>Побіля якої він виріс.&lt;br /&gt;</w:t>
        <w:br/>
        <w:t>Од його неземної вроди&lt;br /&gt;</w:t>
        <w:br/>
        <w:t>Просяває, немов самоцвіт.</w:t>
      </w:r>
    </w:p>
    <w:p>
      <w:r>
        <w:br/>
        <w:t>І здалося йому, що Сонце&lt;br /&gt;</w:t>
        <w:br/>
        <w:t>Сходить на землю поволі,&lt;br /&gt;</w:t>
        <w:br/>
        <w:t>Щоб зблизька його обдивитись,&lt;br /&gt;</w:t>
        <w:br/>
        <w:t>Намилуватися ним.</w:t>
      </w:r>
    </w:p>
    <w:p>
      <w:r>
        <w:br/>
        <w:t>І справді, Сонце на землю&lt;br /&gt;</w:t>
        <w:br/>
        <w:t>Спустилось, і вже по стежці&lt;br /&gt;</w:t>
        <w:br/>
        <w:t>Прямувало до нього й світило&lt;br /&gt;</w:t>
        <w:br/>
        <w:t>Назустріч вінком золотим.</w:t>
      </w:r>
    </w:p>
    <w:p>
      <w:r>
        <w:br/>
        <w:t>Втім, вийшла дівчинка з хати&lt;br /&gt;</w:t>
        <w:br/>
        <w:t>І стала Сонце прохати:&lt;br /&gt;</w:t>
        <w:br/>
        <w:t>— Зайди до нашої хати,&lt;br /&gt;</w:t>
        <w:br/>
        <w:t>Перепочинь з путі!</w:t>
      </w:r>
    </w:p>
    <w:p>
      <w:r>
        <w:br/>
        <w:t>Сонце — зайшло. І раптом&lt;br /&gt;</w:t>
        <w:br/>
        <w:t>Все навкруги померкло.&lt;br /&gt;</w:t>
        <w:br/>
        <w:t>Тільки вікно хатини&lt;br /&gt;</w:t>
        <w:br/>
        <w:t>Сяяло в темноті.</w:t>
      </w:r>
    </w:p>
    <w:p>
      <w:r>
        <w:br/>
        <w:t>Соняшник здивувався!&lt;br /&gt;</w:t>
        <w:br/>
        <w:t>Засоромлено пооглядався&lt;br /&gt;</w:t>
        <w:br/>
        <w:t>І до вікна підкрався.&lt;br /&gt;</w:t>
        <w:br/>
        <w:t>І що ж він побачив? Дива!</w:t>
      </w:r>
    </w:p>
    <w:p>
      <w:r>
        <w:br/>
        <w:t>Дівчинка книжку читає,&lt;br /&gt;</w:t>
        <w:br/>
        <w:t>А Сонце перегортає&lt;br /&gt;</w:t>
        <w:br/>
        <w:t>Сторінки й світло вливає&lt;br /&gt;</w:t>
        <w:br/>
        <w:t>В літери та в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