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Сонети з комедії "Собака на сіні"</w:t>
      </w:r>
    </w:p>
    <w:p>
      <w:r>
        <w:br/>
        <w:t xml:space="preserve"> Фелікс Лопе де Вега Карпіо&lt;br /&gt;</w:t>
        <w:br/>
        <w:t>Сонети з комедії "Собака на сіні"</w:t>
      </w:r>
    </w:p>
    <w:p>
      <w:r>
        <w:br/>
        <w:t>Перекладач: Микола Лукаш&lt;br /&gt;</w:t>
        <w:br/>
        <w:t>Джерело: З книги: Від Бокаччо до Аполлінера/Переклади/ К.:Дніпро,1990</w:t>
      </w:r>
    </w:p>
    <w:p>
      <w:r>
        <w:br/>
        <w:t>* * *</w:t>
      </w:r>
    </w:p>
    <w:p>
      <w:r>
        <w:br/>
        <w:t>Я помічала тисячу разів —&lt;br /&gt;</w:t>
        <w:br/>
        <w:t>вродливий і розумний Теодоро;&lt;br /&gt;</w:t>
        <w:br/>
        <w:t>він був би втіхою моєму зору,&lt;br /&gt;</w:t>
        <w:br/>
        <w:t>якби не мур, що стан між нами звів.</w:t>
      </w:r>
    </w:p>
    <w:p>
      <w:r>
        <w:br/>
        <w:t>Амур — могутній владар, бог богів,&lt;br /&gt;</w:t>
        <w:br/>
        <w:t>але свого не зраджу я гонору:&lt;br /&gt;</w:t>
        <w:br/>
        <w:t>сама себе я стримаю суворо&lt;br /&gt;</w:t>
        <w:br/>
        <w:t>від недостойних честі почуттів.</w:t>
      </w:r>
    </w:p>
    <w:p>
      <w:r>
        <w:br/>
        <w:t>Та ревнощі мені бентежать душу&lt;br /&gt;</w:t>
        <w:br/>
        <w:t>і заздрощі на те добро чуже,&lt;br /&gt;</w:t>
        <w:br/>
        <w:t>що я од нього утікати мушу;</w:t>
      </w:r>
    </w:p>
    <w:p>
      <w:r>
        <w:br/>
        <w:t>і мимоволі я гадаю вже —&lt;br /&gt;</w:t>
        <w:br/>
        <w:t>як з Теодоро можем ми зрівнятись:&lt;br /&gt;</w:t>
        <w:br/>
        <w:t>мені спуститись чи йому піднятись?</w:t>
      </w:r>
    </w:p>
    <w:p>
      <w:r>
        <w:br/>
        <w:t>* * *</w:t>
      </w:r>
    </w:p>
    <w:p>
      <w:r>
        <w:br/>
        <w:t>Чужим коханням серце запалилось,&lt;br /&gt;</w:t>
        <w:br/>
        <w:t>ще не любивши, стала я ревнива;&lt;br /&gt;</w:t>
        <w:br/>
        <w:t>це річ, здається, просто неможлива,&lt;br /&gt;</w:t>
        <w:br/>
        <w:t>та від Амура так мені судилось.</w:t>
      </w:r>
    </w:p>
    <w:p>
      <w:r>
        <w:br/>
        <w:t>Од ревнощів любов моя вродилась,&lt;br /&gt;</w:t>
        <w:br/>
        <w:t>бо жаль мені, що я така вродлива,&lt;br /&gt;</w:t>
        <w:br/>
        <w:t>а та за мене гірша, та щаслива,&lt;br /&gt;</w:t>
        <w:br/>
        <w:t>бо ніжного кохання сподобилась.</w:t>
      </w:r>
    </w:p>
    <w:p>
      <w:r>
        <w:br/>
        <w:t>Бентежить душу дивне хвилювання,&lt;br /&gt;</w:t>
        <w:br/>
        <w:t>і це не тільки заздрощі, я знаю —&lt;br /&gt;</w:t>
        <w:br/>
        <w:t>любити хочу, прагну милування.</w:t>
      </w:r>
    </w:p>
    <w:p>
      <w:r>
        <w:br/>
        <w:t>Не силую і не забороняю,&lt;br /&gt;</w:t>
        <w:br/>
        <w:t>не дам надії і не збавлю мрії —&lt;br /&gt;</w:t>
        <w:br/>
        <w:t>нехай мене, хто вміє, зрозуміє.</w:t>
      </w:r>
    </w:p>
    <w:p>
      <w:r>
        <w:br/>
        <w:t>* * *</w:t>
      </w:r>
    </w:p>
    <w:p>
      <w:r>
        <w:br/>
        <w:t>Як хтось когось, здається, полюбив,&lt;br /&gt;</w:t>
        <w:br/>
        <w:t>побачивши з другою женихання,-&lt;br /&gt;</w:t>
        <w:br/>
        <w:t>це — заздрощі, а зовсім не кохання,&lt;br /&gt;</w:t>
        <w:br/>
        <w:t>якщо й до того вогник не горів.</w:t>
      </w:r>
    </w:p>
    <w:p>
      <w:r>
        <w:br/>
        <w:t>Та як і перше в серці був порив —&lt;br /&gt;</w:t>
        <w:br/>
        <w:t>це — вже любов, що прагне обладання,&lt;br /&gt;</w:t>
        <w:br/>
        <w:t>що на уста жене слова жадання,&lt;br /&gt;</w:t>
        <w:br/>
        <w:t>як кров жене в обличчя стид чи гнів.</w:t>
      </w:r>
    </w:p>
    <w:p>
      <w:r>
        <w:br/>
        <w:t>Нічого більше не скажу комусь,&lt;br /&gt;</w:t>
        <w:br/>
        <w:t>щоб знизька не образити високе;&lt;br /&gt;</w:t>
        <w:br/>
        <w:t>прийму я долі вироки жорстокі,</w:t>
      </w:r>
    </w:p>
    <w:p>
      <w:r>
        <w:br/>
        <w:t>надії на блаженство я зречусь,&lt;br /&gt;</w:t>
        <w:br/>
        <w:t>аж поки не упевнюся, що смію&lt;br /&gt;</w:t>
        <w:br/>
        <w:t>в душі живити цю безумну мрію.</w:t>
      </w:r>
    </w:p>
    <w:p>
      <w:r>
        <w:br/>
        <w:t>* * *</w:t>
      </w:r>
    </w:p>
    <w:p>
      <w:r>
        <w:br/>
        <w:t>Невже це так? Чи це мені не сниться?&lt;br /&gt;</w:t>
        <w:br/>
        <w:t>Ні, справді, руку дати попросила,&lt;br /&gt;</w:t>
        <w:br/>
        <w:t>і личко їй рум'янцями скрасила&lt;br /&gt;</w:t>
        <w:br/>
        <w:t>напіврозкрита ніжна таємниця.</w:t>
      </w:r>
    </w:p>
    <w:p>
      <w:r>
        <w:br/>
        <w:t>Невже ж моя сподіванка здійсниться?&lt;br /&gt;</w:t>
        <w:br/>
        <w:t>I вірю я, і вірити несила...&lt;br /&gt;</w:t>
        <w:br/>
        <w:t>Що ж діяти? Віддамся долі сміло —&lt;br /&gt;</w:t>
        <w:br/>
        <w:t>Непевність мусить скоро проясниться.</w:t>
      </w:r>
    </w:p>
    <w:p>
      <w:r>
        <w:br/>
        <w:t>А як Марчелла? Це ж для неї зрада...&lt;br /&gt;</w:t>
        <w:br/>
        <w:t>Жінки на нас надії покладають,&lt;br /&gt;</w:t>
        <w:br/>
        <w:t>а ми... Та ні, з них кожна зміні рада,</w:t>
      </w:r>
    </w:p>
    <w:p>
      <w:r>
        <w:br/>
        <w:t>вони мужчин частіше покидають,&lt;br /&gt;</w:t>
        <w:br/>
        <w:t>аби знайшлась нова якась принада;&lt;br /&gt;</w:t>
        <w:br/>
        <w:t>а коли так — нехай самі страждають!</w:t>
      </w:r>
    </w:p>
    <w:p>
      <w:r>
        <w:br/>
        <w:t>* * *</w:t>
      </w:r>
    </w:p>
    <w:p>
      <w:r>
        <w:br/>
        <w:t>Любове, годі! Це страшна забава!&lt;br /&gt;</w:t>
        <w:br/>
        <w:t>Поглянь, як жертва мучиться твоя.&lt;br /&gt;</w:t>
        <w:br/>
        <w:t>Мені ти, певно, скажеш: "Це не я,&lt;br /&gt;</w:t>
        <w:br/>
        <w:t>це тінь моя, її це чорна справа".</w:t>
      </w:r>
    </w:p>
    <w:p>
      <w:r>
        <w:br/>
        <w:t>О ревносте, пораднице лукава,&lt;br /&gt;</w:t>
        <w:br/>
        <w:t>трутизну ллєш ти в серце, мов змія;&lt;br /&gt;</w:t>
        <w:br/>
        <w:t>загине через тебе честь моя,&lt;br /&gt;</w:t>
        <w:br/>
        <w:t>її замінить вічная неслава...</w:t>
      </w:r>
    </w:p>
    <w:p>
      <w:r>
        <w:br/>
        <w:t>Люблю його, хоч знаю, що я — море,&lt;br /&gt;</w:t>
        <w:br/>
        <w:t>а він лиш човник, човничок хисткий.&lt;br /&gt;</w:t>
        <w:br/>
        <w:t>Кому ж із нас страшніший буревій?</w:t>
      </w:r>
    </w:p>
    <w:p>
      <w:r>
        <w:br/>
        <w:t>Любов чи гонор — хто кого поборе?&lt;br /&gt;</w:t>
        <w:br/>
        <w:t>Так туго тятиву я нап'яла,&lt;br /&gt;</w:t>
        <w:br/>
        <w:t>що трісне лук і вломиться стріла.</w:t>
      </w:r>
    </w:p>
    <w:p>
      <w:r>
        <w:br/>
        <w:t>* * *</w:t>
      </w:r>
    </w:p>
    <w:p>
      <w:r>
        <w:br/>
        <w:t>Яке ж ім'я цій грізній шурі-бурі,&lt;br /&gt;</w:t>
        <w:br/>
        <w:t>як не любов? Та як вельможні пані&lt;br /&gt;</w:t>
        <w:br/>
        <w:t>усі такі оприскливі в коханні,&lt;br /&gt;</w:t>
        <w:br/>
        <w:t>то чи не краще нам любити фурій?</w:t>
      </w:r>
    </w:p>
    <w:p>
      <w:r>
        <w:br/>
        <w:t>Нехай шляхетства кодекси похмурі&lt;br /&gt;</w:t>
        <w:br/>
        <w:t>утіх не визнають, що рівно дані&lt;br /&gt;</w:t>
        <w:br/>
        <w:t>людині кожній в будь-якому стані,-&lt;br /&gt;</w:t>
        <w:br/>
        <w:t>та нащо ж потурать своїй натурі?</w:t>
      </w:r>
    </w:p>
    <w:p>
      <w:r>
        <w:br/>
        <w:t>О ручко мила, що мене побила,&lt;br /&gt;</w:t>
        <w:br/>
        <w:t>хотів би я тебе поцілувати,&lt;br /&gt;</w:t>
        <w:br/>
        <w:t>хоч ти б мені іще й не те зробила...</w:t>
      </w:r>
    </w:p>
    <w:p>
      <w:r>
        <w:br/>
        <w:t>Не думав я, що ти така завзята!&lt;br /&gt;</w:t>
        <w:br/>
        <w:t>Але як ти такі узори пишеш,&lt;br /&gt;</w:t>
        <w:br/>
        <w:t>то не любов'ю — ревнощами дишеш.</w:t>
      </w:r>
    </w:p>
    <w:p>
      <w:r>
        <w:br/>
        <w:t>* * *</w:t>
      </w:r>
    </w:p>
    <w:p>
      <w:r>
        <w:br/>
        <w:t>Ні, щоб мене не вбила люта мука,&lt;br /&gt;</w:t>
        <w:br/>
        <w:t>подамся десь до дальніх берегів...&lt;br /&gt;</w:t>
        <w:br/>
        <w:t>Любов не знає зліших ворогів,&lt;br /&gt;</w:t>
        <w:br/>
        <w:t>як забуття, як віддаль і розлука.</w:t>
      </w:r>
    </w:p>
    <w:p>
      <w:r>
        <w:br/>
        <w:t>З очей ізникне любощів спонука —&lt;br /&gt;</w:t>
        <w:br/>
        <w:t>і жар, дивись, у серці перетлів...&lt;br /&gt;</w:t>
        <w:br/>
        <w:t>Одна розлука після цих жалів&lt;br /&gt;</w:t>
        <w:br/>
        <w:t>душевного спокою запорука.</w:t>
      </w:r>
    </w:p>
    <w:p>
      <w:r>
        <w:br/>
        <w:t>Там жде мене утіха забуття,&lt;br /&gt;</w:t>
        <w:br/>
        <w:t>якої всякий пристрасно жадає,&lt;br /&gt;</w:t>
        <w:br/>
        <w:t>хто, як і я, від любощів страждає.</w:t>
      </w:r>
    </w:p>
    <w:p>
      <w:r>
        <w:br/>
        <w:t>Покину ж тут усе без вороття;&lt;br /&gt;</w:t>
        <w:br/>
        <w:t>сховавшися в чужім далекім краї,&lt;br /&gt;</w:t>
        <w:br/>
        <w:t>любов свою і муку поховаю.</w:t>
      </w:r>
    </w:p>
    <w:p>
      <w:r>
        <w:br/>
        <w:t>* * *</w:t>
      </w:r>
    </w:p>
    <w:p>
      <w:r>
        <w:br/>
        <w:t>Що може вдіяти моє кохання&lt;br /&gt;</w:t>
        <w:br/>
        <w:t>проти ції тиранської сваволі?&lt;br /&gt;</w:t>
        <w:br/>
        <w:t>Коритись силі мушу мимоволі,&lt;br /&gt;</w:t>
        <w:br/>
        <w:t>даремні всі пручання й сперечання.</w:t>
      </w:r>
    </w:p>
    <w:p>
      <w:r>
        <w:br/>
        <w:t>Сподіванки розвіялись зарання&lt;br /&gt;</w:t>
        <w:br/>
        <w:t>від подиху ворожої недолі...&lt;br /&gt;</w:t>
        <w:br/>
        <w:t>Любов моя — тендітний цвіт красолі,&lt;br /&gt;</w:t>
        <w:br/>
        <w:t>недосвітом прибитий в час світання.</w:t>
      </w:r>
    </w:p>
    <w:p>
      <w:r>
        <w:br/>
        <w:t>Втішали серце й душу ніжні квіти,&lt;br /&gt;</w:t>
        <w:br/>
        <w:t>що сила зла оповила в жалобу;&lt;br /&gt;</w:t>
        <w:br/>
        <w:t>любов розбилась об чужу жадобу.</w:t>
      </w:r>
    </w:p>
    <w:p>
      <w:r>
        <w:br/>
        <w:t>Що може хвору душу оживити,&lt;br /&gt;</w:t>
        <w:br/>
        <w:t>коли немає плоду по цвітінню,&lt;br /&gt;</w:t>
        <w:br/>
        <w:t>коли кохана мрія стала тінню?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Сонети з комедії "Собака на сіні"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