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Сонет ("Щаслива Англія...")</w:t>
      </w:r>
    </w:p>
    <w:p>
      <w:r>
        <w:br/>
        <w:t xml:space="preserve"> Щаслива Англія! Я вік би свій&lt;br /&gt;</w:t>
        <w:br/>
        <w:t>Збув радо на її зеленім лоні,&lt;br /&gt;</w:t>
        <w:br/>
        <w:t>Я б легіт пив, що дише в кожній кроні&lt;br /&gt;</w:t>
        <w:br/>
        <w:t>Її дібров, де стільки згадок-мрій.&lt;br /&gt;</w:t>
        <w:br/>
        <w:t>Та часом бачаться душі смутній&lt;br /&gt;</w:t>
        <w:br/>
        <w:t>Італії високості бездонні;&lt;br /&gt;</w:t>
        <w:br/>
        <w:t>Я б сів там на горі, немов на троні,&lt;br /&gt;</w:t>
        <w:br/>
        <w:t>Забувши світ і блазнів гордих рій.</w:t>
      </w:r>
    </w:p>
    <w:p>
      <w:r>
        <w:br/>
        <w:t>Щаслива ти, твої дівчата — милі,&lt;br /&gt;</w:t>
        <w:br/>
        <w:t>Люблю їх риси прості, чарівні,&lt;br /&gt;</w:t>
        <w:br/>
        <w:t>I рук біленьких їх легке стискання.&lt;br /&gt;</w:t>
        <w:br/>
        <w:t>Та часто-часто мріється мені&lt;br /&gt;</w:t>
        <w:br/>
        <w:t>I врода глибша, й моря колихання,&lt;br /&gt;</w:t>
        <w:br/>
        <w:t>I голоси дзвінкі на теплій хвилі.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Сонет ("Щаслива Англія...")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