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про сонети</w:t>
      </w:r>
    </w:p>
    <w:p>
      <w:r>
        <w:br/>
        <w:t xml:space="preserve"> Ярославу Дорошенку</w:t>
      </w:r>
    </w:p>
    <w:p>
      <w:r>
        <w:br/>
        <w:t>Мені сонети Ваші не байдужі,&lt;br /&gt;</w:t>
        <w:br/>
        <w:t>Нераз до них торкаюся чолом&lt;br /&gt;</w:t>
        <w:br/>
        <w:t>В поривах серця, мій шляхетний друже,&lt;br /&gt;</w:t>
        <w:br/>
        <w:t>Коли стаю на прю з лукавим злом.</w:t>
      </w:r>
    </w:p>
    <w:p>
      <w:r>
        <w:br/>
        <w:t>Читаєш їх — і сонце очі мружить,&lt;br /&gt;</w:t>
        <w:br/>
        <w:t>І бусол білим тріпотить крилом&lt;br /&gt;</w:t>
        <w:br/>
        <w:t>У тім краю, де віхолою кружать&lt;br /&gt;</w:t>
        <w:br/>
        <w:t>Сади рясні за Тязівом-селом.</w:t>
      </w:r>
    </w:p>
    <w:p>
      <w:r>
        <w:br/>
        <w:t>Отож сонети Ваші, як дзвонкова&lt;br /&gt;</w:t>
        <w:br/>
        <w:t>Вода криниць. В них пісня яворова&lt;br /&gt;</w:t>
        <w:br/>
        <w:t>І будень святом долі пророста.</w:t>
      </w:r>
    </w:p>
    <w:p>
      <w:r>
        <w:br/>
        <w:t>Від них у наші душі незбагнулі&lt;br /&gt;</w:t>
        <w:br/>
        <w:t>Вриваються, як в спогадах минулих,&lt;br /&gt;</w:t>
        <w:br/>
        <w:t>Свята любов і вічна доброта.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про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