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Сонет ("О, скільки бардів рясно взолотило...")</w:t>
      </w:r>
    </w:p>
    <w:p>
      <w:r>
        <w:br/>
        <w:t xml:space="preserve"> О, скільки бардів рясно взолотило&lt;br /&gt;</w:t>
        <w:br/>
        <w:t>Простори часу! Не один живив&lt;br /&gt;</w:t>
        <w:br/>
        <w:t>Мій спраглий дух потоком дивних див,&lt;br /&gt;</w:t>
        <w:br/>
        <w:t>Що так підносили і душу, й тіло.&lt;br /&gt;</w:t>
        <w:br/>
        <w:t>I часто, як до рим я бравсь несміло,&lt;br /&gt;</w:t>
        <w:br/>
        <w:t>Вони з'являлись із усіх боків,&lt;br /&gt;</w:t>
        <w:br/>
        <w:t>Не грубий галас, а приємний спів&lt;br /&gt;</w:t>
        <w:br/>
        <w:t>Мені даруючи, аж серце мліло.</w:t>
      </w:r>
    </w:p>
    <w:p>
      <w:r>
        <w:br/>
        <w:t>Отак і звуки ті, що ніч навкруг&lt;br /&gt;</w:t>
        <w:br/>
        <w:t>Поширює — дрімотний плеск прибою,&lt;br /&gt;</w:t>
        <w:br/>
        <w:t>Далекий дзвін, як заклик до спокою.&lt;br /&gt;</w:t>
        <w:br/>
        <w:t>I відгуки, що повнять поле й луг,&lt;br /&gt;</w:t>
        <w:br/>
        <w:t>Знекровлені, прибиті далиною,—&lt;br /&gt;</w:t>
        <w:br/>
        <w:t>Нам тільки тішать, а не ранять слух.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Сонет ("О, скільки бардів рясно взолотило...")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