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на одержання лаврового вінка від Лі Ганта</w:t>
      </w:r>
    </w:p>
    <w:p>
      <w:r>
        <w:br/>
        <w:t xml:space="preserve"> Хвилини тягнуться, а мозок мій,&lt;br /&gt;</w:t>
        <w:br/>
        <w:t>Нічим не натхнутий, не поринає&lt;br /&gt;</w:t>
        <w:br/>
        <w:t>В дельфічний лабіринт, хоч серце знає,&lt;br /&gt;</w:t>
        <w:br/>
        <w:t>Яких небесних треба дум і мрій,&lt;br /&gt;</w:t>
        <w:br/>
        <w:t>Щоб заплатить за дар, поете, твій,&lt;br /&gt;</w:t>
        <w:br/>
        <w:t>За лавр зелений, що оповиває&lt;br /&gt;</w:t>
        <w:br/>
        <w:t>Чоло жадібне. Майже біль проймає&lt;br /&gt;</w:t>
        <w:br/>
        <w:t>Від думки, що піддавсь принаді цій.</w:t>
      </w:r>
    </w:p>
    <w:p>
      <w:r>
        <w:br/>
        <w:t>А час іде, і марно жду я сну&lt;br /&gt;</w:t>
        <w:br/>
        <w:t>Розкішного; показує уява,&lt;br /&gt;</w:t>
        <w:br/>
        <w:t>Як ноги стоптують пиху земну,&lt;br /&gt;</w:t>
        <w:br/>
        <w:t>I все непам'ять обіймає млява —&lt;br /&gt;</w:t>
        <w:br/>
        <w:t>I темна думка душу тне смутну,&lt;br /&gt;</w:t>
        <w:br/>
        <w:t>I не всміхається їй більше слава.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на одержання лаврового вінка від Лі Ганта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