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і ти</w:t>
      </w:r>
    </w:p>
    <w:p>
      <w:r>
        <w:br/>
        <w:t xml:space="preserve"> ...Вершилась страта. Хтось когось карав.&lt;br /&gt;</w:t>
        <w:br/>
        <w:t>Сміялась доля голосом сопілки.&lt;br /&gt;</w:t>
        <w:br/>
        <w:t>Ятрилась рана зламаної гілки&lt;br /&gt;</w:t>
        <w:br/>
        <w:t>Старої яблуні. І стогін не вгавав.</w:t>
      </w:r>
    </w:p>
    <w:p>
      <w:r>
        <w:br/>
        <w:t>Було все дивним, мов би інший світ,&lt;br /&gt;</w:t>
        <w:br/>
        <w:t>І я — не я, якась сумна подоба.&lt;br /&gt;</w:t>
        <w:br/>
        <w:t>Старий ридван нагадував хворобу,&lt;br /&gt;</w:t>
        <w:br/>
        <w:t>На ньому — смерть зривала білий цвіт.</w:t>
      </w:r>
    </w:p>
    <w:p>
      <w:r>
        <w:br/>
        <w:t>Та я проснувсь. І була поруч ти,&lt;br /&gt;</w:t>
        <w:br/>
        <w:t>Уся гарчала, як душі проміння.&lt;br /&gt;</w:t>
        <w:br/>
        <w:t>Захвилювала молодим кипінням&lt;br /&gt;</w:t>
        <w:br/>
        <w:t>Мене п'янка спокуса наготи.</w:t>
      </w:r>
    </w:p>
    <w:p>
      <w:r>
        <w:br/>
        <w:t>Тремтливість рук і терпкість губ твоїх,&lt;br /&gt;</w:t>
        <w:br/>
        <w:t>І злотоквітка голубої ночі&lt;br /&gt;</w:t>
        <w:br/>
        <w:t>Спирали дух свавільний мій, урочий&lt;br /&gt;</w:t>
        <w:br/>
        <w:t>Серед шаленства неземних утіх.</w:t>
      </w:r>
    </w:p>
    <w:p>
      <w:r>
        <w:br/>
        <w:t>І я згоряв в обіймах тисяч сонць,&lt;br /&gt;</w:t>
        <w:br/>
        <w:t>Зникав, як час у божевіллі весен.&lt;br /&gt;</w:t>
        <w:br/>
        <w:t>...Твоя любов — то дивина експресій,&lt;br /&gt;</w:t>
        <w:br/>
        <w:t>В тремкій сльозі непроминущий сон.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і 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