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Солов’яча яєчня</w:t>
      </w:r>
    </w:p>
    <w:p>
      <w:r>
        <w:br/>
        <w:t xml:space="preserve"> &lt;p&gt;Славко і Людочка жили поруч: отут була Славкової мами хата, а як трохи далі пройти — жила Людочка з своєю мамою.</w:t>
      </w:r>
    </w:p>
    <w:p>
      <w:r>
        <w:br/>
        <w:t>А за хатою Славкової мами був великий колгоспний садок.</w:t>
      </w:r>
    </w:p>
    <w:p>
      <w:r>
        <w:br/>
        <w:t>В тому садку росли яблуні, груші, сливи, малина, смородина і навіть абрикоси.</w:t>
      </w:r>
    </w:p>
    <w:p>
      <w:r>
        <w:br/>
        <w:t>Завідував тим садком старенький дідусь-садівник, який дуже любив і Славка і Людочку і дозволяв їм гуляти в садку.</w:t>
      </w:r>
    </w:p>
    <w:p>
      <w:r>
        <w:br/>
        <w:t>Вони були діти слухняні і не псували ні дерев, ні кущів, ні квітів.</w:t>
      </w:r>
    </w:p>
    <w:p>
      <w:r>
        <w:br/>
        <w:t>От настала весна.</w:t>
      </w:r>
    </w:p>
    <w:p>
      <w:r>
        <w:br/>
        <w:t>Зацвіли вишні, сливи, яблуні.</w:t>
      </w:r>
    </w:p>
    <w:p>
      <w:r>
        <w:br/>
        <w:t>Побігли Славко і Людочка в садок.</w:t>
      </w:r>
    </w:p>
    <w:p>
      <w:r>
        <w:br/>
        <w:t>Ой, як же хороше в садку навесні!</w:t>
      </w:r>
    </w:p>
    <w:p>
      <w:r>
        <w:br/>
        <w:t>Усе цвіте, пташки співають, бджілки гудуть, мед носять, сонечко припікає.</w:t>
      </w:r>
    </w:p>
    <w:p>
      <w:r>
        <w:br/>
        <w:t>Славко і Людочка побігли в малинник.</w:t>
      </w:r>
    </w:p>
    <w:p>
      <w:r>
        <w:br/>
        <w:t>Прибігають до одного куща, а звідти якась сіренька пташка тільки — пурх! — і полетіла.</w:t>
      </w:r>
    </w:p>
    <w:p>
      <w:r>
        <w:br/>
        <w:t>Славко і Людочка — до куща.</w:t>
      </w:r>
    </w:p>
    <w:p>
      <w:r>
        <w:br/>
        <w:t>Розгорнули кущ, дивляться — а там під кущем, на землі, невеличке гніздечко листячком вимощене, і в гніздечку четверо маленьких яєчок, тільки не біленьких, а темненьких, такого кольору, як шоколад.</w:t>
      </w:r>
    </w:p>
    <w:p>
      <w:r>
        <w:br/>
        <w:t>— Цур моє! — скрикнув Славко.</w:t>
      </w:r>
    </w:p>
    <w:p>
      <w:r>
        <w:br/>
        <w:t>— Ну, і хай буде твоє,— погодилась Людочка.— А як ще десь гніздечко знайдемо, то те вже буде моє! Добре?</w:t>
      </w:r>
    </w:p>
    <w:p>
      <w:r>
        <w:br/>
        <w:t>— Добре! — каже Славко. — А якої ж це пташки гніздечко, що такі, як шоколад, яєчка?</w:t>
      </w:r>
    </w:p>
    <w:p>
      <w:r>
        <w:br/>
        <w:t>— Не знаю,— каже Людочка.— Давай спитаємось у дідуся — він, мабуть, знає!</w:t>
      </w:r>
    </w:p>
    <w:p>
      <w:r>
        <w:br/>
        <w:t>Побігли Славко й Людочка до дідуся-садівника...</w:t>
      </w:r>
    </w:p>
    <w:p>
      <w:r>
        <w:br/>
        <w:t>— Дідусю! — кричать.— А ми гніздечко назнали під малиновим кущем! А в гніздечку четверо малесеньких яєчок, тільки не біленьких, а таких, як шоколад!</w:t>
      </w:r>
    </w:p>
    <w:p>
      <w:r>
        <w:br/>
        <w:t>А дідусь і каже:</w:t>
      </w:r>
    </w:p>
    <w:p>
      <w:r>
        <w:br/>
        <w:t>— То соловейкове гніздечко! Чуєте, як у нас соловейки співають! Тьох-тьох-тьох! Тут їх не один! Я вже їх штук із п'ять по голосу знаю. Бо всі вони по-різному тьохкають! Тут ще десь їхні гніздечка єсть! Ну, назнали, дітки,— так ви ж не видирайте яєчок і гніздечка не руйнуйте. Соловейко — корисна пташка, вона черв'ячки та кузьки всякі їсть, а кузьки та черв'ячки дуже шкідливі для садка! Пташки — наші друзі, вони нам допомагають, щоб у нас, у колгоспі, було багацько яблук, груш, ягід різних...</w:t>
      </w:r>
    </w:p>
    <w:p>
      <w:r>
        <w:br/>
        <w:t>Славко і Людочка побігли до смородини.</w:t>
      </w:r>
    </w:p>
    <w:p>
      <w:r>
        <w:br/>
        <w:t>А з-під смородинового куща теж вилетіла така сама пташка.</w:t>
      </w:r>
    </w:p>
    <w:p>
      <w:r>
        <w:br/>
        <w:t>Вони — туди: і там кубелечко, а яєчок, таких самих шоколадних, не четверо, а п'ятеро аж!</w:t>
      </w:r>
    </w:p>
    <w:p>
      <w:r>
        <w:br/>
        <w:t>— Цур моє! — крикнула Люда.</w:t>
      </w:r>
    </w:p>
    <w:p>
      <w:r>
        <w:br/>
        <w:t>Славко погодився, хоч трішки й заздрив, що в Людоччиному кубельці не четверо, а п'ятеро яєчок.</w:t>
      </w:r>
    </w:p>
    <w:p>
      <w:r>
        <w:br/>
        <w:t>Славко і Люда умовились, що вони не будуть руйнувати соловейкових гніздечок.</w:t>
      </w:r>
    </w:p>
    <w:p>
      <w:r>
        <w:br/>
        <w:t>Побігли Славко і Люда, побавились та й пішли додому обідати.</w:t>
      </w:r>
    </w:p>
    <w:p>
      <w:r>
        <w:br/>
        <w:t>Вдома розказали всім, що вони назнали в садку аж двоє соловейкових гніздечок.</w:t>
      </w:r>
    </w:p>
    <w:p>
      <w:r>
        <w:br/>
        <w:t>І Славкова, і Людина мами теж їм говорили, щоб вони не видирали яєчок і не ходили до кубелець, бо пташки можуть наполохатись і покинути свої гніздечка, а тоді яєчка захолонуть, попсуються і вже солов'ята маленькі з них не вилупляться.</w:t>
      </w:r>
    </w:p>
    <w:p>
      <w:r>
        <w:br/>
        <w:t>Славко, як лягав увечері спати, все думав про шоколадні яєчка,— дуже вже йому хотілося, щоб вони в його хаті були, щоб можна було ними гратися.</w:t>
      </w:r>
    </w:p>
    <w:p>
      <w:r>
        <w:br/>
        <w:t>"Соловейкові яєчка! Хіба ж є у кого така іграшка! Ні в кого нема! А в мене буде!" — думав він, засинаючи.</w:t>
      </w:r>
    </w:p>
    <w:p>
      <w:r>
        <w:br/>
        <w:t>А на другий день устав Славко раненько — Людочка ще спала — та й вийшов з хати.</w:t>
      </w:r>
    </w:p>
    <w:p>
      <w:r>
        <w:br/>
        <w:t>— Куди це ти так рано? — питає його мама.</w:t>
      </w:r>
    </w:p>
    <w:p>
      <w:r>
        <w:br/>
        <w:t>— Піду трошки побігаю! Я виспався,— каже мамі Славко.</w:t>
      </w:r>
    </w:p>
    <w:p>
      <w:r>
        <w:br/>
        <w:t>Побіг Славко на город, а звідти через перелаз у колгоспний садок.</w:t>
      </w:r>
    </w:p>
    <w:p>
      <w:r>
        <w:br/>
        <w:t>Дідусь-садівник якраз вулики на пасіці перевіряв і не бачив, як Славко в садок прибіг.</w:t>
      </w:r>
    </w:p>
    <w:p>
      <w:r>
        <w:br/>
        <w:t>А Славко зразу до малинового куща, зігнав з гнізда соловейка, за яєчка — і додому.</w:t>
      </w:r>
    </w:p>
    <w:p>
      <w:r>
        <w:br/>
        <w:t>Біжить, а яєчка в руках держить: у правій руці двоє і в лівій руці двоє.</w:t>
      </w:r>
    </w:p>
    <w:p>
      <w:r>
        <w:br/>
        <w:t>Як ліз він через перелаз, зачепився за сучок і впав. Падаючи, закрив, щоб не подряпати лице руками. А в руках — яєчка. Яєчка побились, вимастили Славкові і лице, і носа, і вуха, і сорочку.</w:t>
      </w:r>
    </w:p>
    <w:p>
      <w:r>
        <w:br/>
        <w:t>Ніс — жовтий, вуха — жовті, сорочка — жовта. І тече все, і капає. І сльози в нього течуть та з жовтком перемішуються...</w:t>
      </w:r>
    </w:p>
    <w:p>
      <w:r>
        <w:br/>
        <w:t>Прийшов він додому, а вже й Людочка до нього прибігла.</w:t>
      </w:r>
    </w:p>
    <w:p>
      <w:r>
        <w:br/>
        <w:t>Мама як побачила:</w:t>
      </w:r>
    </w:p>
    <w:p>
      <w:r>
        <w:br/>
        <w:t>— Що з тобою, Славку? Де це ти в яєчню лицем уткнувсь?</w:t>
      </w:r>
    </w:p>
    <w:p>
      <w:r>
        <w:br/>
        <w:t>А Людочка побачила шоколадну шкаралупу від яєчка та як закричить:</w:t>
      </w:r>
    </w:p>
    <w:p>
      <w:r>
        <w:br/>
        <w:t>— Та це ж він соловейкові яєчка видер! Як тобі не сором, Славку! Яєчня ти солов'яча!</w:t>
      </w:r>
    </w:p>
    <w:p>
      <w:r>
        <w:br/>
        <w:t>Розсердилась Людочка і побігла додому.</w:t>
      </w:r>
    </w:p>
    <w:p>
      <w:r>
        <w:br/>
        <w:t>— Не буду я з тобою дружити! — у воротях крикнула.</w:t>
      </w:r>
    </w:p>
    <w:p>
      <w:r>
        <w:br/>
        <w:t>Довго мама вмивала Славка, доки змила яєчню. І відтоді так і прозвали Славка: "Солов'яча яєчня!"</w:t>
      </w:r>
    </w:p>
    <w:p>
      <w:r>
        <w:br/>
        <w:t>Та й це ще не все!</w:t>
      </w:r>
    </w:p>
    <w:p>
      <w:r>
        <w:br/>
        <w:t>На другий рік уже не прилітав у той куток садка соловейко, що його гніздечко Славко зруйнував.</w:t>
      </w:r>
    </w:p>
    <w:p>
      <w:r>
        <w:br/>
        <w:t>А в Людоччиному кубельці вилупилося п'ятеро солов'яток, вони виросли й полетіли на зиму аж в Африку, бо там тепло, коли в нас зима.</w:t>
      </w:r>
    </w:p>
    <w:p>
      <w:r>
        <w:br/>
        <w:t>А навесні знову прилетіли в колгоспний садок. Старий соловейко полагодив гніздечко під смородиновим кущем — і знову там було п'ятеро яєчок.</w:t>
      </w:r>
    </w:p>
    <w:p>
      <w:r>
        <w:br/>
        <w:t>А молоді нові кубельця собі поробили.</w:t>
      </w:r>
    </w:p>
    <w:p>
      <w:r>
        <w:br/>
        <w:t>Та як забіжить було Людочка в садок, так вони тьохкають уже, тьохкають, ніби навмисне для Людочки співають за те, що вона не руйнує пташиних гніздечок.</w:t>
      </w:r>
    </w:p>
    <w:p>
      <w:r>
        <w:br/>
        <w:t>А Славко і в сад перестав ходити, бо йому було соромно.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Солов’яча яєчня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