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Солдат</w:t>
      </w:r>
    </w:p>
    <w:p>
      <w:r>
        <w:br/>
        <w:t xml:space="preserve"> Роберт Фрост&lt;br /&gt;</w:t>
        <w:br/>
        <w:t>Солдат</w:t>
      </w:r>
    </w:p>
    <w:p>
      <w:r>
        <w:br/>
        <w:t>Він — спис, що впав; метнули, а потому&lt;br /&gt;</w:t>
        <w:br/>
        <w:t>Не підняли його; роса на нім,&lt;br /&gt;</w:t>
        <w:br/>
        <w:t>А він лежить, заіржавілий грім.&lt;br /&gt;</w:t>
        <w:br/>
        <w:t>Якщо ж ми не побачимо ні в чому</w:t>
      </w:r>
    </w:p>
    <w:p>
      <w:r>
        <w:br/>
        <w:t>Того, що може рівня буть йому, —&lt;br /&gt;</w:t>
        <w:br/>
        <w:t>Це через те, що ми короткозорі,&lt;br /&gt;</w:t>
        <w:br/>
        <w:t>Прикуті до землі, землею хворі,&lt;br /&gt;</w:t>
        <w:br/>
        <w:t>І що ракети наші не пітьму,</w:t>
      </w:r>
    </w:p>
    <w:p>
      <w:r>
        <w:br/>
        <w:t>А трави рвуть, нам відривають крила,&lt;br /&gt;</w:t>
        <w:br/>
        <w:t>Щоб плазування возвести в закон.&lt;br /&gt;</w:t>
        <w:br/>
        <w:t>Та знаємо, що сила перепон —</w:t>
      </w:r>
    </w:p>
    <w:p>
      <w:r>
        <w:br/>
        <w:t>Це духу людського потуга й сила,&lt;br /&gt;</w:t>
        <w:br/>
        <w:t>І він злітає у майбутній день,&lt;br /&gt;</w:t>
        <w:br/>
        <w:t>І далі він за будь-яку мішень.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Солдат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