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"Сокіл"</w:t>
      </w:r>
    </w:p>
    <w:p>
      <w:r>
        <w:br/>
        <w:t xml:space="preserve"> &lt;p&gt;(З історії "благопопечительных мероприятий")</w:t>
      </w:r>
    </w:p>
    <w:p>
      <w:r>
        <w:br/>
        <w:t>Тихо та любо на ст. Залежі N-ської залізниці. Глянеш проїздом — і одразу бачиш, що настало там цілковите "успокоение". Тихо та любо, як у Бога за дверима, і тільки начальствений циркуляр часом "нарушает" там "общественную тишину и спокойствие".</w:t>
      </w:r>
    </w:p>
    <w:p>
      <w:r>
        <w:br/>
        <w:t>Ніч. Осінній вітер люто зриває червоне листя дикого винограду, що заснував собою ввесь фасад аж до другого поверху, крутить ним по пероні й мчить безвісти.</w:t>
      </w:r>
    </w:p>
    <w:p>
      <w:r>
        <w:br/>
        <w:t>Темно й пусто. А у вікнах світиться.</w:t>
      </w:r>
    </w:p>
    <w:p>
      <w:r>
        <w:br/>
        <w:t>За столом в кабінеті начальника станції сидить і дрімає, схиливши голову на "журнал", помічник начальника, Семафоренко. Бляшана лампа під зеленим паперовим абажуром кидає на його потилицю пасма жовтого світла й коптить на один бік, сповняючи кабінет задушливим чадом; кептяга легенькими крапками осідає на стінах, на паперах, на комірнику й манжетах пана помічника.</w:t>
      </w:r>
    </w:p>
    <w:p>
      <w:r>
        <w:br/>
        <w:t>Ліворуч, у стіні, невеличке віконечко — прозурка. Цок-цок... цок-цок-цок... чується крізь неї. Там телеграф. Коло прозурки стоїть високий, кучерявий телеграфіст Невсипущий і глузливо позирає на Семафоренка.</w:t>
      </w:r>
    </w:p>
    <w:p>
      <w:r>
        <w:br/>
        <w:t>— Господін дєжурний!— раптом скрикує він і ховається за стіну.</w:t>
      </w:r>
    </w:p>
    <w:p>
      <w:r>
        <w:br/>
        <w:t>— Та? що?..— схоплюється Семафоренко й безглуздими очима водить по стінах.</w:t>
      </w:r>
    </w:p>
    <w:p>
      <w:r>
        <w:br/>
        <w:t>Насмішкувате обличчя Невсипущого знову з’являється в прозурці. Помішник люто зиркає на нього й знову лаштується спати.</w:t>
      </w:r>
    </w:p>
    <w:p>
      <w:r>
        <w:br/>
        <w:t>— Лампа коптить у вас.</w:t>
      </w:r>
    </w:p>
    <w:p>
      <w:r>
        <w:br/>
        <w:t>— К чортам! — бурчить Семафоренко й схиляє на руки голову.</w:t>
      </w:r>
    </w:p>
    <w:p>
      <w:r>
        <w:br/>
        <w:t>— Господін дєжурний...</w:t>
      </w:r>
    </w:p>
    <w:p>
      <w:r>
        <w:br/>
        <w:t>— Одчепіться, а то вилаю!</w:t>
      </w:r>
    </w:p>
    <w:p>
      <w:r>
        <w:br/>
        <w:t>— Господін дєжурний! служебний вийшов.</w:t>
      </w:r>
    </w:p>
    <w:p>
      <w:r>
        <w:br/>
        <w:t>Семафоренко схопивсь, як опечений.</w:t>
      </w:r>
    </w:p>
    <w:p>
      <w:r>
        <w:br/>
        <w:t>— Вже? — витріщивсь він на телеграфіста.— Та ні? брешете, мабуть?</w:t>
      </w:r>
    </w:p>
    <w:p>
      <w:r>
        <w:br/>
        <w:t>Невсипущий зареготався:</w:t>
      </w:r>
    </w:p>
    <w:p>
      <w:r>
        <w:br/>
        <w:t>— Не виспались хіба? Пішли б "приседание и поднимание на носках" зробили, де й сон дінеться.</w:t>
      </w:r>
    </w:p>
    <w:p>
      <w:r>
        <w:br/>
        <w:t>— Ат, к чортам!</w:t>
      </w:r>
    </w:p>
    <w:p>
      <w:r>
        <w:br/>
        <w:t>Семафоренко розгладив свою ріденьку сиву борідку на зморщенім, виснаженім обличчі, витяг хустку, послинив крайок і протер очі.</w:t>
      </w:r>
    </w:p>
    <w:p>
      <w:r>
        <w:br/>
        <w:t>— Що за чортівня? — обурився він, глянувши на манжети, тернув хусткою й розмазав на них кептягу.</w:t>
      </w:r>
    </w:p>
    <w:p>
      <w:r>
        <w:br/>
        <w:t>— Лампа коптить, я ж говорив, а ви спали,— посміхнувся телеграфіст.</w:t>
      </w:r>
    </w:p>
    <w:p>
      <w:r>
        <w:br/>
        <w:t>Семафоренко подзвонив. За дверима щось гупнуло, закашляло, і за хвилину до кабінету ввійшов дядько в свитці і форменій шапці з гербом.</w:t>
      </w:r>
    </w:p>
    <w:p>
      <w:r>
        <w:br/>
        <w:t>— Се ти, сто чортів тобі в серце, заправляв лампу, га?</w:t>
      </w:r>
    </w:p>
    <w:p>
      <w:r>
        <w:br/>
        <w:t>— Так тошно.</w:t>
      </w:r>
    </w:p>
    <w:p>
      <w:r>
        <w:br/>
        <w:t>— "Тошно", опудало чортове. Ти глянь, що наробив, жити б тобі "тошно" було!</w:t>
      </w:r>
    </w:p>
    <w:p>
      <w:r>
        <w:br/>
        <w:t>Помішник показав манжети й ткнув пальцем на "журнал".</w:t>
      </w:r>
    </w:p>
    <w:p>
      <w:r>
        <w:br/>
        <w:t>Сторож підійшов до столу, байдужо подивився на папери й, не поспішаючи, підкрутив гніт.</w:t>
      </w:r>
    </w:p>
    <w:p>
      <w:r>
        <w:br/>
        <w:t>— Трохи коптить, значить...</w:t>
      </w:r>
    </w:p>
    <w:p>
      <w:r>
        <w:br/>
        <w:t>— "Коптить",— перекривив його помічник.— У-у, холери на вас нема!.. Дай повістку служебному та поклич начальника.</w:t>
      </w:r>
    </w:p>
    <w:p>
      <w:r>
        <w:br/>
        <w:t>— Слухаюсь.</w:t>
      </w:r>
    </w:p>
    <w:p>
      <w:r>
        <w:br/>
        <w:t>Сторож вийшов, а Семафоренко метушливо почав прибирати в кабінеті.</w:t>
      </w:r>
    </w:p>
    <w:p>
      <w:r>
        <w:br/>
        <w:t>— І чого ти вишкірився! — накинувся на телеграфіста.:— Не розумію, чого тут сміятись і з чого?</w:t>
      </w:r>
    </w:p>
    <w:p>
      <w:r>
        <w:br/>
        <w:t>— І зовсім я не вишкірився. Просто настроєніє таке.</w:t>
      </w:r>
    </w:p>
    <w:p>
      <w:r>
        <w:br/>
        <w:t>— Та пропади ти пропадом із своїм настроєнієм!.. Яке мені діло до твого...</w:t>
      </w:r>
    </w:p>
    <w:p>
      <w:r>
        <w:br/>
        <w:t>— Слухайте, пане Семафоренку, завтра ж у вісім годин після нашої смены гімнастика. Ви ще не справили собі, здається, й досі сокільської одежі.</w:t>
      </w:r>
    </w:p>
    <w:p>
      <w:r>
        <w:br/>
        <w:t>— І не справлю!—гукнув Семафоренко.— За якого чорта я її справлятиму. І не піду...</w:t>
      </w:r>
    </w:p>
    <w:p>
      <w:r>
        <w:br/>
        <w:t>— Петро Іванович велить.</w:t>
      </w:r>
    </w:p>
    <w:p>
      <w:r>
        <w:br/>
        <w:t>— Плювать мені! Що я йому на глум здався старістю? Щоб діти глузували?..</w:t>
      </w:r>
    </w:p>
    <w:p>
      <w:r>
        <w:br/>
        <w:t>— А циркуляр? Читали? — "Всем без исключения" — не вгамовувався Невсипущий.— Е, не говоріть: коли начальство велить...</w:t>
      </w:r>
    </w:p>
    <w:p>
      <w:r>
        <w:br/>
        <w:t>— Що ти мені начальством пхаєш у вічі! Я й начальству... самому начальникові дороги заявлю, що не до лиця мені в моїх літах...</w:t>
      </w:r>
    </w:p>
    <w:p>
      <w:r>
        <w:br/>
        <w:t>— Не скажете, злякаєтесь,— дражнив Невсипущий, і бісики сміху виблискували в його булькатих очах.</w:t>
      </w:r>
    </w:p>
    <w:p>
      <w:r>
        <w:br/>
        <w:t>— Хто? я злякаюсь? — кипів Семафоренко.— Ну-ну, побачимо. Побачите тоді ви із своїм Петром Івановичем.</w:t>
      </w:r>
    </w:p>
    <w:p>
      <w:r>
        <w:br/>
        <w:t>В кабінет увійшов начальник станції.</w:t>
      </w:r>
    </w:p>
    <w:p>
      <w:r>
        <w:br/>
        <w:t>— В чім річ? що — побачите? — звернувся він до Семафоренка.</w:t>
      </w:r>
    </w:p>
    <w:p>
      <w:r>
        <w:br/>
        <w:t>— Та от пан Семафоренко кажуть,— засипав телеграфіст,— що скаржитимуться начальству на гімнастику.</w:t>
      </w:r>
    </w:p>
    <w:p>
      <w:r>
        <w:br/>
        <w:t>— Ще чого не доставало,— насупив брови начальник.</w:t>
      </w:r>
    </w:p>
    <w:p>
      <w:r>
        <w:br/>
        <w:t>— І скажу,— провадив своєї Семафоренко.</w:t>
      </w:r>
    </w:p>
    <w:p>
      <w:r>
        <w:br/>
        <w:t>— Я їм говорю, що ходимо ж ми з Петром Івановичем...</w:t>
      </w:r>
    </w:p>
    <w:p>
      <w:r>
        <w:br/>
        <w:t>— Ви? то ви, а то я. Вам хоч би звеліли не то що "соколами", а й жеребцями...</w:t>
      </w:r>
    </w:p>
    <w:p>
      <w:r>
        <w:br/>
        <w:t>— Ну-ну, ви без вираженій. Не вигадуйте дурниць. У вас усе як слід? Скоро служебний.</w:t>
      </w:r>
    </w:p>
    <w:p>
      <w:r>
        <w:br/>
        <w:t>Начальник станції вийшов на перон, де сторож засвічував ліхтарі. Вітер крутив сухим листям і гудів на телеграфних дротах.</w:t>
      </w:r>
    </w:p>
    <w:p>
      <w:r>
        <w:br/>
        <w:t>— Ти хоч би листя попідмітав був,— звернувся начальник до сторожа.</w:t>
      </w:r>
    </w:p>
    <w:p>
      <w:r>
        <w:br/>
        <w:t>— Або я не підмітав?.. Сто разів підмітав. Та хіба за ним поспішишся. Сказано вітер... вітер і є. Що ти йому свого розуму вставиш?..</w:t>
      </w:r>
    </w:p>
    <w:p>
      <w:r>
        <w:br/>
        <w:t>Здалеку почувся свищик паровоза й ріжок стрілочника. Сторож поставив драбину біля стіни й "дав підход". З кабінету вийшов і Семафоренко. За хвилину з грюканням і пихтінням підкотив "служебний". З вагона вийшов начальник дороги з цілим почетом інженерів. Начальник станції й Семафоренко, притуливши руки до картуза, заніміли.</w:t>
      </w:r>
    </w:p>
    <w:p>
      <w:r>
        <w:br/>
        <w:t>— Ну, як у вас тут? — звернувся до начальника станції начальник дороги й пройшов у кабінет.</w:t>
      </w:r>
    </w:p>
    <w:p>
      <w:r>
        <w:br/>
        <w:t>— Все обстоит благополучно,— відповів той, вклонившись.</w:t>
      </w:r>
    </w:p>
    <w:p>
      <w:r>
        <w:br/>
        <w:t>— Повітря яке тут... важке... Хто дєжурний по станції?</w:t>
      </w:r>
    </w:p>
    <w:p>
      <w:r>
        <w:br/>
        <w:t>Семафоренко виступив уперед. Він увесь трусився, як осиковий лист, і не міг здержати дрижання власних колін.</w:t>
      </w:r>
    </w:p>
    <w:p>
      <w:r>
        <w:br/>
        <w:t>— Лампа... ва... вашество коптила... так через те...— мурмотів він в нестямі.</w:t>
      </w:r>
    </w:p>
    <w:p>
      <w:r>
        <w:br/>
        <w:t>— Та що з вами? ви хворий, здається?</w:t>
      </w:r>
    </w:p>
    <w:p>
      <w:r>
        <w:br/>
        <w:t>У прозурці з’явилося глузливе обличчя Невсипущого.</w:t>
      </w:r>
    </w:p>
    <w:p>
      <w:r>
        <w:br/>
        <w:t>— Никак нет, здоров...</w:t>
      </w:r>
    </w:p>
    <w:p>
      <w:r>
        <w:br/>
        <w:t>— А на вигляд ви зовсім ніби хворий. То все через те, що любите багато сидіти. Ну, що, як тут соколи? — звернувся генерал до начальника станції.— Занімаєтесь?</w:t>
      </w:r>
    </w:p>
    <w:p>
      <w:r>
        <w:br/>
        <w:t>— Так точно, ваше превосходительство, занімаємось.</w:t>
      </w:r>
    </w:p>
    <w:p>
      <w:r>
        <w:br/>
        <w:t>— Занімайтесь, занімайтесь... От і ви,— звернувся він до помішника,— частіш ходіть на гімнастику: більше руху, знаєте, де й бадьорість візьметься. А то подивіться на себе в зеркало; не сокіл, а мокра курка. Треба маладцем дивитись.</w:t>
      </w:r>
    </w:p>
    <w:p>
      <w:r>
        <w:br/>
        <w:t>— Я... ва... ва... я,— белькотав Семафоренко.</w:t>
      </w:r>
    </w:p>
    <w:p>
      <w:r>
        <w:br/>
        <w:t>— Що? — насупив брови генерал.</w:t>
      </w:r>
    </w:p>
    <w:p>
      <w:r>
        <w:br/>
        <w:t>— Я хотів той... старий я, значить... Хотів прохати не той... не "соколом"...</w:t>
      </w:r>
    </w:p>
    <w:p>
      <w:r>
        <w:br/>
        <w:t>— А мокрою куркою? — засміявся генерал. Інженери зняли регіт, а Невсипущий в телеграфній стиснув двоїна пальцями носа й аж качався од сміху.</w:t>
      </w:r>
    </w:p>
    <w:p>
      <w:r>
        <w:br/>
        <w:t>— Що, він хворий? — спитав генерал у начальника.</w:t>
      </w:r>
    </w:p>
    <w:p>
      <w:r>
        <w:br/>
        <w:t>— Никак нет,— відповів той.— Він просто зморений. Друге дежурство без одміни.</w:t>
      </w:r>
    </w:p>
    <w:p>
      <w:r>
        <w:br/>
        <w:t>— Як? а де ж другий помічник?</w:t>
      </w:r>
    </w:p>
    <w:p>
      <w:r>
        <w:br/>
        <w:t>— Хворий, ваше превосходительство, а запасного агента досі чомусь не прислали.</w:t>
      </w:r>
    </w:p>
    <w:p>
      <w:r>
        <w:br/>
        <w:t>— Ну, це ж неможливо,— звернувся генерал до одного з інженерів.— Дайте депешу.</w:t>
      </w:r>
    </w:p>
    <w:p>
      <w:r>
        <w:br/>
        <w:t>— Я зараз,— вклонився той і почав писати депешу.</w:t>
      </w:r>
    </w:p>
    <w:p>
      <w:r>
        <w:br/>
        <w:t>— А вам,— знов обернувся генерал до Семафоренка,— раю після дежурства зайнятись гімнастикою. Самі побачите, як це гарно впливає на здоров’я, надає бадьорості. Ну, до побачення. Ходімо, панове.</w:t>
      </w:r>
    </w:p>
    <w:p>
      <w:r>
        <w:br/>
        <w:t>Поїзд рушив.</w:t>
      </w:r>
    </w:p>
    <w:p>
      <w:r>
        <w:br/>
        <w:t>Семафоренко, немов прибитий, приголомшений, сів записувати "отправлєніє". Начальник станції хотів щось сказати йому, але побачивши перед собою мізерну фігуру сердешного "сокола", похитав головою й пішов спати.</w:t>
      </w:r>
    </w:p>
    <w:p>
      <w:r>
        <w:br/>
        <w:t>В прозурку виглянув Невсипущий.</w:t>
      </w:r>
    </w:p>
    <w:p>
      <w:r>
        <w:br/>
        <w:t>— М-да,— муркнув він і зареготався.— Завтра розкажу Степаниді Никодимовні вашій, як ви прохали генерала, що хочете бути мокрою куркою...</w:t>
      </w:r>
    </w:p>
    <w:p>
      <w:r>
        <w:br/>
        <w:t>Семафоренко пополотнів. Вхопивши каламар, він пожбурив його в голову насмішкуватому телеграфістові, а сам упав на стільця і, схилившись над "журналом", тихо заплакав.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"Сокіл"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