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Собачці Качалова</w:t>
      </w:r>
    </w:p>
    <w:p>
      <w:r>
        <w:br/>
        <w:t xml:space="preserve"> Мій любий Джим, на щастя лапу дай.&lt;br /&gt;</w:t>
        <w:br/>
        <w:t>Такої лапи я не бачив зроду.&lt;br /&gt;</w:t>
        <w:br/>
        <w:t>При місяці погавкаєм давай&lt;br /&gt;</w:t>
        <w:br/>
        <w:t>На тиху, на безшумливу погоду.&lt;br /&gt;</w:t>
        <w:br/>
        <w:t>Мій любий Джим, на щастя лапу дай.</w:t>
      </w:r>
    </w:p>
    <w:p>
      <w:r>
        <w:br/>
        <w:t>Ну, не лижися, мов мале дитя.&lt;br /&gt;</w:t>
        <w:br/>
        <w:t>Як жаль мені: ти зрозуміть не в силі&lt;br /&gt;</w:t>
        <w:br/>
        <w:t>У чому суть, у чому зміст життя&lt;br /&gt;</w:t>
        <w:br/>
        <w:t>Й чого коштує жить на світі білім.</w:t>
      </w:r>
    </w:p>
    <w:p>
      <w:r>
        <w:br/>
        <w:t>Господар твій чарує цілий світ.&lt;br /&gt;</w:t>
        <w:br/>
        <w:t>І гості в нього — товариство творче.&lt;br /&gt;</w:t>
        <w:br/>
        <w:t>Твоєї шерсті ніжний оксамит&lt;br /&gt;</w:t>
        <w:br/>
        <w:t>Погладити з любов'ю кожен хоче.</w:t>
      </w:r>
    </w:p>
    <w:p>
      <w:r>
        <w:br/>
        <w:t>Ти справжній красень між собак усіх.&lt;br /&gt;</w:t>
        <w:br/>
        <w:t>Тобою гості люблять милуватись.&lt;br /&gt;</w:t>
        <w:br/>
        <w:t>Завжди, сказати б, з усміхом до них,&lt;br /&gt;</w:t>
        <w:br/>
        <w:t>Як п'яний друг, ти лізеш цілуватись.</w:t>
      </w:r>
    </w:p>
    <w:p>
      <w:r>
        <w:br/>
        <w:t>Мій любий Джим, повідав би мені,&lt;br /&gt;</w:t>
        <w:br/>
        <w:t>Чи не бува тут, у просторій залі,&lt;br /&gt;</w:t>
        <w:br/>
        <w:t>Поважна гостя: риси чарівні,&lt;br /&gt;</w:t>
        <w:br/>
        <w:t>Та мовчазна і сповнена печалі.</w:t>
      </w:r>
    </w:p>
    <w:p>
      <w:r>
        <w:br/>
        <w:t>Вона ще прийде, можу дать поруку.&lt;br /&gt;</w:t>
        <w:br/>
        <w:t>Ти біля неї хвостиком махни&lt;br /&gt;</w:t>
        <w:br/>
        <w:t>Й лизни за мене ніжно білу руку&lt;br /&gt;</w:t>
        <w:br/>
        <w:t>За всі гріхи з вини і без вини.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Собачці Качалова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