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Сніги Кіліманджаро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Сніги Кіліманджаро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