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Сни</w:t>
      </w:r>
    </w:p>
    <w:p>
      <w:r>
        <w:br/>
        <w:t xml:space="preserve"> &lt;p&gt;Юрій ЯЧЕЙКІН</w:t>
      </w:r>
    </w:p>
    <w:p>
      <w:r>
        <w:br/>
        <w:t>СНИ</w:t>
      </w:r>
    </w:p>
    <w:p>
      <w:r>
        <w:br/>
        <w:t>Лікар схилився над Хворим. — І ти все пам’ятаєш ? — недовірливо запитав він.</w:t>
      </w:r>
    </w:p>
    <w:p>
      <w:r>
        <w:br/>
        <w:t>— Так, — прошепотів Хворий.</w:t>
      </w:r>
    </w:p>
    <w:p>
      <w:r>
        <w:br/>
        <w:t>— Але ж це неможливо, — твердо сказав Лікар. — Адже хворі ніколи не пам’ятають своїх марень.</w:t>
      </w:r>
    </w:p>
    <w:p>
      <w:r>
        <w:br/>
        <w:t>— Не знаю...</w:t>
      </w:r>
    </w:p>
    <w:p>
      <w:r>
        <w:br/>
        <w:t>Обличчя у Хворого було змучене, йому б дати спокій, але Лікаря це дуже заінтригувало.</w:t>
      </w:r>
    </w:p>
    <w:p>
      <w:r>
        <w:br/>
        <w:t>— І що ж ти пам’ятаєш? — настирливо допитувався він.</w:t>
      </w:r>
    </w:p>
    <w:p>
      <w:r>
        <w:br/>
        <w:t>— Я пригадую річку, — очі у Хворого заблищали. — Вона була чиста і прозора. Дно її було так добре видно, що його можна було б намалювати. Кожен камінець...</w:t>
      </w:r>
    </w:p>
    <w:p>
      <w:r>
        <w:br/>
        <w:t>— Де ти бачив такі річки? — заперечив Лікар. — Річки ніколи не бувають прозорі.</w:t>
      </w:r>
    </w:p>
    <w:p>
      <w:r>
        <w:br/>
        <w:t>— Але я бачив її!</w:t>
      </w:r>
    </w:p>
    <w:p>
      <w:r>
        <w:br/>
        <w:t>— Ти бачив її уві сні. Марення...</w:t>
      </w:r>
    </w:p>
    <w:p>
      <w:r>
        <w:br/>
        <w:t>— Я занурив у неї руку і відчув приємну прохолоду...</w:t>
      </w:r>
    </w:p>
    <w:p>
      <w:r>
        <w:br/>
        <w:t>— І не загинув?</w:t>
      </w:r>
    </w:p>
    <w:p>
      <w:r>
        <w:br/>
        <w:t>— Світлі краплі падали з моїх пальців, а не застигали кам’яними бородавками...</w:t>
      </w:r>
    </w:p>
    <w:p>
      <w:r>
        <w:br/>
        <w:t>— Ха-ха-ха! — не стримався Лікар. — А що тобі ще примарилося?</w:t>
      </w:r>
    </w:p>
    <w:p>
      <w:r>
        <w:br/>
        <w:t>— Там росли квіти...</w:t>
      </w:r>
    </w:p>
    <w:p>
      <w:r>
        <w:br/>
        <w:t>— Квіти — це красиво.</w:t>
      </w:r>
    </w:p>
    <w:p>
      <w:r>
        <w:br/>
        <w:t>— Вони були ніжні, мов дотик матері. Вітер грався їхніми пелюстками...</w:t>
      </w:r>
    </w:p>
    <w:p>
      <w:r>
        <w:br/>
        <w:t>— Вітер? Грався? — здивувався Лікар. — Безглуздя! Хіба ти не знаєш, що квіти відбивають від скель молотками?</w:t>
      </w:r>
    </w:p>
    <w:p>
      <w:r>
        <w:br/>
        <w:t>— Я бачив це, — вперто заперечив Хворий, — квіти гойдалися під лагідним подихом вітру. А пелюстки ледь помітно тремтіли...</w:t>
      </w:r>
    </w:p>
    <w:p>
      <w:r>
        <w:br/>
        <w:t>— Дивовижно!</w:t>
      </w:r>
    </w:p>
    <w:p>
      <w:r>
        <w:br/>
        <w:t>— А тоді наступила ніч...</w:t>
      </w:r>
    </w:p>
    <w:p>
      <w:r>
        <w:br/>
        <w:t>— Ніч? Що це таке?</w:t>
      </w:r>
    </w:p>
    <w:p>
      <w:r>
        <w:br/>
        <w:t>— Темрява...</w:t>
      </w:r>
    </w:p>
    <w:p>
      <w:r>
        <w:br/>
        <w:t>— Темрява?! — Лікар аж похолов від непоборного ляку. — Невже ти переступив Межу Небуття? Звідти ніхто не повертався!</w:t>
      </w:r>
    </w:p>
    <w:p>
      <w:r>
        <w:br/>
        <w:t>— Ніч була чарівна, Лікарю, і безмежна... У небі спалахнули зорі...</w:t>
      </w:r>
    </w:p>
    <w:p>
      <w:r>
        <w:br/>
        <w:t>— А це що таке? Сонце?</w:t>
      </w:r>
    </w:p>
    <w:p>
      <w:r>
        <w:br/>
        <w:t>— Ні, Сонця не було. Це виглядало, як дрібні краплини золота у .чорному графіті...</w:t>
      </w:r>
    </w:p>
    <w:p>
      <w:r>
        <w:br/>
        <w:t>— Ти збожеволів! Хіба ти не знаєш, що на небі немає нічого, окрім вічного і невмирущого Сонця? Хіба ти не знаєш, що небо не може бути чорним, інакше все живе загине? Як за Межею, похмурим Кордоном Світла і Темряви.</w:t>
      </w:r>
    </w:p>
    <w:p>
      <w:r>
        <w:br/>
        <w:t>— А ще я бачив — це було останнє, — ніби я захворів і мене лікували...</w:t>
      </w:r>
    </w:p>
    <w:p>
      <w:r>
        <w:br/>
        <w:t>— Нарешті! — зрадів Лікар. — Так воно і було! Тобі щодоби давали чудодійну мікстуру — ціанистий калій.</w:t>
      </w:r>
    </w:p>
    <w:p>
      <w:r>
        <w:br/>
        <w:t>— Ні, це було не так...</w:t>
      </w:r>
    </w:p>
    <w:p>
      <w:r>
        <w:br/>
        <w:t>— Не так! Он як! Хіба я не краще знаю?</w:t>
      </w:r>
    </w:p>
    <w:p>
      <w:r>
        <w:br/>
        <w:t>— Спочатку мені поклали під пахву скляний циліндрик з ртутним стовпчиком. Це був градусомір...</w:t>
      </w:r>
    </w:p>
    <w:p>
      <w:r>
        <w:br/>
        <w:t>— Скільки градусів мала його шкала?</w:t>
      </w:r>
    </w:p>
    <w:p>
      <w:r>
        <w:br/>
        <w:t>— Сорок два...</w:t>
      </w:r>
    </w:p>
    <w:p>
      <w:r>
        <w:br/>
        <w:t>Лікар аж затрусився, стримуючи недоречний сміх.</w:t>
      </w:r>
    </w:p>
    <w:p>
      <w:r>
        <w:br/>
        <w:t>— Любий хлопчику облиш ці химерні спогади, — він поклав долоню на гаряче чоло Хворого. — Зрозумій, під твоєю пахвою той градусомір просто випарувався б...</w:t>
      </w:r>
    </w:p>
    <w:p>
      <w:r>
        <w:br/>
        <w:t>Хворий слухняно замовк і стулив важкі повіки. Він марив надзвичайним казковим світом, у якому йому життя не було б.</w:t>
      </w:r>
    </w:p>
    <w:p>
      <w:r>
        <w:br/>
        <w:t>...Ранком його ховали. Півнеба обіймало кошлате, несамовито сліпуче світило. На його палаючій поверхні вирували циклопічні протуберанці. Від розтопленого грунту, що вгинався під важкими ногами жалібної процесії, піднімалися отруйні брунатні випари.</w:t>
      </w:r>
    </w:p>
    <w:p>
      <w:r>
        <w:br/>
        <w:t>На березі киплячої річки, що шумувала розплавленим алюмінієм, процесія зупинилася.</w:t>
      </w:r>
    </w:p>
    <w:p>
      <w:r>
        <w:br/>
        <w:t>На тугоплавку труну поклали кам’яну квітку.</w:t>
      </w:r>
    </w:p>
    <w:p>
      <w:r>
        <w:br/>
        <w:t>Кварцові істоти застигли у мовчазній скорботі.</w:t>
      </w:r>
    </w:p>
    <w:p>
      <w:r>
        <w:br/>
        <w:t>Вони не знали, що місяць тому на зворотний від Сонця бік Меркурія прибула перша експедиція землян. Не знали вони також, що тиждень тому земляни зробили першу спробу встановити телепатичний контакт з недосяжними для них кам’яними аборигенами планети. Спроба закінчилася трагічно. Лікар дослідив раптово похололого Оператора і поставив діагноз — отруєння ціанистим калієм. Але що дивно: губи Оператора не пахли гірким мигдалем...</w:t>
      </w:r>
    </w:p>
    <w:p>
      <w:r>
        <w:br/>
        <w:t>© ПОЗИВНІ АЛЬФИ ЛЕБЕДЯ: Науково-фантастичні оповідання. — К.: Веселка, 1966. — 192 с. — (Наукова фантастика).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Сни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