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Сміхотливий бегемот</w:t>
      </w:r>
    </w:p>
    <w:p>
      <w:r>
        <w:br/>
        <w:t xml:space="preserve"> &lt;p&gt;На одній з верхніх приток річки Конґо жила стародавня й аристократична родина бегемотів, яка хизувалася родоводом, що сягав далі часів Всесвітнього потопу, далі появи людини — далеко в глибину віків, коли світ ще був новий.</w:t>
      </w:r>
    </w:p>
    <w:p>
      <w:r>
        <w:br/>
        <w:t>Вони завжди жили на берегах тієї самої річки, тому кожен її вигин, кожна бистрина, кожна яма й мілина, кожен камінь і пень, кожна калюжа при березі бу ли їм знайомі, мов рідні матері. Думаю, вони ще й досі там живуть.</w:t>
      </w:r>
    </w:p>
    <w:p>
      <w:r>
        <w:br/>
        <w:t>Недавно у вождиці цього бегемотського племені народилося дитя, яке назвали Кео, бо воно було товстеньке й кругле. Щоб вас не ввело це в оману, я скажу, що бегемотською мовою слово "Кео", правильно перекладене, означає "гладке й ледаче", а не "товстеньке й кругле". Однак ніхто не звернув увагу вождиці на помилку, бо ікла в неї були надзвичайно довгі й гострі, і вона вважала, що Кео — найкраще дитя на світі.</w:t>
      </w:r>
    </w:p>
    <w:p>
      <w:r>
        <w:br/>
        <w:t>Як на бегемота, Кео справді був нівроку. Він качався й грався в м'якому болоті на річкових берегах, і перевальцем ходив на суходіл пощипати листя дикої капусти, що там росла, і взагалі зранку до вечора був веселий та всім задоволений. Веселішого за нього бегемотика в стародавній родині ще не бувало. Його червоні очиці завжди сяяли радістю, при всякій нагоді він сміявся своїм радісним сміхом, а часто сміявся й без нагоди.</w:t>
      </w:r>
    </w:p>
    <w:p>
      <w:r>
        <w:br/>
        <w:t>Тому чорношкірі люди, які жили там поряд, називали його "Іппі", тобто "Веселун", хоч і не сміли підходити до нього близько через його несамовиту матір та його так само несамовитих дядьків, тіток, двоюрідних братів і сестер, які населяли берег річки.</w:t>
      </w:r>
    </w:p>
    <w:p>
      <w:r>
        <w:br/>
        <w:t>І хоч ці чорношкірі люди, що жили в невеличких селах, розкиданих поміж дерев, не сміли відкрито нападати на шляхетну родину бегемотів, та вони на диво полюбляли бегемотяче м'ясо, якщо могли його запопасти. Для бегемотів це не була таємниця. А ще, коли чорношкірим вдавалося вловити цих тварин живцем, вони каталися на них у джунглях, наче на конях, роблячи з них рабів.</w:t>
      </w:r>
    </w:p>
    <w:p>
      <w:r>
        <w:br/>
        <w:t>Отож, маючи все це на увазі, плем'я бегемотів, хоч би де внюхало масний запах чорних людей, завжди люто на них нападало і, якщо когось наздоганяло, то шматувало гострими іклами чи втоптувало в землю здоровецькими ногами.</w:t>
      </w:r>
    </w:p>
    <w:p>
      <w:r>
        <w:br/>
        <w:t>Це була безперервна війна між бегемотами та чорними людьми.</w:t>
      </w:r>
    </w:p>
    <w:p>
      <w:r>
        <w:br/>
        <w:t>Ґуї жив у маленькому сільці чорношкірих. Він був сином вождевого брата й онуком сільського чаклуна, літнього вже чоловіка, якого називали "безкосте чудо", бо він міг скрутитися кільцями, мов змій, і не мав кісток, які б перешкоджали йому згинати тіло в будь-яке положення. Через те він ходив, хитаючись, проте чорні люди дуже його шанували.</w:t>
      </w:r>
    </w:p>
    <w:p>
      <w:r>
        <w:br/>
        <w:t>Хатину Ґуї мав зліплену з гілля та глини, а одяг його складався з трав'яного килимка, обгорнутого навколо стегон. Однак те, що він був родич вождя та чаклуна, надавало йому певної гідності, а ще він дуже полюбляв подумати на самоті. І, мабуть, цілком природно, що думи його частенько зверталися до ворогів — бегемотів, і до того, що треба їх якось переловити.</w:t>
      </w:r>
    </w:p>
    <w:p>
      <w:r>
        <w:br/>
        <w:t>Нарешті Ґуї придумав як і почав копати велику яму в землі, якраз посередині між двома крутими вигинами річки. Коли яму було закінчено, він накрив її дрібними галузками й присипав землею, розрівнявши поверхню так майстерно, що ніхто б і не запідозрив, що там велика яма. Після цього Ґуї стиха засміявся сам до себе та й пішов додому вечеряти.</w:t>
      </w:r>
    </w:p>
    <w:p>
      <w:r>
        <w:br/>
        <w:t>Того вечора вождиця сказала Кео, чудовому, як на його вік, дитяті:</w:t>
      </w:r>
    </w:p>
    <w:p>
      <w:r>
        <w:br/>
        <w:t>— А збігай-но за вигин річки й попроси дядька Ніккі, хай прийде. Я знайшла незнайому рослину і хочу, щоб він сказав, чи вона їстівна.</w:t>
      </w:r>
    </w:p>
    <w:p>
      <w:r>
        <w:br/>
        <w:t>Веселун радісно засміявся й рвонув виконувати доручення, бо відчув свою важливість — як той хлопчик, котрого вперше в житті послали в бакалійну крамницю на розі купити дріжджів.</w:t>
      </w:r>
    </w:p>
    <w:p>
      <w:r>
        <w:br/>
        <w:t>— Ух-ух-ух-ух! Ух-ух-ух-ух! — отак він сміявся, і якщо ви думаєте, що бегемоти так не сміються, то прислухайтеся й переконаєтеся, що я кажу правду.</w:t>
      </w:r>
    </w:p>
    <w:p>
      <w:r>
        <w:br/>
        <w:t>Він виліз з багнюки, в якій валявся, і потупав крізь кущі. Останнє, що почула його мати, лежачи до половини у воді, а до половини на березі, було його музикальне "ух-ух-ух-ух", що стихало вдалині.</w:t>
      </w:r>
    </w:p>
    <w:p>
      <w:r>
        <w:br/>
        <w:t>У Кео був такий веселий настрій, що він не дивився, куди ступав, отож неабияк здивувався, коли посеред сміху земля під ним розійшлася — і він упав на дно глибокої ями, викопаної Ґуї. Він не покалічився, але, падаючи, боляче вдарився носом. Тому перестав сміятися й почав думати, як вилізти з ями. Кео виявив, що стіни її вищі, ніж його голова, і що він у полоні.</w:t>
      </w:r>
    </w:p>
    <w:p>
      <w:r>
        <w:br/>
        <w:t>Він трохи посміявся зі свого лиха, сміх його заспокоїв і схилив до сну, та так, що він про-хропів цілу ніч до самого ранку.</w:t>
      </w:r>
    </w:p>
    <w:p>
      <w:r>
        <w:br/>
        <w:t>Уранці Ґуї зазирнув з-за краю в яму й вигукнув:</w:t>
      </w:r>
    </w:p>
    <w:p>
      <w:r>
        <w:br/>
        <w:t>— Ти ба, це ж Іппі — Веселун!</w:t>
      </w:r>
    </w:p>
    <w:p>
      <w:r>
        <w:br/>
        <w:t>Кео впізнав запах чорного чоловіка й спробував задерти голову, щоб його вкусити. Побачивши це, Ґуї промовив бегемотською мовою, якої навчився від діда-чаклуна:</w:t>
      </w:r>
    </w:p>
    <w:p>
      <w:r>
        <w:br/>
        <w:t>— Заспокойся, малий. Ти мій полонений.</w:t>
      </w:r>
    </w:p>
    <w:p>
      <w:r>
        <w:br/>
        <w:t>— Зараз, тільки ногу тобі відкушу, якщо дістану, — відказав Кео й засміявся зі свого жарту. — Ух-ух-ух-ух!</w:t>
      </w:r>
    </w:p>
    <w:p>
      <w:r>
        <w:br/>
        <w:t>Проте Ґуї, розсудливий чорний чоловік, пішов геть, не вступаючи в балачки, і не повертався аж до наступного ранку. Коли він знову нахилився над ямою Кео, той так охляв з голоду, що вже й сміятися не міг.</w:t>
      </w:r>
    </w:p>
    <w:p>
      <w:r>
        <w:br/>
        <w:t>— Здаєшся? — спитав Ґуї, — чи й досі хочеш битися?</w:t>
      </w:r>
    </w:p>
    <w:p>
      <w:r>
        <w:br/>
        <w:t>— Що буде, якщо я здамся? — поцікавився Кео.</w:t>
      </w:r>
    </w:p>
    <w:p>
      <w:r>
        <w:br/>
        <w:t>Чорний чоловік розгублено почухав кучеряву потилицю.</w:t>
      </w:r>
    </w:p>
    <w:p>
      <w:r>
        <w:br/>
        <w:t>— Важко сказати, Іппі. Для роботи ти ще молодий, а якщо я вб'ю тебе на м'ясо, то втрачу твої ікла, бо вони ще не виросли. Чого, о, Веселуне, ти впав у мою яму? Я хотів уловити твою матір чи когось із дядьків.</w:t>
      </w:r>
    </w:p>
    <w:p>
      <w:r>
        <w:br/>
        <w:t>— Ух-ух-ух-ух! — засміявся Кео. — Доведеться мене відпустити, чорний чоловіче, якщо користі з мене ніякої!</w:t>
      </w:r>
    </w:p>
    <w:p>
      <w:r>
        <w:br/>
        <w:t>— Не відпущу, — проголосив Ґуї, — хіба що, — додав він, подумавши, — ми з тобою домовимось.</w:t>
      </w:r>
    </w:p>
    <w:p>
      <w:r>
        <w:br/>
        <w:t>— Розкажи, про що домовлятися, чорний, бо я голодний, — сказав Кео.</w:t>
      </w:r>
    </w:p>
    <w:p>
      <w:r>
        <w:br/>
        <w:t>— Я тебе відпущу, якщо ти поклянешся іклами рідного діда, що повернешся сюди через рік і день і знову станеш моїм полоненим.</w:t>
      </w:r>
    </w:p>
    <w:p>
      <w:r>
        <w:br/>
        <w:t>Юний бегемот задумався, бо знав, що це дуже урочисто — клястися дідовими іклами. Та голод мучив страшенно, а рік і день, здавалося, такий довгий час, що він сказав, ще раз безтурботно засміявшись:</w:t>
      </w:r>
    </w:p>
    <w:p>
      <w:r>
        <w:br/>
        <w:t>— Ну добре. Якщо ти мене зараз відпустиш, я клянуся дідовими іклами повернутись до тебе через рік і день і стати твоїм полоненим.</w:t>
      </w:r>
    </w:p>
    <w:p>
      <w:r>
        <w:br/>
        <w:t>Ґуї був вельми задоволений, бо знав, що через рік і день Кео буде майже геть дорослий. Тому він почав розкопувати один край ями й закидати її землею, доки не зробив схил, по якому бегемот міг би вилізти.</w:t>
      </w:r>
    </w:p>
    <w:p>
      <w:r>
        <w:br/>
        <w:t>Кео так зрадів, коли знов опинився на поверхні землі, що весело й голосно зареготав, а тоді сказав:</w:t>
      </w:r>
    </w:p>
    <w:p>
      <w:r>
        <w:br/>
        <w:t>— До побачення, Ґуї. Побачиш мене знову через рік і день.</w:t>
      </w:r>
    </w:p>
    <w:p>
      <w:r>
        <w:br/>
        <w:t>І перевальцем потрюхикав до річки, щоб побачити матір і поснідати, а Ґуї повернувся в село.</w:t>
      </w:r>
    </w:p>
    <w:p>
      <w:r>
        <w:br/>
        <w:t>У наступні місяці чорний чоловік, коли лежав у хатині чи полював у лісі, чув, як оддале-ку сміється бегемот: "Ух-ух-ух-ух". Та Ґуї тільки всміхався про себе й думав: "Рік і день проминуть швидко!"</w:t>
      </w:r>
    </w:p>
    <w:p>
      <w:r>
        <w:br/>
        <w:t>Коли Кео повернувся до матері живий-здоровий, усі члени племені переповнилися радістю, бо Веселун був загальним улюбленцем. Та коли він сказав їм, що через рік і день мусить знову стати рабом чорного чоловіка, вони почали плакати й ридати, і їхніх сліз було так багато, що річка піднялась на кілька дюймів.</w:t>
      </w:r>
    </w:p>
    <w:p>
      <w:r>
        <w:br/>
        <w:t>Звісно, Кео тільки сміявся з їхнього горя, проте було скликано загальні збори племені, щоб серйозно обговорити цю справу.</w:t>
      </w:r>
    </w:p>
    <w:p>
      <w:r>
        <w:br/>
        <w:t>— Він поклявся дідовими іклами, — сказав дядько Ніккі, — і повинен дотримати слова. Та наш обов'язок — урятувати його від смерті чи від життя в рабстві.</w:t>
      </w:r>
    </w:p>
    <w:p>
      <w:r>
        <w:br/>
        <w:t>З цим усі погодились, але ніхто не міг придумати, як урятувати Кео від лихої долі. Місяці минали, і всі родичі-бегемоти ходили сумні й похмурі — окрім самого Веселуна.</w:t>
      </w:r>
    </w:p>
    <w:p>
      <w:r>
        <w:br/>
        <w:t>Зрештою у Кео лишився всього тиждень свободи і його мати-вождиця стала така нервова й так переживала, що було скликано ще одні збори племені. До цього часу сміхотливий бегемот виріс і став просто велетенський — майже п'ятнадцять футів завдовжки і шість заввишки, — а його ікла стали біліші й міцніші, ніж у слона.</w:t>
      </w:r>
    </w:p>
    <w:p>
      <w:r>
        <w:br/>
        <w:t>— Якщо ми нічого не зробимо, щоб урятувати моє дитя, — сказала мати, — я вмру з горя.</w:t>
      </w:r>
    </w:p>
    <w:p>
      <w:r>
        <w:br/>
        <w:t>Тоді деякі з родичів почали пропонувати всякі дурниці, та врешті-решт дядько Неп, мудрий і здоровецький бегемот, сказав:</w:t>
      </w:r>
    </w:p>
    <w:p>
      <w:r>
        <w:br/>
        <w:t>— Треба нам іти до Ґлінкомока й просити в нього допомоги.</w:t>
      </w:r>
    </w:p>
    <w:p>
      <w:r>
        <w:br/>
        <w:t>І всі замовкли, бо треба було великої відваги, щоб стати перед могутнім Ґлінкомоком. Але материнська любов зрівняється з яким хочеш героїзмом.</w:t>
      </w:r>
    </w:p>
    <w:p>
      <w:r>
        <w:br/>
        <w:t>— Я сама до нього піду, якщо дядько Неп мене проведе, — швидко сказала вона.</w:t>
      </w:r>
    </w:p>
    <w:p>
      <w:r>
        <w:br/>
        <w:t>Дядько Неп задумливо поколотив передньою ногою м'яке болото й ліниво похитав з боку на бік коротким хвостом.</w:t>
      </w:r>
    </w:p>
    <w:p>
      <w:r>
        <w:br/>
        <w:t>— Ми завжди слухалися Ґлінкомока й виявляли йому велику повагу, — сказав він. — Через те я не боюся перед ним стати. Я піду з тобою.</w:t>
      </w:r>
    </w:p>
    <w:p>
      <w:r>
        <w:br/>
        <w:t>Усі інші схвально запирхали, дуже раді, що їх самих не покликали йти.</w:t>
      </w:r>
    </w:p>
    <w:p>
      <w:r>
        <w:br/>
        <w:t>Отож вождиця та дядько Неп разом з Кео, що плив поміж ними, вирушили в дорогу. Вони пливли вгору по річці цілий день, і ще один, і під вечір припливли до високої й стрімкої, мов стіна, скелі, під якою була печера, де мешкав могутній Ґлінкомок.</w:t>
      </w:r>
    </w:p>
    <w:p>
      <w:r>
        <w:br/>
        <w:t>Це страхітливе створіння було трохи звіром, трохи людиною, трохи птахом і трохи рибою. Жило воно тут од початків світу й завдяки мудрості років стало трохи чаклуном, трохи чарівником, трохи магом і трохи ворожбитом. Люди його не знали, а от древні звірі знали й боялися.</w:t>
      </w:r>
    </w:p>
    <w:p>
      <w:r>
        <w:br/>
        <w:t>Троє бегемотів затрималися перед печерою, з передніми ногами на березі й тілом у воді, й хором вигукнули привітання Ґлінкомокові. Одразу ж по тому вхід у печеру потемнішав і створіння висковзнуло до них у цілковитій тиші.</w:t>
      </w:r>
    </w:p>
    <w:p>
      <w:r>
        <w:br/>
        <w:t>Бегемоти боялись на нього глянути й поховали голови між ноги.</w:t>
      </w:r>
    </w:p>
    <w:p>
      <w:r>
        <w:br/>
        <w:t>— Ми прийшли, о, Ґлінкомоче, благати твого милосердя й дружньої допомоги, — почав дядько Неп і розповів про полон Кео, і як той пообіцяв повернутися до чорного чоловіка.</w:t>
      </w:r>
    </w:p>
    <w:p>
      <w:r>
        <w:br/>
        <w:t>— Він мусить дотримати обіцянки, — сказало створіння голосом, схожим на зітхання.</w:t>
      </w:r>
    </w:p>
    <w:p>
      <w:r>
        <w:br/>
        <w:t>Мати-бегемотиха голосно застогнала.</w:t>
      </w:r>
    </w:p>
    <w:p>
      <w:r>
        <w:br/>
        <w:t>— Але я його підготую, і він подолає чорного чоловіка й поверне собі свободу, — продовжив Ґлінкомок.</w:t>
      </w:r>
    </w:p>
    <w:p>
      <w:r>
        <w:br/>
        <w:t>Кео засміявся.</w:t>
      </w:r>
    </w:p>
    <w:p>
      <w:r>
        <w:br/>
        <w:t>— Підніми праву лапу, — наказав Ґлінкомок. Кео підкорився, і створіння торкнулось його ноги довгим волохатим язиком. Потім подержало чотири кістляві руки над схиленою головою Кео й пробурмотіло якісь слова мовою, невідомою ні людині, ні звірові, ні птахові, ні рибі. По тому знов промовило бегемот-ською:</w:t>
      </w:r>
    </w:p>
    <w:p>
      <w:r>
        <w:br/>
        <w:t>— Твоя шкура тепер стала така тверда, що людина її не ушкодить. Сила твоя більша, ніж у десяти слонів. Ноги такі швидкі, що ти легко переганятимеш вітер. Розум гостріший за тернові колючки. Хай людина тебе боїться, а ти навіки вижени страх з грудей, бо з усього твого роду ти — наймогутніший!</w:t>
      </w:r>
    </w:p>
    <w:p>
      <w:r>
        <w:br/>
        <w:t>Потім жахливий Ґлінкомок нахилився й Кео відчув його палючий вогненний подих, коли він шепотів йому на вухо дальші вказівки. У наступну мить Ґлінкомок ковзнув назад у свою печеру і навздогін йому полетіли голосні подяки трьох бегемотів, які сповзли у воду й негайно вирушили додому.</w:t>
      </w:r>
    </w:p>
    <w:p>
      <w:r>
        <w:br/>
        <w:t>Материне серце було сповнене радості. Дядько Неп зрідка здригався, коли згадував Ґлінкомоків вигляд; а Кео веселився, як тільки міг, і, не вдовольняючись плаванням зі сповненими гідності старшими, пірнав попід ними, обпливав навколо них колами й щасливо сміявся на кожнісінькому дюймі дороги додому.</w:t>
      </w:r>
    </w:p>
    <w:p>
      <w:r>
        <w:br/>
        <w:t>Плем'я дуже раділо й славило могутнього Ґлінкомока за те, що допоміг синові вождиці. А коли настав день, щоб Веселун ішов здаватися чорному чоловікові, усі поцілували його на прощання без найменшого страху за його безпеку.</w:t>
      </w:r>
    </w:p>
    <w:p>
      <w:r>
        <w:br/>
        <w:t>Кео подався в джунглі в доброму гуморі, і всі чули його "ух-ух-ух-ух!" ще довго по тому, як він зник з очей.</w:t>
      </w:r>
    </w:p>
    <w:p>
      <w:r>
        <w:br/>
        <w:t>Ґуї лічив дні й знав, коли очікувати Кео. Проте він був приголомшений, який велетенський виріс його полоняник, і похвалив себе за мудру угоду, котру уклав рік тому. Кео був такий гладкий, що Ґуї сповнився рішучості його з'їсти — так, усього він не подужає, але недоїдену тушу продасть односельцям.</w:t>
      </w:r>
    </w:p>
    <w:p>
      <w:r>
        <w:br/>
        <w:t>Тож він узяв ножа й спробував його встромити в бегемота, проте шкура була така цупка, що ніж її не проткнув. Ґуї спробував інших знарядь, проте й вони не завдали Кео ані найменшої подряпини.</w:t>
      </w:r>
    </w:p>
    <w:p>
      <w:r>
        <w:br/>
        <w:t>Тепер Веселун засміявся своїм найрадіснішим сміхом, аж навколишні ліси обізвалися луною: "Ух-ух-ух-ух". І Ґуї вирішив не вбивати бегемота, оскільки це неможливо, а використовувати його як тяглову тварину. Він виліз Кео на спину і наказав йому йти. Кео жваво потрюхикав по селу, і його малі очиці весело сяяли.</w:t>
      </w:r>
    </w:p>
    <w:p>
      <w:r>
        <w:br/>
        <w:t>Іншим чорношкірим дуже сподобався сусідів полоняник, і вони почали просити дозволу покататися на Веселуновій спині. І Ґуї дозволив</w:t>
      </w:r>
    </w:p>
    <w:p>
      <w:r>
        <w:br/>
        <w:t>— взамін за браслети, ракушкове намисто й маленькі золоті прикраси, доки не назбирав цілу купу брязкалець. Тоді десяток чорних людей вилізло Кео на спину і найближчий до носа крикнув:</w:t>
      </w:r>
    </w:p>
    <w:p>
      <w:r>
        <w:br/>
        <w:t>— Біжи, болотяний собако! Біжи!</w:t>
      </w:r>
    </w:p>
    <w:p>
      <w:r>
        <w:br/>
        <w:t>І Кео побіг. Він ступав м'яко, мов вітер, і мчав од села, лісом, прямо на берег річки. Чорношкірі вили зі страху, Веселун ревів зі сміху</w:t>
      </w:r>
    </w:p>
    <w:p>
      <w:r>
        <w:br/>
        <w:t>— і мчав їх далі, далі й далі!</w:t>
      </w:r>
    </w:p>
    <w:p>
      <w:r>
        <w:br/>
        <w:t>А тоді перед ними, на тому березі річки, з'явився чорний вхід Ґлінкомокової печери. Кео кинувся у воду, пірнув на дно, кинувши чорних людей боротися з течією і випливати самих. Та Ґлінкомок почув регіт Кео й знав, що робити. Коли Веселун виплив на поверхню й видмухав воду з горлянки, жодного чорношкірого не було видно.</w:t>
      </w:r>
    </w:p>
    <w:p>
      <w:r>
        <w:br/>
        <w:t>Кео повернувся в село один, і Ґуї здивовано його спитав:</w:t>
      </w:r>
    </w:p>
    <w:p>
      <w:r>
        <w:br/>
        <w:t>— Де мої брати?</w:t>
      </w:r>
    </w:p>
    <w:p>
      <w:r>
        <w:br/>
        <w:t>— Не знаю, — відповів Кео. — Я завіз їх далеко, й вони лишились там, де я їх покинув.</w:t>
      </w:r>
    </w:p>
    <w:p>
      <w:r>
        <w:br/>
        <w:t>Ґуї розпитував би ще, однак нова юрба чорношкірих нетерпляче чекала катання на спині сміхотливого бегемота. Вони заплатили ціну й повилазили на свої місця, після чого передній сказав:</w:t>
      </w:r>
    </w:p>
    <w:p>
      <w:r>
        <w:br/>
        <w:t>— Біжи, болотяна нечупаро! Біжи!</w:t>
      </w:r>
    </w:p>
    <w:p>
      <w:r>
        <w:br/>
        <w:t>І Кео побіг так само, як перед цим, одвіз їх до входу в Ґлінкомокову печеру й повернувся один.</w:t>
      </w:r>
    </w:p>
    <w:p>
      <w:r>
        <w:br/>
        <w:t>Але тепер Ґуї стривожився долею земляків, бо лишився єдиним чорним чоловіком у селі. Тож він виліз на бегемота й крикнув:</w:t>
      </w:r>
    </w:p>
    <w:p>
      <w:r>
        <w:br/>
        <w:t>— Біжи, болотяний кнуряко! Біжи!</w:t>
      </w:r>
    </w:p>
    <w:p>
      <w:r>
        <w:br/>
        <w:t>Кео засміявся своїм веселим "ух-ух-ух-ух!" і помчав зі швидкістю вітру. Але тепер він біг прямо на берег, де жило його рідне плем'я, і, як добіг, забрів у річку, пірнув на дно й лишив Ґуї плавати на бистрині.</w:t>
      </w:r>
    </w:p>
    <w:p>
      <w:r>
        <w:br/>
        <w:t>Чорний чоловік почав пливти до правого берега, але побачив, що там дядько Неп і половина племені чекають, щоб утоптати його в намул. Тому він повернув до лівого берега, а там стояла вождиця-мати та дядько Ніккі, червоноокий і злий — обоє тільки й чекали, щоб розтерзати його іклами.</w:t>
      </w:r>
    </w:p>
    <w:p>
      <w:r>
        <w:br/>
        <w:t>Ґуї з жаху голосно заверещав і, помітивши Веселуна, що плавав неподалік, вигукнув:</w:t>
      </w:r>
    </w:p>
    <w:p>
      <w:r>
        <w:br/>
        <w:t>— Рятуй мене, Кео! Врятуй, і відпущу тебе з рабства!</w:t>
      </w:r>
    </w:p>
    <w:p>
      <w:r>
        <w:br/>
        <w:t>— Цього мало, — засміявся Кео.</w:t>
      </w:r>
    </w:p>
    <w:p>
      <w:r>
        <w:br/>
        <w:t>— Я служитиму тобі все життя! — заверещав Ґуї, — робитиму все, що накажеш!</w:t>
      </w:r>
    </w:p>
    <w:p>
      <w:r>
        <w:br/>
        <w:t>— А повернешся через рік і день, щоб стати моїм полоненим, якщо я дозволю тобі втекти?</w:t>
      </w:r>
    </w:p>
    <w:p>
      <w:r>
        <w:br/>
        <w:t>— Повернусь! Повернусь! Повернусь! — вигукнув Ґуї.</w:t>
      </w:r>
    </w:p>
    <w:p>
      <w:r>
        <w:br/>
        <w:t>— Поклянись кістками свого діда, — наказав Кео, пам'ятаючи, що в чорношкірих людей немає іклів, щоб клястися.</w:t>
      </w:r>
    </w:p>
    <w:p>
      <w:r>
        <w:br/>
        <w:t>І Ґуї поклявся кістками свого діда.</w:t>
      </w:r>
    </w:p>
    <w:p>
      <w:r>
        <w:br/>
        <w:t>Тоді Кео підплив до чорношкірого і той знову виліз йому на спину. Так вони добралися до берега, де Кео сказав матері і всьому племені про угоду, яку уклав з Ґуї, — що той повернеться через рік і день і стане його рабом.</w:t>
      </w:r>
    </w:p>
    <w:p>
      <w:r>
        <w:br/>
        <w:t>Через те чорному чоловікові дозволили піти з миром, а Веселун жив собі серед своїх і був щасливий.</w:t>
      </w:r>
    </w:p>
    <w:p>
      <w:r>
        <w:br/>
        <w:t>Коли минув рік і день, Кео почав виглядати повернення Ґуї, однак той не прийшов — ні тоді, ні навіть пізніше.</w:t>
      </w:r>
    </w:p>
    <w:p>
      <w:r>
        <w:br/>
        <w:t>Бо чорний чоловік зав'язав у вузлик свої браслети, ракушкове намисто та маленькі золоті прикраси і помандрував за багато миль в інший край, де про стародавнє й шляхетне плем'я бегемотів ніхто нічого не знав. Завдяки своєму багатству він став там великим вождем і всі люди йому кланялися.</w:t>
      </w:r>
    </w:p>
    <w:p>
      <w:r>
        <w:br/>
        <w:t>Удень він був гордий та пишний. А от уночі він трусився й крутився на ліжку й не міг заснути. Совість його мучила.</w:t>
      </w:r>
    </w:p>
    <w:p>
      <w:r>
        <w:br/>
        <w:t>Бо він поклявся кістками рідного діда, а в його діда не було кісток.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Сміхотливий бегемот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