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Сміхота</w:t>
      </w:r>
    </w:p>
    <w:p>
      <w:r>
        <w:br/>
        <w:t xml:space="preserve"> Кіт коту котив м’яча –&lt;br /&gt;</w:t>
        <w:br/>
        <w:t>і нявчав.&lt;br /&gt;</w:t>
        <w:br/>
        <w:t>Кіт коту котив м’яча –&lt;br /&gt;</w:t>
        <w:br/>
        <w:t>і мовчав.</w:t>
      </w:r>
    </w:p>
    <w:p>
      <w:r>
        <w:br/>
        <w:t>Перестрілись два коти –&lt;br /&gt;</w:t>
        <w:br/>
        <w:t>кіт кота перекотив.&lt;br /&gt;</w:t>
        <w:br/>
        <w:t>М’яч спіткнувся об м’яча –&lt;br /&gt;</w:t>
        <w:br/>
        <w:t>і його перенявчав.</w:t>
      </w:r>
    </w:p>
    <w:p>
      <w:r>
        <w:br/>
        <w:t>Метушились, гнулись, пнулись,&lt;br /&gt;</w:t>
        <w:br/>
        <w:t>і, нарешті, розминулись.</w:t>
      </w:r>
    </w:p>
    <w:p>
      <w:r>
        <w:br/>
        <w:t>М’яч м’ячу котив м’яча –&lt;br /&gt;</w:t>
        <w:br/>
        <w:t>і нявчав.&lt;br /&gt;</w:t>
        <w:br/>
        <w:t>Кіт коту котив кота…&lt;br /&gt;</w:t>
        <w:br/>
        <w:t>Сміхота!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