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Смієшся ти, але спитатись треба...</w:t>
      </w:r>
    </w:p>
    <w:p>
      <w:r>
        <w:br/>
        <w:t xml:space="preserve"> Смієшся ти, але спитатись треба:&lt;br /&gt;</w:t>
        <w:br/>
        <w:t>Ти з кого так смієшся і за що?&lt;br /&gt;</w:t>
        <w:br/>
        <w:t>З такого смійсь, що розганявсь до неба,&lt;br /&gt;</w:t>
        <w:br/>
        <w:t>А низько сів, пошився сам в ніщо.</w:t>
      </w:r>
    </w:p>
    <w:p>
      <w:r>
        <w:br/>
        <w:t>З такого смійсь, що світ пройти хвалився,&lt;br /&gt;</w:t>
        <w:br/>
        <w:t>Але спіткнувсь на першому ступні&lt;br /&gt;</w:t>
        <w:br/>
        <w:t>І сльози ллє, що, бачте, помилився,&lt;br /&gt;</w:t>
        <w:br/>
        <w:t>Бо сльози ті — дурні!</w:t>
      </w:r>
    </w:p>
    <w:p>
      <w:r>
        <w:br/>
        <w:t>Я не літав в надзоряні країни,&lt;br /&gt;</w:t>
        <w:br/>
        <w:t>А все державсь бездольної землі;&lt;br /&gt;</w:t>
        <w:br/>
        <w:t>Боровся я за щастя для людини,&lt;br /&gt;</w:t>
        <w:br/>
        <w:t>За світло в чорній млі.</w:t>
      </w:r>
    </w:p>
    <w:p>
      <w:r>
        <w:br/>
        <w:t>Та що робить з тупим, як камінь, мізком,&lt;br /&gt;</w:t>
        <w:br/>
        <w:t>Чим розігнать нерушливість глуху?&lt;br /&gt;</w:t>
        <w:br/>
        <w:t>Хоч вороги сиділи тишком-нишком —&lt;br /&gt;</w:t>
        <w:br/>
        <w:t>Не стало сил: я впав серед шляху.</w:t>
      </w:r>
    </w:p>
    <w:p>
      <w:r>
        <w:br/>
        <w:t>Лежав там камінь нелегкий,&lt;br /&gt;</w:t>
        <w:br/>
        <w:t>Віками в землю вріс,&lt;br /&gt;</w:t>
        <w:br/>
        <w:t>Але набіг струмець швидкий,-&lt;br /&gt;</w:t>
        <w:br/>
        <w:t>В далекий яр поніс.</w:t>
      </w:r>
    </w:p>
    <w:p>
      <w:r>
        <w:br/>
        <w:t>Так прагну я свого кінця,&lt;br /&gt;</w:t>
        <w:br/>
        <w:t>Жду не діждусь давно,&lt;br /&gt;</w:t>
        <w:br/>
        <w:t>Щоб хвилі бистрого струмця&lt;br /&gt;</w:t>
        <w:br/>
        <w:t>Десь кинули на 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Смієшся ти, але спитатись треба...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