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Смерека</w:t>
      </w:r>
    </w:p>
    <w:p>
      <w:r>
        <w:br/>
        <w:t xml:space="preserve"> Я знав колись твій рід… На склонах Чорногори,&lt;br /&gt;</w:t>
        <w:br/>
        <w:t>Де в хмарах громи сплять, орлів де вітчина,&lt;br /&gt;</w:t>
        <w:br/>
        <w:t>Стоять твоїх сестриць великі темні бори,&lt;br /&gt;</w:t>
        <w:br/>
        <w:t>Над ними ходить ніч, сон, зорі, тишина…</w:t>
      </w:r>
    </w:p>
    <w:p>
      <w:r>
        <w:br/>
        <w:t>Там вирвали тебе із рідної оселі,&lt;br /&gt;</w:t>
        <w:br/>
        <w:t>В чужий віддали світ — далеко від сестер;&lt;br /&gt;</w:t>
        <w:br/>
        <w:t>Веліли нидіти в глухій міській пустелі&lt;br /&gt;</w:t>
        <w:br/>
        <w:t>Та тінню прикривать брудний, обдертий сквер.</w:t>
      </w:r>
    </w:p>
    <w:p>
      <w:r>
        <w:br/>
        <w:t>І знаю я, що все в нічну глибоку пору&lt;br /&gt;</w:t>
        <w:br/>
        <w:t>Знімаєш болісно зчорнілі рамена&lt;br /&gt;</w:t>
        <w:br/>
        <w:t>І думи свої шлеш у рідну Чорногору,&lt;br /&gt;</w:t>
        <w:br/>
        <w:t>Де в хмарах хмари сплять, де орлів вітчина…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