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Сльоза Пікассо</w:t>
      </w:r>
    </w:p>
    <w:p>
      <w:r>
        <w:br/>
        <w:t xml:space="preserve"> &lt;blockquote&gt;Мир разложил на части Пикассо.&lt;br /&gt;</w:t>
        <w:br/>
        <w:t>Слеза стекает.&lt;br /&gt;</w:t>
        <w:br/>
        <w:t>Разложи! Попробуй!&lt;br /&gt;</w:t>
        <w:br/>
        <w:t>Евг. Винокуров &lt;/blockquote&gt;&lt;br /&gt;</w:t>
        <w:br/>
        <w:t>І&lt;br /&gt;</w:t>
        <w:br/>
        <w:t>Літо пилося,&lt;br /&gt;</w:t>
        <w:br/>
        <w:t>літо їлося,&lt;br /&gt;</w:t>
        <w:br/>
        <w:t>Літо кипіло вишнево,&lt;br /&gt;</w:t>
        <w:br/>
        <w:t>лутово,&lt;br /&gt;</w:t>
        <w:br/>
        <w:t>Густо сміялося,&lt;br /&gt;</w:t>
        <w:br/>
        <w:t>половіло,&lt;br /&gt;</w:t>
        <w:br/>
        <w:t>Переморгувалось зеленоброво.&lt;br /&gt;</w:t>
        <w:br/>
        <w:t>А ми за руки, аж пальців хрускіт,&lt;br /&gt;</w:t>
        <w:br/>
        <w:t>Аж регіт звивався під пахви осик.&lt;br /&gt;</w:t>
        <w:br/>
        <w:t>За хвилями книг,&lt;br /&gt;</w:t>
        <w:br/>
        <w:t>в сторінковім плюскоті&lt;br /&gt;</w:t>
        <w:br/>
        <w:t>Відкрили шалений його материк.&lt;br /&gt;</w:t>
        <w:br/>
        <w:t>І раптом у гаморі магазиннім&lt;br /&gt;</w:t>
        <w:br/>
        <w:t>Все спалахнуло, аж день злякався!&lt;br /&gt;</w:t>
        <w:br/>
        <w:t>Все стало синім, місячно-синім —&lt;br /&gt;</w:t>
        <w:br/>
        <w:t>Засвітилась сльоза Пікассо.&lt;br /&gt;</w:t>
        <w:br/>
        <w:t>І зайнялися в дівчини зорі,&lt;br /&gt;</w:t>
        <w:br/>
        <w:t>І прикипіли карі:&lt;br /&gt;</w:t>
        <w:br/>
        <w:t>"Та ну!!"&lt;br /&gt;</w:t>
        <w:br/>
        <w:t>Тонуть у морі, тонуть і в горі —&lt;br /&gt;</w:t>
        <w:br/>
        <w:t>І ми в сльозі потонули.&lt;br /&gt;</w:t>
        <w:br/>
        <w:t>ІІ&lt;br /&gt;</w:t>
        <w:br/>
        <w:t>Діти плачуть, і плачуть дерева.&lt;br /&gt;</w:t>
        <w:br/>
        <w:t>У мами не очі, а дві сльози.&lt;br /&gt;</w:t>
        <w:br/>
        <w:t>Синхрофазотрони ридають, як леви,&lt;br /&gt;</w:t>
        <w:br/>
        <w:t>І фіолетовий плач в грози.&lt;br /&gt;</w:t>
        <w:br/>
        <w:t>Передані сльози оркестрам і лірам,&lt;br /&gt;</w:t>
        <w:br/>
        <w:t>Митцям передані,&lt;br /&gt;</w:t>
        <w:br/>
        <w:t>бо людям ніколи,-&lt;br /&gt;</w:t>
        <w:br/>
        <w:t>Художники плачуть&lt;br /&gt;</w:t>
        <w:br/>
        <w:t>"Королем Ліром",&lt;br /&gt;</w:t>
        <w:br/>
        <w:t>"Снігами Кіліманджаро"&lt;br /&gt;</w:t>
        <w:br/>
        <w:t>і "Гернікою"...&lt;br /&gt;</w:t>
        <w:br/>
        <w:t>Ill&lt;br /&gt;</w:t>
        <w:br/>
        <w:t>Пройшов крізь Сезана, Моне і Мане,&lt;br /&gt;</w:t>
        <w:br/>
        <w:t>"Валькірією" захлинувся в Одесі...&lt;br /&gt;</w:t>
        <w:br/>
        <w:t>Майнуло — і він мене промине,&lt;br /&gt;</w:t>
        <w:br/>
        <w:t>Чи я загублю його десь.&lt;br /&gt;</w:t>
        <w:br/>
        <w:t>Всякі пророки злісно шептали:&lt;br /&gt;</w:t>
        <w:br/>
        <w:t>"Він шизофренік, не йди в його очі".&lt;br /&gt;</w:t>
        <w:br/>
        <w:t>І поетичні муки танталові&lt;br /&gt;</w:t>
        <w:br/>
        <w:t>Злякано врочили.&lt;br /&gt;</w:t>
        <w:br/>
        <w:t>Та в серці цей каторжник,&lt;br /&gt;</w:t>
        <w:br/>
        <w:t>чорт в синцях,&lt;br /&gt;</w:t>
        <w:br/>
        <w:t>Денно і нощно мне глину й залізо.&lt;br /&gt;</w:t>
        <w:br/>
        <w:t>Чорна фуфайка йому до лиця,&lt;br /&gt;</w:t>
        <w:br/>
        <w:t>"Юманіте" у кишені навскіс.&lt;br /&gt;</w:t>
        <w:br/>
        <w:t>Атомні сльози течуть в імлі&lt;br /&gt;</w:t>
        <w:br/>
        <w:t>На чистий пензель солоною правдою.&lt;br /&gt;</w:t>
        <w:br/>
        <w:t>Він сам — геніальна сльоза Землі&lt;br /&gt;</w:t>
        <w:br/>
        <w:t>В штанах, замурзаних райдугою!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Сльоза Пікассо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