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Ель</w:t>
      </w:r>
    </w:p>
    <w:p>
      <w:r>
        <w:br/>
        <w:t xml:space="preserve"> Велемир Хлєбников&lt;br /&gt;</w:t>
        <w:br/>
        <w:t>Слово про Ель</w:t>
      </w:r>
    </w:p>
    <w:p>
      <w:r>
        <w:br/>
        <w:t>Перекладач: Володимир Підпалий&lt;br /&gt;</w:t>
        <w:br/>
        <w:t>Джерело: З газети: "Літературна Україна" від 20 жовтня 2005 р.</w:t>
      </w:r>
    </w:p>
    <w:p>
      <w:r>
        <w:br/>
        <w:t>Коли вагу кораблів&lt;br /&gt;</w:t>
        <w:br/>
        <w:t>Перелили на груди,&lt;br /&gt;</w:t>
        <w:br/>
        <w:t>Ми говорили: бачиш, ярмо&lt;br /&gt;</w:t>
        <w:br/>
        <w:t>На шиї бурлаки.&lt;br /&gt;</w:t>
        <w:br/>
        <w:t>Коли казився кам'яний потік,&lt;br /&gt;</w:t>
        <w:br/>
        <w:t>Листям в долину падаючи,&lt;br /&gt;</w:t>
        <w:br/>
        <w:t>Ми говорили — то лавина.&lt;br /&gt;</w:t>
        <w:br/>
        <w:t>Коли плескіт хвиль бив моржа,&lt;br /&gt;</w:t>
        <w:br/>
        <w:t>Ми говорили, що це ласти.&lt;br /&gt;</w:t>
        <w:br/>
        <w:t>Коли ховав узимку сніг&lt;br /&gt;</w:t>
        <w:br/>
        <w:t>Слід нічний звіролова,&lt;br /&gt;</w:t>
        <w:br/>
        <w:t>Ми говорили, що це лижі&lt;br /&gt;</w:t>
        <w:br/>
        <w:t>Як хвиля гойдає човен&lt;br /&gt;</w:t>
        <w:br/>
        <w:t>І носить ношу людську,&lt;br /&gt;</w:t>
        <w:br/>
        <w:t>Ми говоримо, що це човен.&lt;br /&gt;</w:t>
        <w:br/>
        <w:t>Коли копито широке&lt;br /&gt;</w:t>
        <w:br/>
        <w:t>Лося втримує на мочарі,&lt;br /&gt;</w:t>
        <w:br/>
        <w:t>Ми говоримо, що це лапа.&lt;br /&gt;</w:t>
        <w:br/>
        <w:t>А на розлогі роги&lt;br /&gt;</w:t>
        <w:br/>
        <w:t>Ми говоримо — лось і лань.&lt;br /&gt;</w:t>
        <w:br/>
        <w:t>Крізь пароплав захриплий&lt;br /&gt;</w:t>
        <w:br/>
        <w:t>Лопать зігнуту я побачив:&lt;br /&gt;</w:t>
        <w:br/>
        <w:t>Вона штовхала вагу води,&lt;br /&gt;</w:t>
        <w:br/>
        <w:t>І промінь води забув про безодню.&lt;br /&gt;</w:t>
        <w:br/>
        <w:t>Коли дошка на грудях воїна&lt;br /&gt;</w:t>
        <w:br/>
        <w:t>Ловила списи і стрілу,&lt;br /&gt;</w:t>
        <w:br/>
        <w:t>Ми говорили, що це лати.&lt;br /&gt;</w:t>
        <w:br/>
        <w:t>Коли квітів широкий листок&lt;br /&gt;</w:t>
        <w:br/>
        <w:t>Облаву вчиня на промінь,&lt;br /&gt;</w:t>
        <w:br/>
        <w:t>Ми говоримо — протяглий листок.&lt;br /&gt;</w:t>
        <w:br/>
        <w:t>Коли перемножити листя,&lt;br /&gt;</w:t>
        <w:br/>
        <w:t>Ми говоримо, що це ліс.&lt;br /&gt;</w:t>
        <w:br/>
        <w:t>Коли ластів'їна пір'їна&lt;br /&gt;</w:t>
        <w:br/>
        <w:t>Стане, мов крапля синього дощу,&lt;br /&gt;</w:t>
        <w:br/>
        <w:t>І птиця проллється краплею ваги&lt;br /&gt;</w:t>
        <w:br/>
        <w:t>І на листок ляже її тягар,&lt;br /&gt;</w:t>
        <w:br/>
        <w:t>Ми говоримо, що вона літає,&lt;br /&gt;</w:t>
        <w:br/>
        <w:t>Сиплючи погляди самозванки.&lt;br /&gt;</w:t>
        <w:br/>
        <w:t>Коли я лежу на лежанці&lt;br /&gt;</w:t>
        <w:br/>
        <w:t>На ложі облога у лузі,&lt;br /&gt;</w:t>
        <w:br/>
        <w:t>Я сам змайстрував із тіла човен&lt;br /&gt;</w:t>
        <w:br/>
        <w:t>І тіло в полоні лінощів.&lt;br /&gt;</w:t>
        <w:br/>
        <w:t>Убоїще я, ледащо чи човен?&lt;br /&gt;</w:t>
        <w:br/>
        <w:t>Довкола, як повені, лінощів.&lt;br /&gt;</w:t>
        <w:br/>
        <w:t>Як пальці побігли в долоню,&lt;br /&gt;</w:t>
        <w:br/>
        <w:t>Як легінь не рушить листя,&lt;br /&gt;</w:t>
        <w:br/>
        <w:t>Казали ми — немічний вітер.&lt;br /&gt;</w:t>
        <w:br/>
        <w:t>Коли вода — широкий камінь,&lt;br /&gt;</w:t>
        <w:br/>
        <w:t>Широкий діл сніговий,&lt;br /&gt;</w:t>
        <w:br/>
        <w:t>Казали ми, що це лід.&lt;br /&gt;</w:t>
        <w:br/>
        <w:t>Лід — білий лист води.&lt;br /&gt;</w:t>
        <w:br/>
        <w:t>Хто не лежить в час руху&lt;br /&gt;</w:t>
        <w:br/>
        <w:t>Тілом звірячим — стоїть,&lt;br /&gt;</w:t>
        <w:br/>
        <w:t>Того нарекли — нарід.&lt;br /&gt;</w:t>
        <w:br/>
        <w:t>Черпаємо воду з ложки.&lt;br /&gt;</w:t>
        <w:br/>
        <w:t>Самотній, він вискочка звірів,&lt;br /&gt;</w:t>
        <w:br/>
        <w:t>З попереком, як тополя,&lt;br /&gt;</w:t>
        <w:br/>
        <w:t>Що не лежить попереком звірів,&lt;br /&gt;</w:t>
        <w:br/>
        <w:t>Прямовисне двоноге,&lt;br /&gt;</w:t>
        <w:br/>
        <w:t>Тебе назвали через нарід.&lt;br /&gt;</w:t>
        <w:br/>
        <w:t>В калюжу скрапують пальці,&lt;br /&gt;</w:t>
        <w:br/>
        <w:t>Ми кажемо — то долоня.&lt;br /&gt;</w:t>
        <w:br/>
        <w:t>Ми летимо, як легкі,&lt;br /&gt;</w:t>
        <w:br/>
        <w:t>Легкі ми, коли ми люди — з людьми —&lt;br /&gt;</w:t>
        <w:br/>
        <w:t>Любимо. Залюблені — людяні.&lt;br /&gt;</w:t>
        <w:br/>
        <w:t>Ель — це ті легкі Лелі.&lt;br /&gt;</w:t>
        <w:br/>
        <w:t>Крапель чудовний дощ,&lt;br /&gt;</w:t>
        <w:br/>
        <w:t>Ель — наче промінь сущого,&lt;br /&gt;</w:t>
        <w:br/>
        <w:t>Що пронизує площину човна.&lt;br /&gt;</w:t>
        <w:br/>
        <w:t>Нитка дощу й калюжа.&lt;br /&gt;</w:t>
        <w:br/>
        <w:t>Ель — шлях краплі із висі,&lt;br /&gt;</w:t>
        <w:br/>
        <w:t>Полишений широкою&lt;br /&gt;</w:t>
        <w:br/>
        <w:t>Площиною.&lt;br /&gt;</w:t>
        <w:br/>
        <w:t>В таїні любові наказ&lt;br /&gt;</w:t>
        <w:br/>
        <w:t>Любити людей,&lt;br /&gt;</w:t>
        <w:br/>
        <w:t>І люди ті, котрих ми маєм любити.&lt;br /&gt;</w:t>
        <w:br/>
        <w:t>Дощем веселим улюбленець матері —&lt;br /&gt;</w:t>
        <w:br/>
        <w:t>Калюжа дитя.&lt;br /&gt;</w:t>
        <w:br/>
        <w:t>Коли обширом площі зупинена крапка — то Ель,&lt;br /&gt;</w:t>
        <w:br/>
        <w:t>Сила руху, применшена&lt;br /&gt;</w:t>
        <w:br/>
        <w:t>Площиною прикладки, — це Ель,&lt;br /&gt;</w:t>
        <w:br/>
        <w:t>Такий силовий пристрій,&lt;br /&gt;</w:t>
        <w:br/>
        <w:t>За Ель захований.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