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Слони</w:t>
      </w:r>
    </w:p>
    <w:p>
      <w:r>
        <w:br/>
        <w:t xml:space="preserve"> Шарль Леконт де Ліль&lt;br /&gt;</w:t>
        <w:br/>
        <w:t>Слони</w:t>
      </w:r>
    </w:p>
    <w:p>
      <w:r>
        <w:br/>
        <w:t>Перекладач: М.Драй-Хмара</w:t>
      </w:r>
    </w:p>
    <w:p>
      <w:r>
        <w:br/>
        <w:t>Пісок, рудий пісок, як море те безкрає,&lt;br /&gt;</w:t>
        <w:br/>
        <w:t>застиг в розпеченім, гарячім логві й спить,&lt;br /&gt;</w:t>
        <w:br/>
        <w:t>а сонне марево хвилюється й тремтить&lt;br /&gt;</w:t>
        <w:br/>
        <w:t>над мідним обрієм, де чоловік блукає.</w:t>
      </w:r>
    </w:p>
    <w:p>
      <w:r>
        <w:br/>
        <w:t>Навколо мертвий сон. Наївшись, прилягла&lt;br /&gt;</w:t>
        <w:br/>
        <w:t>левиця в глибині нагірної печери,&lt;br /&gt;</w:t>
        <w:br/>
        <w:t>а там, під пальмами, що знають їх пантери,&lt;br /&gt;</w:t>
        <w:br/>
        <w:t>жирафа воду п'є з ясного джерела.</w:t>
      </w:r>
    </w:p>
    <w:p>
      <w:r>
        <w:br/>
        <w:t>Не прошумить і птах в оцім повітрі млявім,&lt;br /&gt;</w:t>
        <w:br/>
        <w:t>де сонце-велетень пливе в височині;&lt;br /&gt;</w:t>
        <w:br/>
        <w:t>лиш іноді боа, пожалений у сні,&lt;br /&gt;</w:t>
        <w:br/>
        <w:t>повернеться й блисне линовищем яскравим.</w:t>
      </w:r>
    </w:p>
    <w:p>
      <w:r>
        <w:br/>
        <w:t>Палає обшир весь — огненний водограй.&lt;br /&gt;</w:t>
        <w:br/>
        <w:t>І ось, як спить усе в пустелі цій безхмарній,&lt;br /&gt;</w:t>
        <w:br/>
        <w:t>брижнасті велетні, мандрівники забарні,&lt;br /&gt;</w:t>
        <w:br/>
        <w:t>серед пісків слони ідуть у рідний край.</w:t>
      </w:r>
    </w:p>
    <w:p>
      <w:r>
        <w:br/>
        <w:t>Зростаючи здаля, немовби скелі темні,&lt;br /&gt;</w:t>
        <w:br/>
        <w:t>бредуть вони, руду піднявши пилюгу,&lt;br /&gt;</w:t>
        <w:br/>
        <w:t>а щоби вірного не загубить шляху,&lt;br /&gt;</w:t>
        <w:br/>
        <w:t>лишають в дюнах слід їх ноги претовстенні.</w:t>
      </w:r>
    </w:p>
    <w:p>
      <w:r>
        <w:br/>
        <w:t>Попереду ватаг старий. Як та кора&lt;br /&gt;</w:t>
        <w:br/>
        <w:t>на дубі віковім, його пошерхла кожа;&lt;br /&gt;</w:t>
        <w:br/>
        <w:t>на брилу голова стовбовата похожа;&lt;br /&gt;</w:t>
        <w:br/>
        <w:t>горбатіє хребет, крутий, немов гора.</w:t>
      </w:r>
    </w:p>
    <w:p>
      <w:r>
        <w:br/>
        <w:t>І без угаву йде він кроками важкими,&lt;br /&gt;</w:t>
        <w:br/>
        <w:t>на оці маючи для всіх мету одну,&lt;br /&gt;</w:t>
        <w:br/>
        <w:t>і, залишаючи позаду борозну,&lt;br /&gt;</w:t>
        <w:br/>
        <w:t>за патріархою слідкують пілігрими.</w:t>
      </w:r>
    </w:p>
    <w:p>
      <w:r>
        <w:br/>
        <w:t>Стуливши хоботи, простують без вагань;&lt;br /&gt;</w:t>
        <w:br/>
        <w:t>підняті вуха їх, та очі їх закриті;&lt;br /&gt;</w:t>
        <w:br/>
        <w:t>кругом дзижчать, гудуть рої жалких москітів,&lt;br /&gt;</w:t>
        <w:br/>
        <w:t>які летять на дим од їхніх парувань.</w:t>
      </w:r>
    </w:p>
    <w:p>
      <w:r>
        <w:br/>
        <w:t>Та що їм мухи ці, що нестерпуча спрага&lt;br /&gt;</w:t>
        <w:br/>
        <w:t>і лютий біль в хребті від сонячних бичів?&lt;br /&gt;</w:t>
        <w:br/>
        <w:t>Вони про рідний край химерять, ідучи,&lt;br /&gt;</w:t>
        <w:br/>
        <w:t>про фігові гаї, де жде спокій, розвага.</w:t>
      </w:r>
    </w:p>
    <w:p>
      <w:r>
        <w:br/>
        <w:t>Вони там річку вздрять серед гірських верет,&lt;br /&gt;</w:t>
        <w:br/>
        <w:t>де плавають в воді й ревуть гіпопотами&lt;br /&gt;</w:t>
        <w:br/>
        <w:t>й куди при місяці вони, мов білі плями,&lt;br /&gt;</w:t>
        <w:br/>
        <w:t>спускались воду пить, топтати очерет.</w:t>
      </w:r>
    </w:p>
    <w:p>
      <w:r>
        <w:br/>
        <w:t>І гурт мандрівників відважних все чвалає...&lt;br /&gt;</w:t>
        <w:br/>
        <w:t>Он він як рисочка поміж сипких пісків!&lt;br /&gt;</w:t>
        <w:br/>
        <w:t>І безгоміння час в пустелі знов наспів:&lt;br /&gt;</w:t>
        <w:br/>
        <w:t>вже череда слонів за обрієм зникає.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