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Скрута</w:t>
      </w:r>
    </w:p>
    <w:p>
      <w:r>
        <w:br/>
        <w:t xml:space="preserve"> Не відмовиш тому, хто подивиться так…&lt;br /&gt;</w:t>
        <w:br/>
        <w:t>Є у мене новесенька гральна колода,&lt;br /&gt;</w:t>
        <w:br/>
        <w:t>Дрібка доброї кави. А ще на крайняк&lt;br /&gt;</w:t>
        <w:br/>
        <w:t>Перевірені теми про моду й погоду.</w:t>
      </w:r>
    </w:p>
    <w:p>
      <w:r>
        <w:br/>
        <w:t>Головне – не спинятись. Про все, і ніщо…&lt;br /&gt;</w:t>
        <w:br/>
        <w:t>Як же важко даються легкі теревені.&lt;br /&gt;</w:t>
        <w:br/>
        <w:t>Лікар, мабуть, сказав би щось мудре про шок,&lt;br /&gt;</w:t>
        <w:br/>
        <w:t>Прописав би пігулки супроти мігрені.</w:t>
      </w:r>
    </w:p>
    <w:p>
      <w:r>
        <w:br/>
        <w:t>А чи просто розраяв словами про шанс,&lt;br /&gt;</w:t>
        <w:br/>
        <w:t>Я ж боюся питати і щось сколихнути,&lt;br /&gt;</w:t>
        <w:br/>
        <w:t>Бо ж не все він лікує той хвалений час,&lt;br /&gt;</w:t>
        <w:br/>
        <w:t>І не кожну людину рятує у скруті.</w:t>
      </w:r>
    </w:p>
    <w:p>
      <w:r>
        <w:br/>
        <w:t>Та й не кожен розкриє всі карти у грі,&lt;br /&gt;</w:t>
        <w:br/>
        <w:t>Свої сльози гіркі понесе межи люде.&lt;br /&gt;</w:t>
        <w:br/>
        <w:t>Очі юної жінки сухі і старі,&lt;br /&gt;</w:t>
        <w:br/>
        <w:t>А вона все шепоче: "якось воно буде…"</w:t>
      </w:r>
    </w:p>
    <w:p>
      <w:r>
        <w:br/>
        <w:t>Щось зірвалось, згоріло, за обрій зайшло,&lt;br /&gt;</w:t>
        <w:br/>
        <w:t>Я торочу їй далі про літо, про справи,&lt;br /&gt;</w:t>
        <w:br/>
        <w:t>Безпорадно верчусь за кухонним столом,&lt;br /&gt;</w:t>
        <w:br/>
        <w:t>І не знати навіщо заварюю каву…</w:t>
      </w:r>
    </w:p>
    <w:p>
      <w:r>
        <w:br/>
        <w:t>Дочекатися сонця… Не скоро зійде…&lt;br /&gt;</w:t>
        <w:br/>
        <w:t>Я й сама мовчазна у життєвих закрутах,&lt;br /&gt;</w:t>
        <w:br/>
        <w:t>Ніч стіка фіолетом крізь личко бліде,&lt;br /&gt;</w:t>
        <w:br/>
        <w:t>Та про що говорити людині у скруті?</w:t>
      </w:r>
    </w:p>
    <w:p>
      <w:r>
        <w:br/>
        <w:t>Зігрівати окріп. Підбирати слова.&lt;br /&gt;</w:t>
        <w:br/>
        <w:t>Головне не сама, і хоч трохи тепліше.&lt;br /&gt;</w:t>
        <w:br/>
        <w:t>Місяць дивиться в шибку як мудра сова,&lt;br /&gt;</w:t>
        <w:br/>
        <w:t>Тільки ранок за ніч є направду мудріший.</w:t>
      </w:r>
    </w:p>
    <w:p>
      <w:r>
        <w:br/>
        <w:t>Тож читаю їй вірші, смішливі листи,&lt;br /&gt;</w:t>
        <w:br/>
        <w:t>Я ворожу на картах їй лагідне літо…&lt;br /&gt;</w:t>
        <w:br/>
        <w:t>Їй не можна іти. Їй ще рано кудись там іти,&lt;br /&gt;</w:t>
        <w:br/>
        <w:t>Най хоч трохи душа перестане боліти…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Скрута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