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Скрипаль</w:t>
      </w:r>
    </w:p>
    <w:p>
      <w:r>
        <w:br/>
        <w:t xml:space="preserve"> Маестро Сергієві Орлу</w:t>
      </w:r>
    </w:p>
    <w:p>
      <w:r>
        <w:br/>
        <w:t>Він вродивсь скрипалем.&lt;br /&gt;</w:t>
        <w:br/>
        <w:t>З пелюшок був таким, наче скрипка.&lt;br /&gt;</w:t>
        <w:br/>
        <w:t>Вигравала в ньому&lt;br /&gt;</w:t>
        <w:br/>
        <w:t>Краю рідного дивна струна.&lt;br /&gt;</w:t>
        <w:br/>
        <w:t>А як вперше заграв —&lt;br /&gt;</w:t>
        <w:br/>
        <w:t>Тонко світ з несподіванки скрикнув,&lt;br /&gt;</w:t>
        <w:br/>
        <w:t>Й забриніла весна,&lt;br /&gt;</w:t>
        <w:br/>
        <w:t>Й захлинулася цвітом вона.&lt;br /&gt;</w:t>
        <w:br/>
        <w:t>То була тиха ніч,&lt;br /&gt;</w:t>
        <w:br/>
        <w:t>Наче писанина в зорях корона,&lt;br /&gt;</w:t>
        <w:br/>
        <w:t>Коли небо прийма&lt;br /&gt;</w:t>
        <w:br/>
        <w:t>Думи тих, хто від пісні воскрес.&lt;br /&gt;</w:t>
        <w:br/>
        <w:t>А скрипаль посипав&lt;br /&gt;</w:t>
        <w:br/>
        <w:t>Ніжним звуком вишень білі скроні,&lt;br /&gt;</w:t>
        <w:br/>
        <w:t>І злітав, мов орел,&lt;br /&gt;</w:t>
        <w:br/>
        <w:t>В оберіг таємничих небес.&lt;br /&gt;</w:t>
        <w:br/>
        <w:t>Заніміли світи&lt;br /&gt;</w:t>
        <w:br/>
        <w:t>І Стожари затихли незрушно,&lt;br /&gt;</w:t>
        <w:br/>
        <w:t>Соловейко спинив&lt;br /&gt;</w:t>
        <w:br/>
        <w:t>Ручаї полюбовних рулад.&lt;br /&gt;</w:t>
        <w:br/>
        <w:t>А скрипаль вигравав,&lt;br /&gt;</w:t>
        <w:br/>
        <w:t>Що аж тіні світились на грушах,&lt;br /&gt;</w:t>
        <w:br/>
        <w:t>І божественно лився&lt;br /&gt;</w:t>
        <w:br/>
        <w:t>Мелодій дзвінкий водоспад.&lt;br /&gt;</w:t>
        <w:br/>
        <w:t>Десь у хащах лісів&lt;br /&gt;</w:t>
        <w:br/>
        <w:t>Тихо папороть очі відкрила,&lt;br /&gt;</w:t>
        <w:br/>
        <w:t>Коли музика гойна&lt;br /&gt;</w:t>
        <w:br/>
        <w:t>На Космач далекий пішла,&lt;br /&gt;</w:t>
        <w:br/>
        <w:t>На Брустури, наверх,&lt;br /&gt;</w:t>
        <w:br/>
        <w:t>На кичери, де врода і сила,&lt;br /&gt;</w:t>
        <w:br/>
        <w:t>Де тремтить, як ніде,&lt;br /&gt;</w:t>
        <w:br/>
        <w:t>Дивовижа лелеки крила.&lt;br /&gt;</w:t>
        <w:br/>
        <w:t>Гой, і грав той скрипаль,&lt;br /&gt;</w:t>
        <w:br/>
        <w:t>Що аж мовкли весільні цимбали,&lt;br /&gt;</w:t>
        <w:br/>
        <w:t>І з тонкої струни&lt;br /&gt;</w:t>
        <w:br/>
        <w:t>Ніжну пісню точив, наче кров.&lt;br /&gt;</w:t>
        <w:br/>
        <w:t>Просипались гуцули&lt;br /&gt;</w:t>
        <w:br/>
        <w:t>І в смерек-верховинок питали:&lt;br /&gt;</w:t>
        <w:br/>
        <w:t>"Це ж музика який&lt;br /&gt;</w:t>
        <w:br/>
        <w:t>В наші гори бувалі прийшов?&lt;br /&gt;</w:t>
        <w:br/>
        <w:t>Мо', вернув Орфенюк,&lt;br /&gt;</w:t>
        <w:br/>
        <w:t>Звідки ще ні один не вертавсі?&lt;br /&gt;</w:t>
        <w:br/>
        <w:t>Мо', для Дзвінки за злото&lt;br /&gt;</w:t>
        <w:br/>
        <w:t>Наймив скрипаля Довбущук?.."&lt;br /&gt;</w:t>
        <w:br/>
        <w:t>А скрипаль ворожив&lt;br /&gt;</w:t>
        <w:br/>
        <w:t>І дитинно до струн усміхався,&lt;br /&gt;</w:t>
        <w:br/>
        <w:t>І лягав на метафори&lt;br /&gt;</w:t>
        <w:br/>
        <w:t>Вільних віршів кожен звук.&lt;br /&gt;</w:t>
        <w:br/>
        <w:t>Вів скрипаль свою Душу&lt;br /&gt;</w:t>
        <w:br/>
        <w:t>Таємним плаєчком у гори,&lt;br /&gt;</w:t>
        <w:br/>
        <w:t>Де ранкова зоря&lt;br /&gt;</w:t>
        <w:br/>
        <w:t>Й, наче жінка оголена, даль.&lt;br /&gt;</w:t>
        <w:br/>
        <w:t>Він упевнено знав:&lt;br /&gt;</w:t>
        <w:br/>
        <w:t>Його долю Вкраїна пригорне!&lt;br /&gt;</w:t>
        <w:br/>
        <w:t>Він вродивсь скрипалем.&lt;br /&gt;</w:t>
        <w:br/>
        <w:t>Він і нині маестро-скрипаль.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Скрипаль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